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rPr>
        <w:t>[YOUR BRAND] · BRAND CONTEXT FILE</w:t>
      </w:r>
    </w:p>
    <w:p>
      <w:r>
        <w:t>Version: [1.0] · Updated: [date] · Built with Inspiration Strategy™ by Kataplasma</w:t>
      </w:r>
    </w:p>
    <w:p/>
    <w:p>
      <w:r>
        <w:rPr>
          <w:b/>
        </w:rPr>
        <w:t>HOW TO USE THIS FILE</w:t>
      </w:r>
    </w:p>
    <w:p>
      <w:r>
        <w:t>Paste the whole file at the start of any AI chat, before you ask for anything. It tells the AI who you are, who you serve, what you sell and how you sound.</w:t>
      </w:r>
    </w:p>
    <w:p>
      <w:r>
        <w:t>Rules:</w:t>
      </w:r>
    </w:p>
    <w:p>
      <w:r>
        <w:t>1. Plain text only. No tables, no images. Your Master Flow image travels separately.</w:t>
      </w:r>
    </w:p>
    <w:p>
      <w:r>
        <w:t>2. Keep the prices. Real numbers, in your currency.</w:t>
      </w:r>
    </w:p>
    <w:p>
      <w:r>
        <w:t>3. Keep your person's words exactly as they said them, in quotes.</w:t>
      </w:r>
    </w:p>
    <w:p>
      <w:r>
        <w:t>4. Mark every guess with (?). The AI should treat it as a guess too.</w:t>
      </w:r>
    </w:p>
    <w:p>
      <w:r>
        <w:t>5. Update it every time your Brand Map changes. Change the version and the date.</w:t>
      </w:r>
    </w:p>
    <w:p>
      <w:r>
        <w:t>This file is your Brand Map, as text for machines. The designed PDF is for people.</w:t>
      </w:r>
    </w:p>
    <w:p/>
    <w:p>
      <w:r>
        <w:rPr>
          <w:b/>
        </w:rPr>
        <w:t>0 OUTCOME</w:t>
      </w:r>
    </w:p>
    <w:p>
      <w:r>
        <w:t>What you want from all this, as a result, not an activity:</w:t>
      </w:r>
    </w:p>
    <w:p>
      <w:r>
        <w:t>Who else is involved, and what each of them expects:</w:t>
      </w:r>
    </w:p>
    <w:p/>
    <w:p>
      <w:r>
        <w:rPr>
          <w:b/>
        </w:rPr>
        <w:t>1 LEADERSHIP CORE</w:t>
      </w:r>
    </w:p>
    <w:p>
      <w:r>
        <w:t>Why (one sentence on why your work matters):</w:t>
      </w:r>
    </w:p>
    <w:p>
      <w:r>
        <w:t>How (one sentence, starting with "By..."):</w:t>
      </w:r>
    </w:p>
    <w:p>
      <w:r>
        <w:t>Ladder (five rungs, each with what it is, who it's for and its price):</w:t>
      </w:r>
    </w:p>
    <w:p>
      <w:r>
        <w:t>- Free:</w:t>
      </w:r>
    </w:p>
    <w:p>
      <w:r>
        <w:t>- Basic:</w:t>
      </w:r>
    </w:p>
    <w:p>
      <w:r>
        <w:t>- Standard:</w:t>
      </w:r>
    </w:p>
    <w:p>
      <w:r>
        <w:t>- Pro:</w:t>
      </w:r>
    </w:p>
    <w:p>
      <w:r>
        <w:t>- Premium:</w:t>
      </w:r>
    </w:p>
    <w:p>
      <w:r>
        <w:t>Signature offer (the offer you lead with, as you'd say it out loud):</w:t>
      </w:r>
    </w:p>
    <w:p>
      <w:r>
        <w:t>Guarantee:</w:t>
      </w:r>
    </w:p>
    <w:p/>
    <w:p>
      <w:r>
        <w:rPr>
          <w:b/>
        </w:rPr>
        <w:t>2 A TRIBE TO INSPIRE</w:t>
      </w:r>
    </w:p>
    <w:p>
      <w:r>
        <w:t>Four groups (current customers, ideal clients, collaborators, influencers):</w:t>
      </w:r>
    </w:p>
    <w:p>
      <w:r>
        <w:t>Your person (name and eight fields: age, place, work, income, family, what they read and watch, where they spend time, what they believe):</w:t>
      </w:r>
    </w:p>
    <w:p>
      <w:r>
        <w:t>Wants, in their words:</w:t>
      </w:r>
    </w:p>
    <w:p>
      <w:r>
        <w:t>Blockers, in their words:</w:t>
      </w:r>
    </w:p>
    <w:p>
      <w:r>
        <w:t>What matters to them:</w:t>
      </w:r>
    </w:p>
    <w:p>
      <w:r>
        <w:t>Places where they already are:</w:t>
      </w:r>
    </w:p>
    <w:p/>
    <w:p>
      <w:r>
        <w:rPr>
          <w:b/>
        </w:rPr>
        <w:t>3 JOURNEY TO SUCCESS</w:t>
      </w:r>
    </w:p>
    <w:p>
      <w:r>
        <w:t>For each stage: channels · the scene · how they feel · your goal · the message and its one action</w:t>
      </w:r>
    </w:p>
    <w:p>
      <w:r>
        <w:t>1 Awareness:</w:t>
      </w:r>
    </w:p>
    <w:p>
      <w:r>
        <w:t>2 Research:</w:t>
      </w:r>
    </w:p>
    <w:p>
      <w:r>
        <w:t>3 Return:</w:t>
      </w:r>
    </w:p>
    <w:p>
      <w:r>
        <w:t>4 Conversion:</w:t>
      </w:r>
    </w:p>
    <w:p>
      <w:r>
        <w:t>5 Advocacy:</w:t>
      </w:r>
    </w:p>
    <w:p>
      <w:r>
        <w:t>The one belief you have to break:</w:t>
      </w:r>
    </w:p>
    <w:p>
      <w:r>
        <w:t>Your gift (something useful you give away):</w:t>
      </w:r>
    </w:p>
    <w:p>
      <w:r>
        <w:t>Content mix:</w:t>
      </w:r>
    </w:p>
    <w:p/>
    <w:p>
      <w:r>
        <w:rPr>
          <w:b/>
        </w:rPr>
        <w:t>4 CONVERSION TACTICS</w:t>
      </w:r>
    </w:p>
    <w:p>
      <w:r>
        <w:t>Ranked projects (name · value · class S, A, B or C):</w:t>
      </w:r>
    </w:p>
    <w:p>
      <w:r>
        <w:t>Phase 1 (goal · projects · indicators · value · budget · owner · doer · dates):</w:t>
      </w:r>
    </w:p>
    <w:p>
      <w:r>
        <w:t>Phase 2:</w:t>
      </w:r>
    </w:p>
    <w:p>
      <w:r>
        <w:t>Phase 3:</w:t>
      </w:r>
    </w:p>
    <w:p>
      <w:r>
        <w:t>Phase 4:</w:t>
      </w:r>
    </w:p>
    <w:p>
      <w:r>
        <w:t>Cut on purpose, and why:</w:t>
      </w:r>
    </w:p>
    <w:p/>
    <w:p>
      <w:r>
        <w:rPr>
          <w:b/>
        </w:rPr>
        <w:t>5 POSITIONING TO WIN</w:t>
      </w:r>
    </w:p>
    <w:p>
      <w:r>
        <w:t>Six attributes (Culture, Customer, Voice, Emotion, Impact, X Factor):</w:t>
      </w:r>
    </w:p>
    <w:p>
      <w:r>
        <w:t>Internal statement:</w:t>
      </w:r>
    </w:p>
    <w:p>
      <w:r>
        <w:t>External statement:</w:t>
      </w:r>
    </w:p>
    <w:p>
      <w:r>
        <w:t>Promise:</w:t>
      </w:r>
    </w:p>
    <w:p>
      <w:r>
        <w:t>Tagline:</w:t>
      </w:r>
    </w:p>
    <w:p>
      <w:r>
        <w:t>Pitch (one breath):</w:t>
      </w:r>
    </w:p>
    <w:p/>
    <w:p>
      <w:r>
        <w:rPr>
          <w:b/>
        </w:rPr>
        <w:t>6 STORY TO INSPIRE</w:t>
      </w:r>
    </w:p>
    <w:p>
      <w:r>
        <w:t>Hero (your person) and what they want:</w:t>
      </w:r>
    </w:p>
    <w:p>
      <w:r>
        <w:t>Villain (external, internal, philosophical):</w:t>
      </w:r>
    </w:p>
    <w:p>
      <w:r>
        <w:t>Guide (your empathy and your authority):</w:t>
      </w:r>
    </w:p>
    <w:p>
      <w:r>
        <w:t>The plan (three steps):</w:t>
      </w:r>
    </w:p>
    <w:p>
      <w:r>
        <w:t>Call to action:</w:t>
      </w:r>
    </w:p>
    <w:p>
      <w:r>
        <w:t>The change (from how they feel today, to how they feel after):</w:t>
      </w:r>
    </w:p>
    <w:p>
      <w:r>
        <w:t>Without you / with you:</w:t>
      </w:r>
    </w:p>
    <w:p>
      <w:r>
        <w:t>Your story in one paragraph:</w:t>
      </w:r>
    </w:p>
    <w:p/>
    <w:p>
      <w:r>
        <w:rPr>
          <w:b/>
        </w:rPr>
        <w:t>7 CREATIVE DESIGN</w:t>
      </w:r>
    </w:p>
    <w:p>
      <w:r>
        <w:t>Feel (your Emotion from chapter 5) · Look · Style:</w:t>
      </w:r>
    </w:p>
    <w:p>
      <w:r>
        <w:t>Archetype:</w:t>
      </w:r>
    </w:p>
    <w:p>
      <w:r>
        <w:t>Typefaces (and fallbacks):</w:t>
      </w:r>
    </w:p>
    <w:p>
      <w:r>
        <w:t>Palette (name, hex and role of each color):</w:t>
      </w:r>
    </w:p>
    <w:p>
      <w:r>
        <w:t>Shapes, textures, patterns:</w:t>
      </w:r>
    </w:p>
    <w:p>
      <w:r>
        <w:t>Photography and illustration:</w:t>
      </w:r>
    </w:p>
    <w:p>
      <w:r>
        <w:t>Where it appears (touchpoints):</w:t>
      </w:r>
    </w:p>
    <w:p>
      <w:r>
        <w:t>References, with what to take from each:</w:t>
      </w:r>
    </w:p>
    <w:p>
      <w:r>
        <w:t>Avoid:</w:t>
      </w:r>
    </w:p>
    <w:p>
      <w:r>
        <w:t>Stylescape brief (the fourteen lines):</w:t>
      </w:r>
    </w:p>
    <w:p/>
    <w:p>
      <w:r>
        <w:rPr>
          <w:b/>
        </w:rPr>
        <w:t>8 MASTER FLOW</w:t>
      </w:r>
    </w:p>
    <w:p>
      <w:r>
        <w:t>Five captions (one line per stage: the scene and its copy):</w:t>
      </w:r>
    </w:p>
    <w:p>
      <w:r>
        <w:t>1</w:t>
      </w:r>
    </w:p>
    <w:p>
      <w:r>
        <w:t>2</w:t>
      </w:r>
    </w:p>
    <w:p>
      <w:r>
        <w:t>3</w:t>
      </w:r>
    </w:p>
    <w:p>
      <w:r>
        <w:t>4</w:t>
      </w:r>
    </w:p>
    <w:p>
      <w:r>
        <w:t>5</w:t>
      </w:r>
    </w:p>
    <w:p>
      <w:r>
        <w:t>Stranger test (what they saw first, in their words):</w:t>
      </w:r>
    </w:p>
    <w:p>
      <w:r>
        <w:t>The image: [file name], attached separately.</w:t>
      </w:r>
    </w:p>
    <w:p/>
    <w:p>
      <w:r>
        <w:t>OWNER DECISIONS (up to five)</w:t>
      </w:r>
    </w:p>
    <w:p>
      <w:r>
        <w:t>I decided [X] because [Y].</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