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F647D" w14:textId="6ADC0B92" w:rsidR="00697397" w:rsidRDefault="00E7496E">
      <w:pPr>
        <w:jc w:val="center"/>
      </w:pPr>
      <w:r>
        <w:rPr>
          <w:b/>
          <w:noProof/>
          <w:sz w:val="30"/>
        </w:rPr>
        <w:drawing>
          <wp:anchor distT="0" distB="0" distL="114300" distR="114300" simplePos="0" relativeHeight="251658240" behindDoc="0" locked="0" layoutInCell="1" allowOverlap="1" wp14:anchorId="16B4D06F" wp14:editId="0FDE70EF">
            <wp:simplePos x="0" y="0"/>
            <wp:positionH relativeFrom="column">
              <wp:posOffset>-190500</wp:posOffset>
            </wp:positionH>
            <wp:positionV relativeFrom="paragraph">
              <wp:posOffset>-350520</wp:posOffset>
            </wp:positionV>
            <wp:extent cx="1298561" cy="112176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298561" cy="1121761"/>
                    </a:xfrm>
                    <a:prstGeom prst="rect">
                      <a:avLst/>
                    </a:prstGeom>
                  </pic:spPr>
                </pic:pic>
              </a:graphicData>
            </a:graphic>
          </wp:anchor>
        </w:drawing>
      </w:r>
      <w:r>
        <w:rPr>
          <w:b/>
          <w:sz w:val="30"/>
        </w:rPr>
        <w:t>UP LEADERSHIP &amp; SERVICE SCHOLARSHIP</w:t>
      </w:r>
    </w:p>
    <w:p w14:paraId="38BEECD9" w14:textId="5ADD6A86" w:rsidR="00697397" w:rsidRDefault="00E7496E">
      <w:pPr>
        <w:jc w:val="center"/>
      </w:pPr>
      <w:r>
        <w:rPr>
          <w:b/>
          <w:sz w:val="22"/>
        </w:rPr>
        <w:t>2026-2027 | $1,000 Annual Scholarship</w:t>
      </w:r>
      <w:r w:rsidR="00087A2F">
        <w:rPr>
          <w:b/>
          <w:sz w:val="22"/>
        </w:rPr>
        <w:t xml:space="preserve"> DUE: April 22,2027</w:t>
      </w:r>
    </w:p>
    <w:p w14:paraId="0F9107B8" w14:textId="77777777" w:rsidR="00697397" w:rsidRDefault="00E7496E">
      <w:pPr>
        <w:jc w:val="center"/>
      </w:pPr>
      <w:r>
        <w:rPr>
          <w:i/>
        </w:rPr>
        <w:t>Sponsored by Crush Consulting, LLC</w:t>
      </w:r>
    </w:p>
    <w:p w14:paraId="49E1CAE0" w14:textId="77777777" w:rsidR="00697397" w:rsidRDefault="00E7496E">
      <w:pPr>
        <w:spacing w:after="120"/>
      </w:pPr>
      <w:r>
        <w:t>One graduating Citrus High School senior will be selected for the annual UP Leadership &amp; Service Scholarship. The scholarship recognizes a student who demonstrates leadership, service, character, resilience, and positive impact on others - not simply grades, athletics, or titles.</w:t>
      </w:r>
    </w:p>
    <w:p w14:paraId="7630D394" w14:textId="6ED9D1CE" w:rsidR="00697397" w:rsidRDefault="00E7496E">
      <w:pPr>
        <w:spacing w:after="120"/>
      </w:pPr>
      <w:r>
        <w:rPr>
          <w:b/>
        </w:rPr>
        <w:t xml:space="preserve">Application deadline: </w:t>
      </w:r>
      <w:r>
        <w:t xml:space="preserve">As published by Citrus High School.  </w:t>
      </w:r>
      <w:r>
        <w:br/>
      </w:r>
      <w:r>
        <w:rPr>
          <w:b/>
        </w:rPr>
        <w:t xml:space="preserve">Selection / name provided to Citrus High: </w:t>
      </w:r>
      <w:r>
        <w:t xml:space="preserve">April 22, 2027.  </w:t>
      </w:r>
      <w:r>
        <w:br/>
      </w:r>
      <w:r>
        <w:rPr>
          <w:b/>
        </w:rPr>
        <w:t xml:space="preserve">Recipient announcement: </w:t>
      </w:r>
      <w:r>
        <w:t>May 6, 2027.</w:t>
      </w:r>
    </w:p>
    <w:p w14:paraId="4A31DDA9" w14:textId="77777777" w:rsidR="00697397" w:rsidRDefault="00E7496E">
      <w:r>
        <w:rPr>
          <w:b/>
        </w:rPr>
        <w:t xml:space="preserve">Submission: </w:t>
      </w:r>
      <w:r>
        <w:t>Submit this application in accordance with Citrus High School’s scholarship application procedures and published deadline.</w:t>
      </w:r>
    </w:p>
    <w:p w14:paraId="7A124091" w14:textId="77777777" w:rsidR="008319B2" w:rsidRDefault="008319B2" w:rsidP="008319B2">
      <w:pPr>
        <w:pStyle w:val="Heading2"/>
        <w:rPr>
          <w:rFonts w:ascii="Verdana" w:eastAsia="Verdana" w:hAnsi="Verdana" w:cs="Verdana"/>
          <w:color w:val="000000"/>
          <w:sz w:val="24"/>
          <w:szCs w:val="24"/>
        </w:rPr>
      </w:pPr>
      <w:r>
        <w:rPr>
          <w:rFonts w:ascii="Verdana" w:eastAsia="Verdana" w:hAnsi="Verdana" w:cs="Verdana"/>
          <w:color w:val="000000"/>
          <w:sz w:val="24"/>
          <w:szCs w:val="24"/>
        </w:rPr>
        <w:t>PERSONAL INFORMATION</w:t>
      </w:r>
    </w:p>
    <w:tbl>
      <w:tblPr>
        <w:tblW w:w="9960" w:type="dxa"/>
        <w:tblInd w:w="-108" w:type="dxa"/>
        <w:tblBorders>
          <w:top w:val="single" w:sz="4" w:space="0" w:color="4472C4"/>
          <w:left w:val="single" w:sz="4" w:space="0" w:color="4472C4"/>
          <w:bottom w:val="single" w:sz="4" w:space="0" w:color="4472C4"/>
          <w:right w:val="single" w:sz="4" w:space="0" w:color="4472C4"/>
          <w:insideH w:val="single" w:sz="4" w:space="0" w:color="000000"/>
          <w:insideV w:val="single" w:sz="4" w:space="0" w:color="000000"/>
        </w:tblBorders>
        <w:tblLayout w:type="fixed"/>
        <w:tblLook w:val="0400" w:firstRow="0" w:lastRow="0" w:firstColumn="0" w:lastColumn="0" w:noHBand="0" w:noVBand="1"/>
      </w:tblPr>
      <w:tblGrid>
        <w:gridCol w:w="4290"/>
        <w:gridCol w:w="5670"/>
      </w:tblGrid>
      <w:tr w:rsidR="008319B2" w14:paraId="6A40BAB9" w14:textId="77777777" w:rsidTr="00217B12">
        <w:trPr>
          <w:trHeight w:val="240"/>
          <w:tblHeader/>
        </w:trPr>
        <w:tc>
          <w:tcPr>
            <w:tcW w:w="4290" w:type="dxa"/>
            <w:shd w:val="clear" w:color="auto" w:fill="7030A0"/>
          </w:tcPr>
          <w:p w14:paraId="2943E214" w14:textId="77777777" w:rsidR="008319B2" w:rsidRDefault="008319B2" w:rsidP="008319B2">
            <w:pPr>
              <w:spacing w:after="0" w:line="240" w:lineRule="auto"/>
              <w:rPr>
                <w:rFonts w:ascii="Verdana" w:eastAsia="Verdana" w:hAnsi="Verdana" w:cs="Verdana"/>
                <w:sz w:val="24"/>
                <w:szCs w:val="24"/>
              </w:rPr>
            </w:pPr>
            <w:r>
              <w:rPr>
                <w:rFonts w:ascii="Verdana" w:eastAsia="Verdana" w:hAnsi="Verdana" w:cs="Verdana"/>
                <w:color w:val="FFFFFF"/>
                <w:sz w:val="24"/>
                <w:szCs w:val="24"/>
              </w:rPr>
              <w:t>ITEM</w:t>
            </w:r>
          </w:p>
        </w:tc>
        <w:tc>
          <w:tcPr>
            <w:tcW w:w="5670" w:type="dxa"/>
            <w:tcBorders>
              <w:right w:val="single" w:sz="4" w:space="0" w:color="4472C4"/>
            </w:tcBorders>
            <w:shd w:val="clear" w:color="auto" w:fill="7030A0"/>
          </w:tcPr>
          <w:p w14:paraId="2C44E638" w14:textId="77777777" w:rsidR="008319B2" w:rsidRDefault="008319B2" w:rsidP="008319B2">
            <w:pPr>
              <w:spacing w:after="0" w:line="240" w:lineRule="auto"/>
              <w:rPr>
                <w:rFonts w:ascii="Verdana" w:eastAsia="Verdana" w:hAnsi="Verdana" w:cs="Verdana"/>
                <w:sz w:val="24"/>
                <w:szCs w:val="24"/>
              </w:rPr>
            </w:pPr>
            <w:r>
              <w:rPr>
                <w:rFonts w:ascii="Verdana" w:eastAsia="Verdana" w:hAnsi="Verdana" w:cs="Verdana"/>
                <w:color w:val="FFFFFF"/>
                <w:sz w:val="24"/>
                <w:szCs w:val="24"/>
              </w:rPr>
              <w:t>INFORMATION</w:t>
            </w:r>
          </w:p>
        </w:tc>
      </w:tr>
      <w:tr w:rsidR="008319B2" w14:paraId="073DF147" w14:textId="77777777" w:rsidTr="00352741">
        <w:trPr>
          <w:trHeight w:val="70"/>
          <w:tblHeader/>
        </w:trPr>
        <w:tc>
          <w:tcPr>
            <w:tcW w:w="4290" w:type="dxa"/>
          </w:tcPr>
          <w:p w14:paraId="504836E1" w14:textId="3E0C3631" w:rsidR="008319B2" w:rsidRPr="00B81544" w:rsidRDefault="008319B2" w:rsidP="008319B2">
            <w:pPr>
              <w:spacing w:after="0" w:line="240" w:lineRule="auto"/>
              <w:rPr>
                <w:rFonts w:eastAsia="Verdana" w:cs="Arial"/>
                <w:b/>
                <w:bCs/>
                <w:sz w:val="20"/>
                <w:szCs w:val="20"/>
              </w:rPr>
            </w:pPr>
            <w:r w:rsidRPr="00B81544">
              <w:rPr>
                <w:rFonts w:eastAsia="Verdana" w:cs="Arial"/>
                <w:b/>
                <w:bCs/>
                <w:sz w:val="20"/>
                <w:szCs w:val="20"/>
              </w:rPr>
              <w:t>STUDENT NAME</w:t>
            </w:r>
          </w:p>
        </w:tc>
        <w:tc>
          <w:tcPr>
            <w:tcW w:w="5670" w:type="dxa"/>
            <w:tcBorders>
              <w:right w:val="single" w:sz="4" w:space="0" w:color="4472C4"/>
            </w:tcBorders>
          </w:tcPr>
          <w:p w14:paraId="7D6E3040" w14:textId="3EEF660E" w:rsidR="008319B2" w:rsidRDefault="008319B2" w:rsidP="008319B2">
            <w:pPr>
              <w:spacing w:after="0" w:line="240" w:lineRule="auto"/>
              <w:rPr>
                <w:rFonts w:ascii="Verdana" w:eastAsia="Verdana" w:hAnsi="Verdana" w:cs="Verdana"/>
                <w:sz w:val="24"/>
                <w:szCs w:val="24"/>
              </w:rPr>
            </w:pPr>
          </w:p>
        </w:tc>
      </w:tr>
      <w:tr w:rsidR="008319B2" w14:paraId="22DBAEE4" w14:textId="77777777" w:rsidTr="00352741">
        <w:trPr>
          <w:trHeight w:val="70"/>
          <w:tblHeader/>
        </w:trPr>
        <w:tc>
          <w:tcPr>
            <w:tcW w:w="4290" w:type="dxa"/>
          </w:tcPr>
          <w:p w14:paraId="6E5DE52A" w14:textId="2C815AAC" w:rsidR="008319B2" w:rsidRPr="00B81544" w:rsidRDefault="008319B2" w:rsidP="008319B2">
            <w:pPr>
              <w:spacing w:after="0" w:line="240" w:lineRule="auto"/>
              <w:rPr>
                <w:rFonts w:eastAsia="Verdana" w:cs="Arial"/>
                <w:b/>
                <w:bCs/>
                <w:sz w:val="20"/>
                <w:szCs w:val="20"/>
              </w:rPr>
            </w:pPr>
            <w:r w:rsidRPr="00B81544">
              <w:rPr>
                <w:rFonts w:eastAsia="Verdana" w:cs="Arial"/>
                <w:b/>
                <w:bCs/>
                <w:sz w:val="20"/>
                <w:szCs w:val="20"/>
              </w:rPr>
              <w:t>ADDRESS/CITY/ZIP</w:t>
            </w:r>
          </w:p>
        </w:tc>
        <w:tc>
          <w:tcPr>
            <w:tcW w:w="5670" w:type="dxa"/>
            <w:tcBorders>
              <w:right w:val="single" w:sz="4" w:space="0" w:color="4472C4"/>
            </w:tcBorders>
          </w:tcPr>
          <w:p w14:paraId="232D7B30" w14:textId="77777777" w:rsidR="008319B2" w:rsidRDefault="008319B2" w:rsidP="008319B2">
            <w:pPr>
              <w:spacing w:after="0" w:line="240" w:lineRule="auto"/>
              <w:rPr>
                <w:rFonts w:ascii="Verdana" w:eastAsia="Verdana" w:hAnsi="Verdana" w:cs="Verdana"/>
                <w:sz w:val="24"/>
                <w:szCs w:val="24"/>
              </w:rPr>
            </w:pPr>
          </w:p>
        </w:tc>
      </w:tr>
      <w:tr w:rsidR="008319B2" w14:paraId="1534B82B" w14:textId="77777777" w:rsidTr="00217B12">
        <w:trPr>
          <w:trHeight w:val="240"/>
          <w:tblHeader/>
        </w:trPr>
        <w:tc>
          <w:tcPr>
            <w:tcW w:w="4290" w:type="dxa"/>
          </w:tcPr>
          <w:p w14:paraId="60D11B1F" w14:textId="128029F7" w:rsidR="008319B2" w:rsidRPr="00B81544" w:rsidRDefault="00814478" w:rsidP="008319B2">
            <w:pPr>
              <w:spacing w:after="0" w:line="240" w:lineRule="auto"/>
              <w:rPr>
                <w:rFonts w:eastAsia="Verdana" w:cs="Arial"/>
                <w:b/>
                <w:bCs/>
                <w:sz w:val="20"/>
                <w:szCs w:val="20"/>
              </w:rPr>
            </w:pPr>
            <w:r w:rsidRPr="00B81544">
              <w:rPr>
                <w:rFonts w:eastAsia="Verdana" w:cs="Arial"/>
                <w:b/>
                <w:bCs/>
                <w:sz w:val="20"/>
                <w:szCs w:val="20"/>
              </w:rPr>
              <w:t>PHONE NUMBER</w:t>
            </w:r>
          </w:p>
        </w:tc>
        <w:tc>
          <w:tcPr>
            <w:tcW w:w="5670" w:type="dxa"/>
            <w:tcBorders>
              <w:right w:val="single" w:sz="4" w:space="0" w:color="4472C4"/>
            </w:tcBorders>
          </w:tcPr>
          <w:p w14:paraId="510A5A3D" w14:textId="77777777" w:rsidR="008319B2" w:rsidRDefault="008319B2" w:rsidP="008319B2">
            <w:pPr>
              <w:spacing w:after="0" w:line="240" w:lineRule="auto"/>
              <w:rPr>
                <w:rFonts w:ascii="Verdana" w:eastAsia="Verdana" w:hAnsi="Verdana" w:cs="Verdana"/>
                <w:sz w:val="24"/>
                <w:szCs w:val="24"/>
              </w:rPr>
            </w:pPr>
          </w:p>
        </w:tc>
      </w:tr>
      <w:tr w:rsidR="008319B2" w14:paraId="6132D1B3" w14:textId="77777777" w:rsidTr="00217B12">
        <w:trPr>
          <w:trHeight w:val="240"/>
          <w:tblHeader/>
        </w:trPr>
        <w:tc>
          <w:tcPr>
            <w:tcW w:w="4290" w:type="dxa"/>
          </w:tcPr>
          <w:p w14:paraId="228A1394" w14:textId="691126C9" w:rsidR="008319B2" w:rsidRPr="00B81544" w:rsidRDefault="00814478" w:rsidP="008319B2">
            <w:pPr>
              <w:spacing w:after="0" w:line="240" w:lineRule="auto"/>
              <w:rPr>
                <w:rFonts w:eastAsia="Verdana" w:cs="Arial"/>
                <w:b/>
                <w:bCs/>
                <w:sz w:val="20"/>
                <w:szCs w:val="20"/>
              </w:rPr>
            </w:pPr>
            <w:r w:rsidRPr="00B81544">
              <w:rPr>
                <w:rFonts w:eastAsia="Verdana" w:cs="Arial"/>
                <w:b/>
                <w:bCs/>
                <w:sz w:val="20"/>
                <w:szCs w:val="20"/>
              </w:rPr>
              <w:t>PERSONAL EMAIL ADDRESS</w:t>
            </w:r>
          </w:p>
        </w:tc>
        <w:tc>
          <w:tcPr>
            <w:tcW w:w="5670" w:type="dxa"/>
            <w:tcBorders>
              <w:right w:val="single" w:sz="4" w:space="0" w:color="4472C4"/>
            </w:tcBorders>
          </w:tcPr>
          <w:p w14:paraId="261DD2F5" w14:textId="77777777" w:rsidR="008319B2" w:rsidRDefault="008319B2" w:rsidP="008319B2">
            <w:pPr>
              <w:spacing w:after="0" w:line="240" w:lineRule="auto"/>
              <w:rPr>
                <w:rFonts w:ascii="Verdana" w:eastAsia="Verdana" w:hAnsi="Verdana" w:cs="Verdana"/>
                <w:sz w:val="24"/>
                <w:szCs w:val="24"/>
              </w:rPr>
            </w:pPr>
          </w:p>
        </w:tc>
      </w:tr>
      <w:tr w:rsidR="008319B2" w14:paraId="64CE0928" w14:textId="77777777" w:rsidTr="00217B12">
        <w:trPr>
          <w:trHeight w:val="240"/>
          <w:tblHeader/>
        </w:trPr>
        <w:tc>
          <w:tcPr>
            <w:tcW w:w="4290" w:type="dxa"/>
          </w:tcPr>
          <w:p w14:paraId="75A3B1EA" w14:textId="1CF838C2" w:rsidR="008319B2" w:rsidRPr="00B81544" w:rsidRDefault="00814478" w:rsidP="008319B2">
            <w:pPr>
              <w:spacing w:after="0" w:line="240" w:lineRule="auto"/>
              <w:rPr>
                <w:rFonts w:eastAsia="Verdana" w:cs="Arial"/>
                <w:b/>
                <w:bCs/>
                <w:sz w:val="20"/>
                <w:szCs w:val="20"/>
              </w:rPr>
            </w:pPr>
            <w:r w:rsidRPr="00B81544">
              <w:rPr>
                <w:rFonts w:eastAsia="Verdana" w:cs="Arial"/>
                <w:b/>
                <w:bCs/>
                <w:sz w:val="20"/>
                <w:szCs w:val="20"/>
              </w:rPr>
              <w:t>POST-GRADUATION SCHOOL/PROGRAM</w:t>
            </w:r>
          </w:p>
        </w:tc>
        <w:tc>
          <w:tcPr>
            <w:tcW w:w="5670" w:type="dxa"/>
            <w:tcBorders>
              <w:right w:val="single" w:sz="4" w:space="0" w:color="4472C4"/>
            </w:tcBorders>
          </w:tcPr>
          <w:p w14:paraId="23ED61CF" w14:textId="77777777" w:rsidR="008319B2" w:rsidRDefault="008319B2" w:rsidP="008319B2">
            <w:pPr>
              <w:spacing w:after="0" w:line="240" w:lineRule="auto"/>
              <w:rPr>
                <w:rFonts w:ascii="Verdana" w:eastAsia="Verdana" w:hAnsi="Verdana" w:cs="Verdana"/>
                <w:sz w:val="24"/>
                <w:szCs w:val="24"/>
              </w:rPr>
            </w:pPr>
          </w:p>
        </w:tc>
      </w:tr>
      <w:tr w:rsidR="008319B2" w14:paraId="293AA4B3" w14:textId="77777777" w:rsidTr="002D7E65">
        <w:trPr>
          <w:trHeight w:val="269"/>
          <w:tblHeader/>
        </w:trPr>
        <w:tc>
          <w:tcPr>
            <w:tcW w:w="4290" w:type="dxa"/>
          </w:tcPr>
          <w:p w14:paraId="4F421DE5" w14:textId="0DE27930" w:rsidR="008319B2" w:rsidRPr="00B81544" w:rsidRDefault="002D7E65" w:rsidP="008319B2">
            <w:pPr>
              <w:spacing w:after="0" w:line="240" w:lineRule="auto"/>
              <w:rPr>
                <w:rFonts w:eastAsia="Verdana" w:cs="Arial"/>
                <w:b/>
                <w:bCs/>
                <w:sz w:val="20"/>
                <w:szCs w:val="20"/>
              </w:rPr>
            </w:pPr>
            <w:r w:rsidRPr="00B81544">
              <w:rPr>
                <w:rFonts w:eastAsia="Verdana" w:cs="Arial"/>
                <w:b/>
                <w:bCs/>
                <w:sz w:val="20"/>
                <w:szCs w:val="20"/>
              </w:rPr>
              <w:t>INTENDED FIELD/CAREER PATH</w:t>
            </w:r>
          </w:p>
        </w:tc>
        <w:tc>
          <w:tcPr>
            <w:tcW w:w="5670" w:type="dxa"/>
            <w:tcBorders>
              <w:right w:val="single" w:sz="4" w:space="0" w:color="4472C4"/>
            </w:tcBorders>
          </w:tcPr>
          <w:p w14:paraId="3681B647" w14:textId="77777777" w:rsidR="008319B2" w:rsidRDefault="008319B2" w:rsidP="008319B2">
            <w:pPr>
              <w:spacing w:after="0" w:line="240" w:lineRule="auto"/>
              <w:rPr>
                <w:rFonts w:ascii="Verdana" w:eastAsia="Verdana" w:hAnsi="Verdana" w:cs="Verdana"/>
                <w:sz w:val="24"/>
                <w:szCs w:val="24"/>
              </w:rPr>
            </w:pPr>
          </w:p>
        </w:tc>
      </w:tr>
      <w:tr w:rsidR="008319B2" w14:paraId="5B80BE4C" w14:textId="77777777" w:rsidTr="00217B12">
        <w:trPr>
          <w:trHeight w:val="240"/>
          <w:tblHeader/>
        </w:trPr>
        <w:tc>
          <w:tcPr>
            <w:tcW w:w="4290" w:type="dxa"/>
          </w:tcPr>
          <w:p w14:paraId="49CD37E0" w14:textId="0E7C92A8" w:rsidR="008319B2" w:rsidRPr="00B81544" w:rsidRDefault="002D7E65" w:rsidP="008319B2">
            <w:pPr>
              <w:spacing w:after="0" w:line="240" w:lineRule="auto"/>
              <w:rPr>
                <w:rFonts w:eastAsia="Verdana" w:cs="Arial"/>
                <w:b/>
                <w:bCs/>
                <w:sz w:val="20"/>
                <w:szCs w:val="20"/>
              </w:rPr>
            </w:pPr>
            <w:r w:rsidRPr="00B81544">
              <w:rPr>
                <w:rFonts w:eastAsia="Verdana" w:cs="Arial"/>
                <w:b/>
                <w:bCs/>
                <w:sz w:val="20"/>
                <w:szCs w:val="20"/>
              </w:rPr>
              <w:t>SCHOOL/COMMUNITY ACTIVITIES</w:t>
            </w:r>
          </w:p>
        </w:tc>
        <w:tc>
          <w:tcPr>
            <w:tcW w:w="5670" w:type="dxa"/>
            <w:tcBorders>
              <w:right w:val="single" w:sz="4" w:space="0" w:color="4472C4"/>
            </w:tcBorders>
          </w:tcPr>
          <w:p w14:paraId="60E565D6" w14:textId="77777777" w:rsidR="008319B2" w:rsidRDefault="008319B2" w:rsidP="008319B2">
            <w:pPr>
              <w:spacing w:after="0" w:line="240" w:lineRule="auto"/>
              <w:rPr>
                <w:rFonts w:ascii="Verdana" w:eastAsia="Verdana" w:hAnsi="Verdana" w:cs="Verdana"/>
                <w:sz w:val="24"/>
                <w:szCs w:val="24"/>
              </w:rPr>
            </w:pPr>
          </w:p>
        </w:tc>
      </w:tr>
    </w:tbl>
    <w:p w14:paraId="55E00681" w14:textId="77777777" w:rsidR="00F37524" w:rsidRDefault="00F37524">
      <w:pPr>
        <w:rPr>
          <w:b/>
        </w:rPr>
      </w:pPr>
    </w:p>
    <w:p w14:paraId="0561A4BD" w14:textId="1BDF056E" w:rsidR="00697397" w:rsidRDefault="00E7496E">
      <w:r>
        <w:rPr>
          <w:b/>
        </w:rPr>
        <w:t xml:space="preserve">Selection Process: </w:t>
      </w:r>
      <w:r>
        <w:t>Applications will be reviewed by Crush Consulting, LLC. The recipient will be selected by Craig Usher based on demonstrated leadership, service and impact, character, resilience, and future purpose. Academic achievement may be considered as supporting context but is not the primary basis for selection.</w:t>
      </w:r>
    </w:p>
    <w:p w14:paraId="0DF99E43" w14:textId="77777777" w:rsidR="00697397" w:rsidRDefault="00E7496E">
      <w:r>
        <w:rPr>
          <w:b/>
          <w:sz w:val="22"/>
        </w:rPr>
        <w:t>Eligibility</w:t>
      </w:r>
    </w:p>
    <w:p w14:paraId="3C391B46" w14:textId="77777777" w:rsidR="00697397" w:rsidRDefault="00E7496E">
      <w:pPr>
        <w:pStyle w:val="ListBullet"/>
        <w:spacing w:after="20"/>
      </w:pPr>
      <w:r>
        <w:t>Graduating senior at Citrus High School.</w:t>
      </w:r>
    </w:p>
    <w:p w14:paraId="75D82956" w14:textId="77777777" w:rsidR="00697397" w:rsidRDefault="00E7496E">
      <w:pPr>
        <w:pStyle w:val="ListBullet"/>
        <w:spacing w:after="20"/>
      </w:pPr>
      <w:r>
        <w:t>Plans to pursue a college, university, technical/trade program, certification, or other approved postsecondary pathway after graduation.</w:t>
      </w:r>
    </w:p>
    <w:p w14:paraId="00B6D171" w14:textId="77777777" w:rsidR="00697397" w:rsidRDefault="00E7496E">
      <w:pPr>
        <w:pStyle w:val="ListBullet"/>
        <w:spacing w:after="20"/>
      </w:pPr>
      <w:r>
        <w:t>Demonstrates leadership, service, character, resilience, and positive impact through school, family, team, faith community, work, or community involvement.</w:t>
      </w:r>
    </w:p>
    <w:p w14:paraId="008D7FA5" w14:textId="77777777" w:rsidR="00697397" w:rsidRDefault="00E7496E">
      <w:pPr>
        <w:pStyle w:val="ListBullet"/>
        <w:spacing w:after="20"/>
      </w:pPr>
      <w:r>
        <w:t>Must provide documentation of acceptance, enrollment, or a legitimate postsecondary plan before scholarship funds are released.</w:t>
      </w:r>
    </w:p>
    <w:p w14:paraId="73555A39" w14:textId="77777777" w:rsidR="0003788C" w:rsidRDefault="0003788C" w:rsidP="0003788C">
      <w:pPr>
        <w:pStyle w:val="ListBullet"/>
        <w:numPr>
          <w:ilvl w:val="0"/>
          <w:numId w:val="0"/>
        </w:numPr>
        <w:spacing w:after="20"/>
        <w:ind w:left="360"/>
      </w:pPr>
    </w:p>
    <w:p w14:paraId="4F669B22" w14:textId="77777777" w:rsidR="00697397" w:rsidRDefault="00E7496E">
      <w:pPr>
        <w:spacing w:before="80"/>
      </w:pPr>
      <w:r>
        <w:rPr>
          <w:b/>
          <w:sz w:val="22"/>
        </w:rPr>
        <w:t>Required with application</w:t>
      </w:r>
    </w:p>
    <w:p w14:paraId="2E5A438D" w14:textId="77777777" w:rsidR="00697397" w:rsidRDefault="00E7496E">
      <w:pPr>
        <w:pStyle w:val="ListBullet"/>
        <w:spacing w:after="20"/>
      </w:pPr>
      <w:r>
        <w:t>Completed application.</w:t>
      </w:r>
    </w:p>
    <w:p w14:paraId="57DE3B6F" w14:textId="77777777" w:rsidR="00697397" w:rsidRDefault="00E7496E">
      <w:pPr>
        <w:pStyle w:val="ListBullet"/>
        <w:spacing w:after="20"/>
      </w:pPr>
      <w:r>
        <w:t>One adult contact who can verify the applicant's leadership, service, or character.</w:t>
      </w:r>
    </w:p>
    <w:p w14:paraId="039AE88B" w14:textId="77777777" w:rsidR="00697397" w:rsidRDefault="00E7496E">
      <w:pPr>
        <w:pStyle w:val="ListBullet"/>
        <w:spacing w:after="20"/>
      </w:pPr>
      <w:r>
        <w:t>Responses to the two short-answer questions on Page 2.</w:t>
      </w:r>
    </w:p>
    <w:p w14:paraId="68D7E074" w14:textId="29AB5340" w:rsidR="00697397" w:rsidRDefault="00E7496E">
      <w:pPr>
        <w:pStyle w:val="ListBullet"/>
        <w:spacing w:after="20"/>
      </w:pPr>
      <w:r>
        <w:t>College/program acceptance letter or other postsecondary documentation</w:t>
      </w:r>
      <w:r w:rsidR="00AF6770">
        <w:t xml:space="preserve"> (email)</w:t>
      </w:r>
      <w:r>
        <w:t>, if already available. If not yet available, identify your intended plan above.</w:t>
      </w:r>
    </w:p>
    <w:p w14:paraId="3CCAB8AD" w14:textId="77777777" w:rsidR="00697397" w:rsidRDefault="00E7496E">
      <w:pPr>
        <w:spacing w:before="100"/>
        <w:jc w:val="center"/>
      </w:pPr>
      <w:r>
        <w:rPr>
          <w:b/>
          <w:i/>
        </w:rPr>
        <w:t>“Lift people up. Build communities up. Step up. Rise up. Pay it up.”</w:t>
      </w:r>
    </w:p>
    <w:p w14:paraId="481BAC53" w14:textId="77777777" w:rsidR="00697397" w:rsidRDefault="00E7496E">
      <w:r>
        <w:br w:type="page"/>
      </w:r>
    </w:p>
    <w:p w14:paraId="68AEC012" w14:textId="77777777" w:rsidR="00697397" w:rsidRDefault="00E7496E">
      <w:pPr>
        <w:jc w:val="center"/>
      </w:pPr>
      <w:r>
        <w:rPr>
          <w:b/>
          <w:sz w:val="26"/>
        </w:rPr>
        <w:lastRenderedPageBreak/>
        <w:t>UP LEADERSHIP &amp; SERVICE SCHOLARSHIP - SHORT RESPONSES</w:t>
      </w:r>
    </w:p>
    <w:p w14:paraId="130B5D2A" w14:textId="3EFBBEED" w:rsidR="00697397" w:rsidRDefault="00E7496E" w:rsidP="002D7E65">
      <w:pPr>
        <w:pStyle w:val="ListParagraph"/>
        <w:numPr>
          <w:ilvl w:val="0"/>
          <w:numId w:val="10"/>
        </w:numPr>
        <w:spacing w:after="40"/>
      </w:pPr>
      <w:r w:rsidRPr="002D7E65">
        <w:rPr>
          <w:b/>
        </w:rPr>
        <w:t>Leadership &amp; Service</w:t>
      </w:r>
      <w:r>
        <w:br/>
        <w:t>Describe a time you chose to step up for another person, your school, or your community. What did you do, why did it matter, and what did you learn?</w:t>
      </w:r>
    </w:p>
    <w:p w14:paraId="63239193" w14:textId="45E69D56" w:rsidR="002D7E65" w:rsidRDefault="002D7E65" w:rsidP="002D7E65">
      <w:pPr>
        <w:spacing w:after="40"/>
      </w:pPr>
      <w:r>
        <w:rPr>
          <w:b/>
          <w:noProof/>
        </w:rPr>
        <mc:AlternateContent>
          <mc:Choice Requires="wps">
            <w:drawing>
              <wp:anchor distT="0" distB="0" distL="114300" distR="114300" simplePos="0" relativeHeight="251659264" behindDoc="0" locked="0" layoutInCell="1" allowOverlap="1" wp14:anchorId="7C475D9B" wp14:editId="6E069A20">
                <wp:simplePos x="0" y="0"/>
                <wp:positionH relativeFrom="column">
                  <wp:posOffset>74295</wp:posOffset>
                </wp:positionH>
                <wp:positionV relativeFrom="paragraph">
                  <wp:posOffset>83185</wp:posOffset>
                </wp:positionV>
                <wp:extent cx="6467475" cy="1609725"/>
                <wp:effectExtent l="0" t="0" r="28575" b="28575"/>
                <wp:wrapNone/>
                <wp:docPr id="1850231299" name="Text Box 1"/>
                <wp:cNvGraphicFramePr/>
                <a:graphic xmlns:a="http://schemas.openxmlformats.org/drawingml/2006/main">
                  <a:graphicData uri="http://schemas.microsoft.com/office/word/2010/wordprocessingShape">
                    <wps:wsp>
                      <wps:cNvSpPr txBox="1"/>
                      <wps:spPr>
                        <a:xfrm>
                          <a:off x="0" y="0"/>
                          <a:ext cx="6467475" cy="1609725"/>
                        </a:xfrm>
                        <a:prstGeom prst="rect">
                          <a:avLst/>
                        </a:prstGeom>
                        <a:solidFill>
                          <a:schemeClr val="lt1"/>
                        </a:solidFill>
                        <a:ln w="6350">
                          <a:solidFill>
                            <a:prstClr val="black"/>
                          </a:solidFill>
                        </a:ln>
                      </wps:spPr>
                      <wps:txbx>
                        <w:txbxContent>
                          <w:p w14:paraId="07E39104" w14:textId="77777777" w:rsidR="002D7E65" w:rsidRDefault="002D7E65"/>
                          <w:p w14:paraId="1AA559D1" w14:textId="77777777" w:rsidR="002D7E65" w:rsidRDefault="002D7E65"/>
                          <w:p w14:paraId="68713250" w14:textId="77777777" w:rsidR="002D7E65" w:rsidRDefault="002D7E65"/>
                          <w:p w14:paraId="05BD58D5" w14:textId="77777777" w:rsidR="002D7E65" w:rsidRDefault="002D7E65"/>
                          <w:p w14:paraId="0DF1DBCD" w14:textId="77777777" w:rsidR="002D7E65" w:rsidRDefault="002D7E65"/>
                          <w:p w14:paraId="552A6E65" w14:textId="77777777" w:rsidR="002D7E65" w:rsidRDefault="002D7E65"/>
                          <w:p w14:paraId="5DF26BD2" w14:textId="77777777" w:rsidR="002D7E65" w:rsidRDefault="002D7E65"/>
                          <w:p w14:paraId="21058125" w14:textId="77777777" w:rsidR="002D7E65" w:rsidRDefault="002D7E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C475D9B" id="_x0000_t202" coordsize="21600,21600" o:spt="202" path="m,l,21600r21600,l21600,xe">
                <v:stroke joinstyle="miter"/>
                <v:path gradientshapeok="t" o:connecttype="rect"/>
              </v:shapetype>
              <v:shape id="Text Box 1" o:spid="_x0000_s1026" type="#_x0000_t202" style="position:absolute;margin-left:5.85pt;margin-top:6.55pt;width:509.25pt;height:126.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" fillcolor="white [3201]" strokeweight=".5pt">
                <v:textbox>
                  <w:txbxContent>
                    <w:p w14:paraId="07E39104" w14:textId="77777777" w:rsidR="002D7E65" w:rsidRDefault="002D7E65"/>
                    <w:p w14:paraId="1AA559D1" w14:textId="77777777" w:rsidR="002D7E65" w:rsidRDefault="002D7E65"/>
                    <w:p w14:paraId="68713250" w14:textId="77777777" w:rsidR="002D7E65" w:rsidRDefault="002D7E65"/>
                    <w:p w14:paraId="05BD58D5" w14:textId="77777777" w:rsidR="002D7E65" w:rsidRDefault="002D7E65"/>
                    <w:p w14:paraId="0DF1DBCD" w14:textId="77777777" w:rsidR="002D7E65" w:rsidRDefault="002D7E65"/>
                    <w:p w14:paraId="552A6E65" w14:textId="77777777" w:rsidR="002D7E65" w:rsidRDefault="002D7E65"/>
                    <w:p w14:paraId="5DF26BD2" w14:textId="77777777" w:rsidR="002D7E65" w:rsidRDefault="002D7E65"/>
                    <w:p w14:paraId="21058125" w14:textId="77777777" w:rsidR="002D7E65" w:rsidRDefault="002D7E65"/>
                  </w:txbxContent>
                </v:textbox>
              </v:shape>
            </w:pict>
          </mc:Fallback>
        </mc:AlternateContent>
      </w:r>
    </w:p>
    <w:p w14:paraId="5C47489F" w14:textId="1ED46D85" w:rsidR="002D7E65" w:rsidRDefault="002D7E65" w:rsidP="002D7E65">
      <w:pPr>
        <w:spacing w:after="40"/>
      </w:pPr>
    </w:p>
    <w:p w14:paraId="35BD0130" w14:textId="15B51515" w:rsidR="002D7E65" w:rsidRDefault="002D7E65" w:rsidP="002D7E65">
      <w:pPr>
        <w:spacing w:after="40"/>
      </w:pPr>
    </w:p>
    <w:p w14:paraId="6221E01F" w14:textId="4CB48E20" w:rsidR="002D7E65" w:rsidRDefault="002D7E65" w:rsidP="002D7E65">
      <w:pPr>
        <w:spacing w:after="40"/>
      </w:pPr>
    </w:p>
    <w:p w14:paraId="3CB6C6A5" w14:textId="0DCDF371" w:rsidR="002D7E65" w:rsidRDefault="002D7E65" w:rsidP="002D7E65">
      <w:pPr>
        <w:spacing w:after="40"/>
      </w:pPr>
    </w:p>
    <w:p w14:paraId="62AB97CF" w14:textId="77777777" w:rsidR="002D7E65" w:rsidRDefault="002D7E65" w:rsidP="002D7E65">
      <w:pPr>
        <w:spacing w:after="40"/>
      </w:pPr>
    </w:p>
    <w:p w14:paraId="4DDC9CD6" w14:textId="58F75277" w:rsidR="002D7E65" w:rsidRDefault="002D7E65" w:rsidP="002D7E65">
      <w:pPr>
        <w:spacing w:after="40"/>
      </w:pPr>
    </w:p>
    <w:p w14:paraId="0E4557F0" w14:textId="13E476F0" w:rsidR="002D7E65" w:rsidRDefault="002D7E65" w:rsidP="002D7E65">
      <w:pPr>
        <w:spacing w:after="40"/>
      </w:pPr>
    </w:p>
    <w:p w14:paraId="03FB9997" w14:textId="351D35AB" w:rsidR="002D7E65" w:rsidRDefault="002D7E65" w:rsidP="002D7E65">
      <w:pPr>
        <w:spacing w:after="40"/>
      </w:pPr>
    </w:p>
    <w:p w14:paraId="2F517F90" w14:textId="1AF73C87" w:rsidR="00697397" w:rsidRDefault="00E7496E" w:rsidP="000A2D0D">
      <w:pPr>
        <w:spacing w:before="80" w:after="40"/>
        <w:ind w:left="720" w:hanging="360"/>
      </w:pPr>
      <w:r>
        <w:rPr>
          <w:b/>
        </w:rPr>
        <w:t>2. Resilience &amp; Character</w:t>
      </w:r>
      <w:r>
        <w:br/>
        <w:t>Describe a challenge, setback, or responsibility that shaped you. How did you respond, and how has it influenced the way you lead or serve others?</w:t>
      </w:r>
    </w:p>
    <w:p w14:paraId="47414CEA" w14:textId="19D9C7EF" w:rsidR="002D7E65" w:rsidRDefault="00B81544">
      <w:pPr>
        <w:spacing w:before="80"/>
        <w:rPr>
          <w:b/>
        </w:rPr>
      </w:pPr>
      <w:r>
        <w:rPr>
          <w:b/>
          <w:noProof/>
        </w:rPr>
        <mc:AlternateContent>
          <mc:Choice Requires="wps">
            <w:drawing>
              <wp:anchor distT="0" distB="0" distL="114300" distR="114300" simplePos="0" relativeHeight="251661312" behindDoc="0" locked="0" layoutInCell="1" allowOverlap="1" wp14:anchorId="6D6C5B85" wp14:editId="0E1E7AA6">
                <wp:simplePos x="0" y="0"/>
                <wp:positionH relativeFrom="column">
                  <wp:posOffset>76200</wp:posOffset>
                </wp:positionH>
                <wp:positionV relativeFrom="paragraph">
                  <wp:posOffset>133350</wp:posOffset>
                </wp:positionV>
                <wp:extent cx="6467475" cy="1609725"/>
                <wp:effectExtent l="0" t="0" r="28575" b="28575"/>
                <wp:wrapNone/>
                <wp:docPr id="516806750" name="Text Box 1"/>
                <wp:cNvGraphicFramePr/>
                <a:graphic xmlns:a="http://schemas.openxmlformats.org/drawingml/2006/main">
                  <a:graphicData uri="http://schemas.microsoft.com/office/word/2010/wordprocessingShape">
                    <wps:wsp>
                      <wps:cNvSpPr txBox="1"/>
                      <wps:spPr>
                        <a:xfrm>
                          <a:off x="0" y="0"/>
                          <a:ext cx="6467475" cy="1609725"/>
                        </a:xfrm>
                        <a:prstGeom prst="rect">
                          <a:avLst/>
                        </a:prstGeom>
                        <a:solidFill>
                          <a:schemeClr val="lt1"/>
                        </a:solidFill>
                        <a:ln w="6350">
                          <a:solidFill>
                            <a:prstClr val="black"/>
                          </a:solidFill>
                        </a:ln>
                      </wps:spPr>
                      <wps:txbx>
                        <w:txbxContent>
                          <w:p w14:paraId="05FD57AA" w14:textId="77777777" w:rsidR="002D7E65" w:rsidRDefault="002D7E65" w:rsidP="002D7E65"/>
                          <w:p w14:paraId="6318BA98" w14:textId="77777777" w:rsidR="002D7E65" w:rsidRDefault="002D7E65" w:rsidP="002D7E65"/>
                          <w:p w14:paraId="46BB4F02" w14:textId="77777777" w:rsidR="002D7E65" w:rsidRDefault="002D7E65" w:rsidP="002D7E65"/>
                          <w:p w14:paraId="1AD2C7E3" w14:textId="77777777" w:rsidR="002D7E65" w:rsidRDefault="002D7E65" w:rsidP="002D7E65"/>
                          <w:p w14:paraId="234AFFDF" w14:textId="77777777" w:rsidR="002D7E65" w:rsidRDefault="002D7E65" w:rsidP="002D7E65"/>
                          <w:p w14:paraId="0F46CE87" w14:textId="77777777" w:rsidR="002D7E65" w:rsidRDefault="002D7E65" w:rsidP="002D7E65"/>
                          <w:p w14:paraId="2A6DD395" w14:textId="77777777" w:rsidR="002D7E65" w:rsidRDefault="002D7E65" w:rsidP="002D7E65"/>
                          <w:p w14:paraId="525AB9FE" w14:textId="77777777" w:rsidR="002D7E65" w:rsidRDefault="002D7E65" w:rsidP="002D7E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6C5B85" id="_x0000_s1027" type="#_x0000_t202" style="position:absolute;margin-left:6pt;margin-top:10.5pt;width:509.25pt;height:126.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" fillcolor="white [3201]" strokeweight=".5pt">
                <v:textbox>
                  <w:txbxContent>
                    <w:p w14:paraId="05FD57AA" w14:textId="77777777" w:rsidR="002D7E65" w:rsidRDefault="002D7E65" w:rsidP="002D7E65"/>
                    <w:p w14:paraId="6318BA98" w14:textId="77777777" w:rsidR="002D7E65" w:rsidRDefault="002D7E65" w:rsidP="002D7E65"/>
                    <w:p w14:paraId="46BB4F02" w14:textId="77777777" w:rsidR="002D7E65" w:rsidRDefault="002D7E65" w:rsidP="002D7E65"/>
                    <w:p w14:paraId="1AD2C7E3" w14:textId="77777777" w:rsidR="002D7E65" w:rsidRDefault="002D7E65" w:rsidP="002D7E65"/>
                    <w:p w14:paraId="234AFFDF" w14:textId="77777777" w:rsidR="002D7E65" w:rsidRDefault="002D7E65" w:rsidP="002D7E65"/>
                    <w:p w14:paraId="0F46CE87" w14:textId="77777777" w:rsidR="002D7E65" w:rsidRDefault="002D7E65" w:rsidP="002D7E65"/>
                    <w:p w14:paraId="2A6DD395" w14:textId="77777777" w:rsidR="002D7E65" w:rsidRDefault="002D7E65" w:rsidP="002D7E65"/>
                    <w:p w14:paraId="525AB9FE" w14:textId="77777777" w:rsidR="002D7E65" w:rsidRDefault="002D7E65" w:rsidP="002D7E65"/>
                  </w:txbxContent>
                </v:textbox>
              </v:shape>
            </w:pict>
          </mc:Fallback>
        </mc:AlternateContent>
      </w:r>
    </w:p>
    <w:p w14:paraId="735BC861" w14:textId="77777777" w:rsidR="002D7E65" w:rsidRDefault="002D7E65">
      <w:pPr>
        <w:spacing w:before="80"/>
        <w:rPr>
          <w:b/>
        </w:rPr>
      </w:pPr>
    </w:p>
    <w:p w14:paraId="1962FFD5" w14:textId="77777777" w:rsidR="002D7E65" w:rsidRDefault="002D7E65">
      <w:pPr>
        <w:spacing w:before="80"/>
        <w:rPr>
          <w:b/>
        </w:rPr>
      </w:pPr>
    </w:p>
    <w:p w14:paraId="792CE797" w14:textId="77777777" w:rsidR="002D7E65" w:rsidRDefault="00E7496E">
      <w:pPr>
        <w:spacing w:before="80"/>
        <w:rPr>
          <w:b/>
        </w:rPr>
      </w:pPr>
      <w:r>
        <w:rPr>
          <w:b/>
        </w:rPr>
        <w:br/>
      </w:r>
    </w:p>
    <w:p w14:paraId="64D56BA4" w14:textId="77777777" w:rsidR="002D7E65" w:rsidRDefault="002D7E65">
      <w:pPr>
        <w:spacing w:before="80"/>
        <w:rPr>
          <w:b/>
        </w:rPr>
      </w:pPr>
    </w:p>
    <w:p w14:paraId="42EB070A" w14:textId="77777777" w:rsidR="000A2D0D" w:rsidRDefault="00E7496E" w:rsidP="000A2D0D">
      <w:pPr>
        <w:spacing w:after="0" w:line="360" w:lineRule="auto"/>
        <w:ind w:left="360" w:hanging="270"/>
        <w:rPr>
          <w:b/>
        </w:rPr>
      </w:pPr>
      <w:r>
        <w:rPr>
          <w:b/>
        </w:rPr>
        <w:br/>
      </w:r>
      <w:r w:rsidR="00D461E2">
        <w:rPr>
          <w:b/>
        </w:rPr>
        <w:t>3</w:t>
      </w:r>
      <w:r w:rsidR="000A2D0D">
        <w:rPr>
          <w:b/>
        </w:rPr>
        <w:t xml:space="preserve">. </w:t>
      </w:r>
      <w:r>
        <w:rPr>
          <w:b/>
        </w:rPr>
        <w:t>Optional Supporting Contact</w:t>
      </w:r>
    </w:p>
    <w:p w14:paraId="246566E1" w14:textId="0E85ED3D" w:rsidR="00697397" w:rsidRDefault="00E7496E" w:rsidP="000A2D0D">
      <w:pPr>
        <w:spacing w:after="0" w:line="360" w:lineRule="auto"/>
        <w:ind w:left="360" w:firstLine="180"/>
      </w:pPr>
      <w:r>
        <w:t>One adult who can verify your leadership, service, or character.</w:t>
      </w:r>
    </w:p>
    <w:tbl>
      <w:tblPr>
        <w:tblStyle w:val="TableGrid"/>
        <w:tblW w:w="0" w:type="auto"/>
        <w:tblLook w:val="04A0" w:firstRow="1" w:lastRow="0" w:firstColumn="1" w:lastColumn="0" w:noHBand="0" w:noVBand="1"/>
      </w:tblPr>
      <w:tblGrid>
        <w:gridCol w:w="3415"/>
        <w:gridCol w:w="6799"/>
      </w:tblGrid>
      <w:tr w:rsidR="00C80026" w14:paraId="18CFB73C" w14:textId="77777777" w:rsidTr="00C80026">
        <w:tc>
          <w:tcPr>
            <w:tcW w:w="3415" w:type="dxa"/>
            <w:shd w:val="clear" w:color="auto" w:fill="7030A0"/>
          </w:tcPr>
          <w:p w14:paraId="0E396E49" w14:textId="6067B459" w:rsidR="00C80026" w:rsidRPr="00C80026" w:rsidRDefault="00C80026" w:rsidP="00C80026">
            <w:pPr>
              <w:rPr>
                <w:rFonts w:cs="Arial"/>
                <w:b/>
                <w:color w:val="FFFFFF" w:themeColor="background1"/>
                <w:sz w:val="22"/>
              </w:rPr>
            </w:pPr>
            <w:r w:rsidRPr="00C80026">
              <w:rPr>
                <w:rFonts w:cs="Arial"/>
                <w:b/>
                <w:color w:val="FFFFFF" w:themeColor="background1"/>
                <w:sz w:val="22"/>
              </w:rPr>
              <w:t>NAME</w:t>
            </w:r>
          </w:p>
        </w:tc>
        <w:tc>
          <w:tcPr>
            <w:tcW w:w="6799" w:type="dxa"/>
            <w:shd w:val="clear" w:color="auto" w:fill="7030A0"/>
          </w:tcPr>
          <w:p w14:paraId="4C489D84" w14:textId="465DBB0B" w:rsidR="00C80026" w:rsidRPr="00C80026" w:rsidRDefault="00C80026" w:rsidP="00C80026">
            <w:pPr>
              <w:rPr>
                <w:rFonts w:cs="Arial"/>
                <w:b/>
                <w:bCs/>
                <w:color w:val="FFFFFF" w:themeColor="background1"/>
                <w:sz w:val="22"/>
              </w:rPr>
            </w:pPr>
            <w:r w:rsidRPr="00C80026">
              <w:rPr>
                <w:rFonts w:eastAsia="Verdana" w:cs="Arial"/>
                <w:b/>
                <w:bCs/>
                <w:color w:val="FFFFFF" w:themeColor="background1"/>
                <w:sz w:val="22"/>
              </w:rPr>
              <w:t>ROLE</w:t>
            </w:r>
          </w:p>
        </w:tc>
      </w:tr>
      <w:tr w:rsidR="00697397" w14:paraId="51A43CC0" w14:textId="77777777" w:rsidTr="00C80026">
        <w:tc>
          <w:tcPr>
            <w:tcW w:w="3415" w:type="dxa"/>
          </w:tcPr>
          <w:p w14:paraId="612883B4" w14:textId="043902E7" w:rsidR="00697397" w:rsidRPr="00C80026" w:rsidRDefault="00697397">
            <w:pPr>
              <w:rPr>
                <w:sz w:val="24"/>
                <w:szCs w:val="28"/>
              </w:rPr>
            </w:pPr>
          </w:p>
        </w:tc>
        <w:tc>
          <w:tcPr>
            <w:tcW w:w="6799" w:type="dxa"/>
          </w:tcPr>
          <w:p w14:paraId="6A51728B" w14:textId="77777777" w:rsidR="00697397" w:rsidRPr="00C80026" w:rsidRDefault="00697397">
            <w:pPr>
              <w:rPr>
                <w:sz w:val="24"/>
                <w:szCs w:val="28"/>
              </w:rPr>
            </w:pPr>
          </w:p>
        </w:tc>
      </w:tr>
      <w:tr w:rsidR="00697397" w14:paraId="7B2727D2" w14:textId="77777777" w:rsidTr="00C80026">
        <w:tc>
          <w:tcPr>
            <w:tcW w:w="3415" w:type="dxa"/>
            <w:shd w:val="clear" w:color="auto" w:fill="7030A0"/>
          </w:tcPr>
          <w:p w14:paraId="24BB6E10" w14:textId="574E8566" w:rsidR="00697397" w:rsidRDefault="00E7496E">
            <w:r w:rsidRPr="00C80026">
              <w:rPr>
                <w:b/>
                <w:color w:val="FFFFFF" w:themeColor="background1"/>
              </w:rPr>
              <w:t xml:space="preserve">PHONE </w:t>
            </w:r>
          </w:p>
        </w:tc>
        <w:tc>
          <w:tcPr>
            <w:tcW w:w="6799" w:type="dxa"/>
            <w:shd w:val="clear" w:color="auto" w:fill="7030A0"/>
          </w:tcPr>
          <w:p w14:paraId="457A2D42" w14:textId="27274E9C" w:rsidR="00697397" w:rsidRPr="00C80026" w:rsidRDefault="00C80026">
            <w:pPr>
              <w:rPr>
                <w:b/>
                <w:bCs/>
              </w:rPr>
            </w:pPr>
            <w:r w:rsidRPr="00C80026">
              <w:rPr>
                <w:b/>
                <w:bCs/>
                <w:color w:val="FFFFFF" w:themeColor="background1"/>
              </w:rPr>
              <w:t>EMAIL</w:t>
            </w:r>
          </w:p>
        </w:tc>
      </w:tr>
      <w:tr w:rsidR="00C80026" w14:paraId="460F62CF" w14:textId="77777777" w:rsidTr="00C80026">
        <w:tc>
          <w:tcPr>
            <w:tcW w:w="3415" w:type="dxa"/>
          </w:tcPr>
          <w:p w14:paraId="48BE45C2" w14:textId="77777777" w:rsidR="00C80026" w:rsidRPr="00C80026" w:rsidRDefault="00C80026">
            <w:pPr>
              <w:rPr>
                <w:b/>
                <w:sz w:val="24"/>
                <w:szCs w:val="28"/>
              </w:rPr>
            </w:pPr>
          </w:p>
        </w:tc>
        <w:tc>
          <w:tcPr>
            <w:tcW w:w="6799" w:type="dxa"/>
          </w:tcPr>
          <w:p w14:paraId="46870D20" w14:textId="77777777" w:rsidR="00C80026" w:rsidRPr="00C80026" w:rsidRDefault="00C80026">
            <w:pPr>
              <w:rPr>
                <w:sz w:val="24"/>
                <w:szCs w:val="28"/>
              </w:rPr>
            </w:pPr>
          </w:p>
        </w:tc>
      </w:tr>
    </w:tbl>
    <w:p w14:paraId="7E4E5393" w14:textId="77777777" w:rsidR="000A2D0D" w:rsidRDefault="00E7496E">
      <w:pPr>
        <w:spacing w:before="100" w:after="40"/>
        <w:rPr>
          <w:b/>
          <w:bCs/>
        </w:rPr>
      </w:pPr>
      <w:r>
        <w:br/>
      </w:r>
      <w:r w:rsidR="000A2D0D">
        <w:rPr>
          <w:b/>
          <w:bCs/>
        </w:rPr>
        <w:t>APPLICANT CERTIFICATION</w:t>
      </w:r>
    </w:p>
    <w:p w14:paraId="282FA43E" w14:textId="12FFE705" w:rsidR="00697397" w:rsidRDefault="00E7496E">
      <w:pPr>
        <w:spacing w:before="100" w:after="40"/>
      </w:pPr>
      <w:r>
        <w:br/>
        <w:t>I certify that the information provided in this application is accurate and may be reviewed by Citrus High School and Crush Consulting, LLC for purposes of selecting the scholarship recipient.</w:t>
      </w:r>
    </w:p>
    <w:tbl>
      <w:tblPr>
        <w:tblStyle w:val="TableGrid"/>
        <w:tblW w:w="0" w:type="auto"/>
        <w:tblLook w:val="04A0" w:firstRow="1" w:lastRow="0" w:firstColumn="1" w:lastColumn="0" w:noHBand="0" w:noVBand="1"/>
      </w:tblPr>
      <w:tblGrid>
        <w:gridCol w:w="6655"/>
        <w:gridCol w:w="3559"/>
      </w:tblGrid>
      <w:tr w:rsidR="00697397" w14:paraId="0EF168FC" w14:textId="77777777" w:rsidTr="00C80026">
        <w:tc>
          <w:tcPr>
            <w:tcW w:w="6655" w:type="dxa"/>
            <w:shd w:val="clear" w:color="auto" w:fill="7030A0"/>
          </w:tcPr>
          <w:p w14:paraId="46BCA93A" w14:textId="77777777" w:rsidR="00697397" w:rsidRPr="00C80026" w:rsidRDefault="00E7496E">
            <w:pPr>
              <w:rPr>
                <w:color w:val="FFFFFF" w:themeColor="background1"/>
              </w:rPr>
            </w:pPr>
            <w:r w:rsidRPr="00C80026">
              <w:rPr>
                <w:b/>
                <w:color w:val="FFFFFF" w:themeColor="background1"/>
              </w:rPr>
              <w:t>STUDENT SIGNATURE</w:t>
            </w:r>
          </w:p>
        </w:tc>
        <w:tc>
          <w:tcPr>
            <w:tcW w:w="3559" w:type="dxa"/>
            <w:shd w:val="clear" w:color="auto" w:fill="7030A0"/>
          </w:tcPr>
          <w:p w14:paraId="4EB4F395" w14:textId="77777777" w:rsidR="00697397" w:rsidRPr="00C80026" w:rsidRDefault="00E7496E">
            <w:pPr>
              <w:rPr>
                <w:color w:val="FFFFFF" w:themeColor="background1"/>
              </w:rPr>
            </w:pPr>
            <w:r w:rsidRPr="00C80026">
              <w:rPr>
                <w:b/>
                <w:color w:val="FFFFFF" w:themeColor="background1"/>
              </w:rPr>
              <w:t>DATE</w:t>
            </w:r>
          </w:p>
        </w:tc>
      </w:tr>
      <w:tr w:rsidR="00697397" w14:paraId="3CFC2400" w14:textId="77777777" w:rsidTr="00C80026">
        <w:tc>
          <w:tcPr>
            <w:tcW w:w="6655" w:type="dxa"/>
          </w:tcPr>
          <w:p w14:paraId="5E553475" w14:textId="77777777" w:rsidR="00697397" w:rsidRPr="00C80026" w:rsidRDefault="00697397">
            <w:pPr>
              <w:rPr>
                <w:sz w:val="24"/>
                <w:szCs w:val="28"/>
              </w:rPr>
            </w:pPr>
          </w:p>
        </w:tc>
        <w:tc>
          <w:tcPr>
            <w:tcW w:w="3559" w:type="dxa"/>
          </w:tcPr>
          <w:p w14:paraId="05CA4D17" w14:textId="77777777" w:rsidR="00697397" w:rsidRPr="00C80026" w:rsidRDefault="00697397">
            <w:pPr>
              <w:rPr>
                <w:sz w:val="24"/>
                <w:szCs w:val="28"/>
              </w:rPr>
            </w:pPr>
          </w:p>
        </w:tc>
      </w:tr>
    </w:tbl>
    <w:p w14:paraId="2FFDFA21" w14:textId="77777777" w:rsidR="00697397" w:rsidRDefault="00E7496E">
      <w:pPr>
        <w:spacing w:before="100"/>
        <w:jc w:val="center"/>
      </w:pPr>
      <w:r>
        <w:rPr>
          <w:i/>
          <w:sz w:val="17"/>
        </w:rPr>
        <w:t>Selection rubric: Leadership 25% | Service &amp; Impact 25% | Character 20% | Resilience 20% | Future Purpose 10%</w:t>
      </w:r>
    </w:p>
    <w:sectPr w:rsidR="00697397" w:rsidSect="00034616">
      <w:pgSz w:w="12240" w:h="15840"/>
      <w:pgMar w:top="864"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8023318"/>
    <w:multiLevelType w:val="hybridMultilevel"/>
    <w:tmpl w:val="71809906"/>
    <w:lvl w:ilvl="0" w:tplc="617AEB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754655">
    <w:abstractNumId w:val="8"/>
  </w:num>
  <w:num w:numId="2" w16cid:durableId="1818035466">
    <w:abstractNumId w:val="6"/>
  </w:num>
  <w:num w:numId="3" w16cid:durableId="2140681376">
    <w:abstractNumId w:val="5"/>
  </w:num>
  <w:num w:numId="4" w16cid:durableId="2054231146">
    <w:abstractNumId w:val="4"/>
  </w:num>
  <w:num w:numId="5" w16cid:durableId="434135213">
    <w:abstractNumId w:val="7"/>
  </w:num>
  <w:num w:numId="6" w16cid:durableId="1305311221">
    <w:abstractNumId w:val="3"/>
  </w:num>
  <w:num w:numId="7" w16cid:durableId="666322976">
    <w:abstractNumId w:val="2"/>
  </w:num>
  <w:num w:numId="8" w16cid:durableId="916862128">
    <w:abstractNumId w:val="1"/>
  </w:num>
  <w:num w:numId="9" w16cid:durableId="1932926269">
    <w:abstractNumId w:val="0"/>
  </w:num>
  <w:num w:numId="10" w16cid:durableId="7815344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88C"/>
    <w:rsid w:val="0006063C"/>
    <w:rsid w:val="00087A2F"/>
    <w:rsid w:val="000A2D0D"/>
    <w:rsid w:val="0015074B"/>
    <w:rsid w:val="00185A36"/>
    <w:rsid w:val="0029639D"/>
    <w:rsid w:val="002D7E65"/>
    <w:rsid w:val="00326F90"/>
    <w:rsid w:val="00352741"/>
    <w:rsid w:val="00697397"/>
    <w:rsid w:val="00814478"/>
    <w:rsid w:val="008319B2"/>
    <w:rsid w:val="00AA1D8D"/>
    <w:rsid w:val="00AF6770"/>
    <w:rsid w:val="00B47730"/>
    <w:rsid w:val="00B81544"/>
    <w:rsid w:val="00C80026"/>
    <w:rsid w:val="00CB0664"/>
    <w:rsid w:val="00D461E2"/>
    <w:rsid w:val="00E53BA0"/>
    <w:rsid w:val="00E7496E"/>
    <w:rsid w:val="00F375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50DBC0"/>
  <w14:defaultImageDpi w14:val="300"/>
  <w15:docId w15:val="{6DF69556-6478-4057-9E59-EA9CFB5E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Patrick Simon</cp:lastModifiedBy>
  <cp:revision>14</cp:revision>
  <dcterms:created xsi:type="dcterms:W3CDTF">2026-10-06T19:06:00Z</dcterms:created>
  <dcterms:modified xsi:type="dcterms:W3CDTF">2026-10-06T20:22:00Z</dcterms:modified>
  <cp:category/>
</cp:coreProperties>
</file>