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Vorlagen: Zahlungserinnerung und Mahnung für den Mitgliedsbeitrag</w:t>
      </w:r>
    </w:p>
    <w:p>
      <w:r>
        <w:t>Von KURABU, Vereinssoftware für Sportvereine. Platzhalter in eckigen Klammern ersetzen. Mahngebühren nur, wenn Satzung oder Beitragsordnung sie vorsehen. Keine Rechtsberatung.</w:t>
      </w:r>
    </w:p>
    <w:p>
      <w:pPr>
        <w:pStyle w:val="Heading1"/>
      </w:pPr>
      <w:r>
        <w:t>Zahlungserinnerung</w:t>
      </w:r>
    </w:p>
    <w:p>
      <w:r>
        <w:t>Betreff: Kleine Erinnerung an deine Rechnung [Rechnungsnummer]</w:t>
      </w:r>
    </w:p>
    <w:p>
      <w:r>
        <w:t>Hallo [Vorname],</w:t>
      </w:r>
    </w:p>
    <w:p>
      <w:r>
        <w:t>für deine Rechnung [Rechnungsnummer] vom [Rechnungsdatum] haben wir noch keinen Zahlungseingang gesehen. Das kann leicht passieren, zum Beispiel wenn sich deine Bankverbindung geändert hat.</w:t>
      </w:r>
    </w:p>
    <w:p>
      <w:r>
        <w:t>Bitte überweise den offenen Betrag von [Betrag] bis zum [Datum]. Die Rechnung findest du im Anhang und in der Vereinsapp.</w:t>
      </w:r>
    </w:p>
    <w:p>
      <w:r>
        <w:t>Konto: [IBAN] · Verwendungszweck: [Rechnungsnummer]</w:t>
      </w:r>
    </w:p>
    <w:p>
      <w:r>
        <w:t>Falls du schon bezahlt hast, ist diese Nachricht hinfällig. Danke dir!</w:t>
      </w:r>
    </w:p>
    <w:p>
      <w:r>
        <w:t>Viele Grüße</w:t>
        <w:br/>
        <w:t>dein Team vom [Verein]</w:t>
      </w:r>
    </w:p>
    <w:p>
      <w:pPr>
        <w:pStyle w:val="Heading1"/>
      </w:pPr>
      <w:r>
        <w:t>1. Mahnung</w:t>
      </w:r>
    </w:p>
    <w:p>
      <w:r>
        <w:t>Betreff: 1. Mahnung zu deiner Rechnung [Rechnungsnummer]</w:t>
      </w:r>
    </w:p>
    <w:p>
      <w:r>
        <w:t>Hallo [Vorname],</w:t>
      </w:r>
    </w:p>
    <w:p>
      <w:r>
        <w:t>leider ist der Betrag aus deiner Rechnung [Rechnungsnummer] trotz unserer Erinnerung noch offen.</w:t>
      </w:r>
    </w:p>
    <w:p>
      <w:r>
        <w:t>Bitte begleiche den offenen Betrag von [Betrag] zuzüglich der Mahngebühr von [Gebühr] bis zum [Datum]. Die 1. Mahnung findest du im Anhang.</w:t>
      </w:r>
    </w:p>
    <w:p>
      <w:r>
        <w:t>Konto: [IBAN] · Verwendungszweck: [Rechnungsnummer]</w:t>
      </w:r>
    </w:p>
    <w:p>
      <w:r>
        <w:t>Wenn es gerade einen Grund gibt, warum die Zahlung schwierig ist, melde dich gerne bei uns. Gemeinsam finden wir eine Lösung.</w:t>
      </w:r>
    </w:p>
    <w:p>
      <w:r>
        <w:t>Viele Grüße</w:t>
        <w:br/>
        <w:t>dein Team vom [Verein]</w:t>
      </w:r>
    </w:p>
    <w:p>
      <w:pPr>
        <w:pStyle w:val="Heading1"/>
      </w:pPr>
      <w:r>
        <w:t>2. Mahnung</w:t>
      </w:r>
    </w:p>
    <w:p>
      <w:r>
        <w:t>Betreff: 2. Mahnung zu deiner Rechnung [Rechnungsnummer]</w:t>
      </w:r>
    </w:p>
    <w:p>
      <w:r>
        <w:t>Hallo [Vorname],</w:t>
      </w:r>
    </w:p>
    <w:p>
      <w:r>
        <w:t>auch nach unserer 1. Mahnung ist der Betrag aus deiner Rechnung [Rechnungsnummer] noch offen.</w:t>
      </w:r>
    </w:p>
    <w:p>
      <w:r>
        <w:t>Bitte überweise [Betrag] zuzüglich der Mahngebühren von zusammen [Gebühren] bis zum [Datum].</w:t>
      </w:r>
    </w:p>
    <w:p>
      <w:r>
        <w:t>Konto: [IBAN] · Verwendungszweck: [Rechnungsnummer]</w:t>
      </w:r>
    </w:p>
    <w:p>
      <w:r>
        <w:t>Falls es ein Problem mit der Zahlung gibt, ruf uns an unter [Telefon] oder schreib an [E-Mail]. Eine Ratenzahlung ist oft möglich.</w:t>
      </w:r>
    </w:p>
    <w:p>
      <w:r>
        <w:t>Viele Grüße</w:t>
        <w:br/>
        <w:t>dein Team vom [Verein]</w:t>
      </w:r>
    </w:p>
    <w:p>
      <w:pPr>
        <w:pStyle w:val="Heading1"/>
      </w:pPr>
      <w:r>
        <w:t>Letzte Mahnung</w:t>
      </w:r>
    </w:p>
    <w:p>
      <w:r>
        <w:t>Betreff: Letzte Mahnung zu deiner Rechnung [Rechnungsnummer]</w:t>
      </w:r>
    </w:p>
    <w:p>
      <w:r>
        <w:t>Hallo [Vorname],</w:t>
      </w:r>
    </w:p>
    <w:p>
      <w:r>
        <w:t>für die Rechnung [Rechnungsnummer] konnten wir bis heute keinen Zahlungseingang feststellen.</w:t>
      </w:r>
    </w:p>
    <w:p>
      <w:r>
        <w:t>Bitte überweise den Gesamtbetrag von [Betrag] einschließlich der Mahngebühr bis spätestens [Datum].</w:t>
      </w:r>
    </w:p>
    <w:p>
      <w:r>
        <w:t>Konto: [IBAN] · Verwendungszweck: [Rechnungsnummer]</w:t>
      </w:r>
    </w:p>
    <w:p>
      <w:r>
        <w:t>[Eigener Text des Vereins, zum Beispiel: Geht bis dahin keine Zahlung ein, befasst sich der Vorstand mit dem weiteren Vorgehen laut Satzung.]</w:t>
      </w:r>
    </w:p>
    <w:p>
      <w:r>
        <w:t>Falls du die Zahlung bereits veranlasst hast, betrachte diese Nachricht als gegenstandslos.</w:t>
      </w:r>
    </w:p>
    <w:p>
      <w:r>
        <w:t>Viele Grüße</w:t>
        <w:br/>
        <w:t>dein Team vom [Verein]</w:t>
      </w:r>
    </w:p>
    <w:p>
      <w:r>
        <w:t>Mehr zum Mahnwesen im Verein: https://www.kurabu.com/blog/mahnwesen-verein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