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88"/>
      </w:tblGrid>
      <w:tr w:rsidR="00CB29C4" w14:paraId="05380B79" w14:textId="77777777">
        <w:trPr>
          <w:jc w:val="center"/>
        </w:trPr>
        <w:tc>
          <w:tcPr>
            <w:tcW w:w="532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D76FA9" w14:textId="77777777" w:rsidR="00CB29C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58BFB1" wp14:editId="77BEC443">
                  <wp:extent cx="713232" cy="625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s_log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62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gridSpan w:val="2"/>
            <w:tcMar>
              <w:top w:w="20" w:type="dxa"/>
              <w:left w:w="80" w:type="dxa"/>
              <w:bottom w:w="20" w:type="dxa"/>
              <w:right w:w="20" w:type="dxa"/>
            </w:tcMar>
            <w:vAlign w:val="center"/>
          </w:tcPr>
          <w:p w14:paraId="16E381F6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46"/>
              </w:rPr>
              <w:t>OPS PRIDE CUP</w:t>
            </w:r>
          </w:p>
          <w:p w14:paraId="30FD6C7F" w14:textId="77777777" w:rsidR="00CB29C4" w:rsidRDefault="00000000">
            <w:pPr>
              <w:spacing w:after="0"/>
            </w:pPr>
            <w:r>
              <w:rPr>
                <w:b/>
                <w:sz w:val="20"/>
              </w:rPr>
              <w:t>TEAM REGISTRATION</w:t>
            </w:r>
          </w:p>
        </w:tc>
      </w:tr>
      <w:tr w:rsidR="00CB29C4" w14:paraId="369B7D2C" w14:textId="77777777">
        <w:trPr>
          <w:gridAfter w:val="1"/>
          <w:wAfter w:w="88" w:type="dxa"/>
          <w:jc w:val="center"/>
        </w:trPr>
        <w:tc>
          <w:tcPr>
            <w:tcW w:w="10656" w:type="dxa"/>
            <w:gridSpan w:val="2"/>
            <w:shd w:val="clear" w:color="auto" w:fill="B51F2E"/>
          </w:tcPr>
          <w:p w14:paraId="521CD16F" w14:textId="77777777" w:rsidR="00CB29C4" w:rsidRDefault="00CB29C4">
            <w:pPr>
              <w:spacing w:after="0"/>
            </w:pPr>
          </w:p>
        </w:tc>
      </w:tr>
    </w:tbl>
    <w:p w14:paraId="061DBF67" w14:textId="77777777" w:rsidR="00CB29C4" w:rsidRDefault="00CB29C4">
      <w:pPr>
        <w:spacing w:after="0"/>
      </w:pPr>
    </w:p>
    <w:p w14:paraId="3E4491A8" w14:textId="77777777" w:rsidR="00CB29C4" w:rsidRDefault="00000000">
      <w:pPr>
        <w:spacing w:after="140"/>
        <w:jc w:val="center"/>
      </w:pPr>
      <w:r>
        <w:rPr>
          <w:b/>
          <w:sz w:val="24"/>
        </w:rPr>
        <w:t>Wednesday, November 18, 2026  •  Orangeburg Country Club</w:t>
      </w:r>
    </w:p>
    <w:p w14:paraId="6794BF8F" w14:textId="77777777" w:rsidR="00CB29C4" w:rsidRDefault="00000000">
      <w:pPr>
        <w:spacing w:after="180"/>
        <w:jc w:val="center"/>
      </w:pPr>
      <w:r>
        <w:t>2745 Griffith Drive  |  11:00 AM Registration, Lunch, Rules &amp; Announcements  |  12:00 PM Shotgun Start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36"/>
      </w:tblGrid>
      <w:tr w:rsidR="00CB29C4" w14:paraId="3FE8D696" w14:textId="77777777">
        <w:trPr>
          <w:jc w:val="center"/>
        </w:trPr>
        <w:tc>
          <w:tcPr>
            <w:tcW w:w="10656" w:type="dxa"/>
            <w:tcBorders>
              <w:top w:val="single" w:sz="8" w:space="0" w:color="D0D0D0"/>
              <w:left w:val="single" w:sz="8" w:space="0" w:color="D0D0D0"/>
              <w:bottom w:val="single" w:sz="8" w:space="0" w:color="D0D0D0"/>
              <w:right w:val="single" w:sz="8" w:space="0" w:color="D0D0D0"/>
            </w:tcBorders>
            <w:shd w:val="clear" w:color="auto" w:fill="E9EAE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85AF82" w14:textId="77777777" w:rsidR="00CB29C4" w:rsidRDefault="00000000">
            <w:pPr>
              <w:spacing w:after="0"/>
              <w:jc w:val="center"/>
            </w:pPr>
            <w:r>
              <w:rPr>
                <w:b/>
                <w:color w:val="B51F2E"/>
                <w:sz w:val="24"/>
              </w:rPr>
              <w:t>FOUR-PERSON CAPTAIN'S CHOICE  •  $500 PER TEAM</w:t>
            </w:r>
          </w:p>
          <w:p w14:paraId="33AAF0E8" w14:textId="77777777" w:rsidR="00CB29C4" w:rsidRDefault="00000000">
            <w:pPr>
              <w:spacing w:after="0"/>
              <w:jc w:val="center"/>
            </w:pPr>
            <w:r>
              <w:rPr>
                <w:i/>
              </w:rPr>
              <w:t>Includes golf and lunch.</w:t>
            </w:r>
          </w:p>
        </w:tc>
      </w:tr>
    </w:tbl>
    <w:p w14:paraId="627D1E51" w14:textId="77777777" w:rsidR="00CB29C4" w:rsidRDefault="00CB29C4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CB29C4" w14:paraId="42FDE11E" w14:textId="77777777">
        <w:trPr>
          <w:jc w:val="center"/>
        </w:trPr>
        <w:tc>
          <w:tcPr>
            <w:tcW w:w="10656" w:type="dxa"/>
            <w:shd w:val="clear" w:color="auto" w:fill="33333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0103DB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TEAM INFORMATION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9"/>
        <w:gridCol w:w="5299"/>
      </w:tblGrid>
      <w:tr w:rsidR="00CB29C4" w14:paraId="1D92949F" w14:textId="77777777">
        <w:trPr>
          <w:jc w:val="center"/>
        </w:trPr>
        <w:tc>
          <w:tcPr>
            <w:tcW w:w="5299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80" w:type="dxa"/>
              <w:left w:w="100" w:type="dxa"/>
              <w:bottom w:w="210" w:type="dxa"/>
              <w:right w:w="100" w:type="dxa"/>
            </w:tcMar>
          </w:tcPr>
          <w:p w14:paraId="20B21FC8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16"/>
              </w:rPr>
              <w:t>Business / Individual Name</w:t>
            </w:r>
            <w:r>
              <w:rPr>
                <w:b/>
                <w:color w:val="B51F2E"/>
                <w:sz w:val="16"/>
              </w:rPr>
              <w:br/>
            </w:r>
            <w:r>
              <w:rPr>
                <w:sz w:val="18"/>
              </w:rPr>
              <w:t>________________________________________________</w:t>
            </w:r>
          </w:p>
        </w:tc>
        <w:tc>
          <w:tcPr>
            <w:tcW w:w="5299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80" w:type="dxa"/>
              <w:left w:w="100" w:type="dxa"/>
              <w:bottom w:w="210" w:type="dxa"/>
              <w:right w:w="100" w:type="dxa"/>
            </w:tcMar>
          </w:tcPr>
          <w:p w14:paraId="6C79F400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16"/>
              </w:rPr>
              <w:t>Contact Name</w:t>
            </w:r>
            <w:r>
              <w:rPr>
                <w:b/>
                <w:color w:val="B51F2E"/>
                <w:sz w:val="16"/>
              </w:rPr>
              <w:br/>
            </w:r>
            <w:r>
              <w:rPr>
                <w:sz w:val="18"/>
              </w:rPr>
              <w:t>________________________________________________</w:t>
            </w:r>
          </w:p>
        </w:tc>
      </w:tr>
      <w:tr w:rsidR="00CB29C4" w14:paraId="01745056" w14:textId="77777777">
        <w:trPr>
          <w:jc w:val="center"/>
        </w:trPr>
        <w:tc>
          <w:tcPr>
            <w:tcW w:w="5299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80" w:type="dxa"/>
              <w:left w:w="100" w:type="dxa"/>
              <w:bottom w:w="210" w:type="dxa"/>
              <w:right w:w="100" w:type="dxa"/>
            </w:tcMar>
          </w:tcPr>
          <w:p w14:paraId="1B5C4B8A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16"/>
              </w:rPr>
              <w:t>Phone</w:t>
            </w:r>
            <w:r>
              <w:rPr>
                <w:b/>
                <w:color w:val="B51F2E"/>
                <w:sz w:val="16"/>
              </w:rPr>
              <w:br/>
            </w:r>
            <w:r>
              <w:rPr>
                <w:sz w:val="18"/>
              </w:rPr>
              <w:t>________________________________________________</w:t>
            </w:r>
          </w:p>
        </w:tc>
        <w:tc>
          <w:tcPr>
            <w:tcW w:w="5299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80" w:type="dxa"/>
              <w:left w:w="100" w:type="dxa"/>
              <w:bottom w:w="210" w:type="dxa"/>
              <w:right w:w="100" w:type="dxa"/>
            </w:tcMar>
          </w:tcPr>
          <w:p w14:paraId="3ECAB451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16"/>
              </w:rPr>
              <w:t>Email</w:t>
            </w:r>
            <w:r>
              <w:rPr>
                <w:b/>
                <w:color w:val="B51F2E"/>
                <w:sz w:val="16"/>
              </w:rPr>
              <w:br/>
            </w:r>
            <w:r>
              <w:rPr>
                <w:sz w:val="18"/>
              </w:rPr>
              <w:t>________________________________________________</w:t>
            </w:r>
          </w:p>
        </w:tc>
      </w:tr>
    </w:tbl>
    <w:p w14:paraId="663A9C9A" w14:textId="77777777" w:rsidR="00CB29C4" w:rsidRDefault="00CB29C4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CB29C4" w14:paraId="3B1D7F91" w14:textId="77777777">
        <w:trPr>
          <w:jc w:val="center"/>
        </w:trPr>
        <w:tc>
          <w:tcPr>
            <w:tcW w:w="10656" w:type="dxa"/>
            <w:shd w:val="clear" w:color="auto" w:fill="33333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196A3F9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TEAM MEMBERS</w:t>
            </w:r>
          </w:p>
        </w:tc>
      </w:tr>
      <w:tr w:rsidR="00CB29C4" w14:paraId="0B91093F" w14:textId="77777777">
        <w:trPr>
          <w:jc w:val="center"/>
        </w:trPr>
        <w:tc>
          <w:tcPr>
            <w:tcW w:w="10656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5B3BE1B" w14:textId="77777777" w:rsidR="00CB29C4" w:rsidRDefault="00000000">
            <w:pPr>
              <w:spacing w:after="0"/>
            </w:pPr>
            <w:r>
              <w:rPr>
                <w:b/>
                <w:color w:val="B51F2E"/>
              </w:rPr>
              <w:t xml:space="preserve">1.   </w:t>
            </w:r>
            <w:r>
              <w:t>_______________________________________________________________</w:t>
            </w:r>
          </w:p>
        </w:tc>
      </w:tr>
      <w:tr w:rsidR="00CB29C4" w14:paraId="1E1C42C4" w14:textId="77777777">
        <w:trPr>
          <w:jc w:val="center"/>
        </w:trPr>
        <w:tc>
          <w:tcPr>
            <w:tcW w:w="10656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61C7E0B" w14:textId="77777777" w:rsidR="00CB29C4" w:rsidRDefault="00000000">
            <w:pPr>
              <w:spacing w:after="0"/>
            </w:pPr>
            <w:r>
              <w:rPr>
                <w:b/>
                <w:color w:val="B51F2E"/>
              </w:rPr>
              <w:t xml:space="preserve">2.   </w:t>
            </w:r>
            <w:r>
              <w:t>_______________________________________________________________</w:t>
            </w:r>
          </w:p>
        </w:tc>
      </w:tr>
      <w:tr w:rsidR="00CB29C4" w14:paraId="78F96A60" w14:textId="77777777">
        <w:trPr>
          <w:jc w:val="center"/>
        </w:trPr>
        <w:tc>
          <w:tcPr>
            <w:tcW w:w="10656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D3A19B8" w14:textId="77777777" w:rsidR="00CB29C4" w:rsidRDefault="00000000">
            <w:pPr>
              <w:spacing w:after="0"/>
            </w:pPr>
            <w:r>
              <w:rPr>
                <w:b/>
                <w:color w:val="B51F2E"/>
              </w:rPr>
              <w:t xml:space="preserve">3.   </w:t>
            </w:r>
            <w:r>
              <w:t>_______________________________________________________________</w:t>
            </w:r>
          </w:p>
        </w:tc>
      </w:tr>
      <w:tr w:rsidR="00CB29C4" w14:paraId="3B7FEE5B" w14:textId="77777777">
        <w:trPr>
          <w:jc w:val="center"/>
        </w:trPr>
        <w:tc>
          <w:tcPr>
            <w:tcW w:w="10656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372F078" w14:textId="77777777" w:rsidR="00CB29C4" w:rsidRDefault="00000000">
            <w:pPr>
              <w:spacing w:after="0"/>
            </w:pPr>
            <w:r>
              <w:rPr>
                <w:b/>
                <w:color w:val="B51F2E"/>
              </w:rPr>
              <w:t xml:space="preserve">4.   </w:t>
            </w:r>
            <w:r>
              <w:t>_______________________________________________________________</w:t>
            </w:r>
          </w:p>
        </w:tc>
      </w:tr>
    </w:tbl>
    <w:p w14:paraId="35E7ECD4" w14:textId="77777777" w:rsidR="00CB29C4" w:rsidRDefault="00CB29C4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  <w:gridCol w:w="10"/>
      </w:tblGrid>
      <w:tr w:rsidR="00CB29C4" w14:paraId="3A989051" w14:textId="77777777">
        <w:trPr>
          <w:gridAfter w:val="1"/>
          <w:wAfter w:w="10" w:type="dxa"/>
          <w:jc w:val="center"/>
        </w:trPr>
        <w:tc>
          <w:tcPr>
            <w:tcW w:w="10656" w:type="dxa"/>
            <w:gridSpan w:val="2"/>
            <w:shd w:val="clear" w:color="auto" w:fill="33333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755DB4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EXTRAS &amp; PAYMENT</w:t>
            </w:r>
          </w:p>
        </w:tc>
      </w:tr>
      <w:tr w:rsidR="00CB29C4" w14:paraId="31719084" w14:textId="77777777">
        <w:trPr>
          <w:jc w:val="center"/>
        </w:trPr>
        <w:tc>
          <w:tcPr>
            <w:tcW w:w="5328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E549AC" w14:textId="77777777" w:rsidR="00CB29C4" w:rsidRDefault="00000000">
            <w:pPr>
              <w:spacing w:after="0"/>
            </w:pPr>
            <w:r>
              <w:rPr>
                <w:b/>
                <w:color w:val="B51F2E"/>
              </w:rPr>
              <w:t>Mulligans</w:t>
            </w:r>
            <w:r>
              <w:rPr>
                <w:b/>
                <w:color w:val="B51F2E"/>
              </w:rPr>
              <w:br/>
            </w:r>
            <w:r>
              <w:t>☐  $10 each     Quantity: ______     Total: $________</w:t>
            </w:r>
          </w:p>
        </w:tc>
        <w:tc>
          <w:tcPr>
            <w:tcW w:w="5328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480195" w14:textId="77777777" w:rsidR="00CB29C4" w:rsidRDefault="00000000">
            <w:pPr>
              <w:spacing w:after="0"/>
            </w:pPr>
            <w:r>
              <w:rPr>
                <w:b/>
                <w:color w:val="B51F2E"/>
              </w:rPr>
              <w:t>Team Fee</w:t>
            </w:r>
            <w:r>
              <w:rPr>
                <w:b/>
                <w:color w:val="B51F2E"/>
              </w:rPr>
              <w:br/>
            </w:r>
            <w:r>
              <w:t>☐  $500</w:t>
            </w:r>
          </w:p>
        </w:tc>
      </w:tr>
      <w:tr w:rsidR="00CB29C4" w14:paraId="206DE187" w14:textId="77777777">
        <w:trPr>
          <w:jc w:val="center"/>
        </w:trPr>
        <w:tc>
          <w:tcPr>
            <w:tcW w:w="5328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C1D431" w14:textId="77777777" w:rsidR="00CB29C4" w:rsidRDefault="00000000">
            <w:pPr>
              <w:spacing w:after="0"/>
            </w:pPr>
            <w:r>
              <w:rPr>
                <w:b/>
                <w:color w:val="B51F2E"/>
              </w:rPr>
              <w:t>Sponsorship</w:t>
            </w:r>
            <w:r>
              <w:rPr>
                <w:b/>
                <w:color w:val="B51F2E"/>
              </w:rPr>
              <w:br/>
            </w:r>
            <w:r>
              <w:t>☐  Add sponsorship from page 2</w:t>
            </w:r>
          </w:p>
        </w:tc>
        <w:tc>
          <w:tcPr>
            <w:tcW w:w="5328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F65D80" w14:textId="77777777" w:rsidR="00CB29C4" w:rsidRDefault="00000000">
            <w:pPr>
              <w:spacing w:after="0"/>
            </w:pPr>
            <w:r>
              <w:rPr>
                <w:b/>
                <w:color w:val="B51F2E"/>
              </w:rPr>
              <w:t>Total Enclosed</w:t>
            </w:r>
            <w:r>
              <w:rPr>
                <w:b/>
                <w:color w:val="B51F2E"/>
              </w:rPr>
              <w:br/>
            </w:r>
            <w:r>
              <w:t>$________________</w:t>
            </w:r>
          </w:p>
        </w:tc>
      </w:tr>
    </w:tbl>
    <w:p w14:paraId="3271AC58" w14:textId="77777777" w:rsidR="00CB29C4" w:rsidRDefault="00000000">
      <w:pPr>
        <w:spacing w:before="140" w:after="40"/>
      </w:pPr>
      <w:r>
        <w:rPr>
          <w:b/>
        </w:rPr>
        <w:t xml:space="preserve">Return this form: </w:t>
      </w:r>
      <w:r>
        <w:t>Email to aweathers@orangeburgprep.com or bring it to the Lower School or Upper School office.</w:t>
      </w:r>
    </w:p>
    <w:p w14:paraId="4DED7D91" w14:textId="77777777" w:rsidR="00CB29C4" w:rsidRDefault="00000000">
      <w:pPr>
        <w:spacing w:after="0"/>
      </w:pPr>
      <w:r>
        <w:rPr>
          <w:b/>
        </w:rPr>
        <w:t xml:space="preserve">Checks: </w:t>
      </w:r>
      <w:r>
        <w:t xml:space="preserve">OPS ANNUAL FUND   •   </w:t>
      </w:r>
      <w:r>
        <w:rPr>
          <w:b/>
        </w:rPr>
        <w:t xml:space="preserve">Credit card: </w:t>
      </w:r>
      <w:r>
        <w:t xml:space="preserve">Business Office, 803-534-7970   •   </w:t>
      </w:r>
      <w:r>
        <w:rPr>
          <w:b/>
        </w:rPr>
        <w:t xml:space="preserve">Questions: </w:t>
      </w:r>
      <w:r>
        <w:t>Ali Weathers, 803-536-3000</w:t>
      </w:r>
    </w:p>
    <w:p w14:paraId="7CF33702" w14:textId="77777777" w:rsidR="00486AD0" w:rsidRDefault="00486AD0">
      <w:pPr>
        <w:spacing w:after="0"/>
      </w:pPr>
    </w:p>
    <w:p w14:paraId="1BBD38A9" w14:textId="77777777" w:rsidR="00486AD0" w:rsidRPr="00486AD0" w:rsidRDefault="00486AD0" w:rsidP="00486AD0">
      <w:pPr>
        <w:spacing w:after="0"/>
        <w:jc w:val="center"/>
        <w:rPr>
          <w:i/>
          <w:iCs/>
          <w:sz w:val="28"/>
          <w:szCs w:val="28"/>
        </w:rPr>
      </w:pPr>
    </w:p>
    <w:p w14:paraId="609A2DDC" w14:textId="7FD7A3AD" w:rsidR="00486AD0" w:rsidRPr="00486AD0" w:rsidRDefault="00486AD0" w:rsidP="00486AD0">
      <w:pPr>
        <w:spacing w:after="0"/>
        <w:jc w:val="center"/>
        <w:rPr>
          <w:i/>
          <w:iCs/>
          <w:sz w:val="28"/>
          <w:szCs w:val="28"/>
        </w:rPr>
      </w:pPr>
      <w:r w:rsidRPr="00486AD0">
        <w:rPr>
          <w:i/>
          <w:iCs/>
          <w:sz w:val="28"/>
          <w:szCs w:val="28"/>
        </w:rPr>
        <w:t xml:space="preserve">Sponsorship opportunities listed on </w:t>
      </w:r>
      <w:r>
        <w:rPr>
          <w:i/>
          <w:iCs/>
          <w:sz w:val="28"/>
          <w:szCs w:val="28"/>
        </w:rPr>
        <w:t>back.</w:t>
      </w:r>
    </w:p>
    <w:p w14:paraId="2AF6F619" w14:textId="77777777" w:rsidR="00CB29C4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88"/>
      </w:tblGrid>
      <w:tr w:rsidR="00CB29C4" w14:paraId="56461A02" w14:textId="77777777">
        <w:trPr>
          <w:jc w:val="center"/>
        </w:trPr>
        <w:tc>
          <w:tcPr>
            <w:tcW w:w="532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4BEF6D" w14:textId="77777777" w:rsidR="00CB29C4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C7C2BCF" wp14:editId="72A98C92">
                  <wp:extent cx="713232" cy="6259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s_log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62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gridSpan w:val="2"/>
            <w:tcMar>
              <w:top w:w="20" w:type="dxa"/>
              <w:left w:w="80" w:type="dxa"/>
              <w:bottom w:w="20" w:type="dxa"/>
              <w:right w:w="20" w:type="dxa"/>
            </w:tcMar>
            <w:vAlign w:val="center"/>
          </w:tcPr>
          <w:p w14:paraId="7F2D1A56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46"/>
              </w:rPr>
              <w:t>OPS PRIDE CUP</w:t>
            </w:r>
          </w:p>
          <w:p w14:paraId="00584B1C" w14:textId="77777777" w:rsidR="00CB29C4" w:rsidRDefault="00000000">
            <w:pPr>
              <w:spacing w:after="0"/>
            </w:pPr>
            <w:r>
              <w:rPr>
                <w:b/>
                <w:sz w:val="20"/>
              </w:rPr>
              <w:t>SPONSORSHIP OPPORTUNITIES</w:t>
            </w:r>
          </w:p>
        </w:tc>
      </w:tr>
      <w:tr w:rsidR="00CB29C4" w14:paraId="46C1331F" w14:textId="77777777">
        <w:trPr>
          <w:gridAfter w:val="1"/>
          <w:wAfter w:w="88" w:type="dxa"/>
          <w:jc w:val="center"/>
        </w:trPr>
        <w:tc>
          <w:tcPr>
            <w:tcW w:w="10656" w:type="dxa"/>
            <w:gridSpan w:val="2"/>
            <w:shd w:val="clear" w:color="auto" w:fill="B51F2E"/>
          </w:tcPr>
          <w:p w14:paraId="5A609857" w14:textId="77777777" w:rsidR="00CB29C4" w:rsidRDefault="00CB29C4">
            <w:pPr>
              <w:spacing w:after="0"/>
            </w:pPr>
          </w:p>
        </w:tc>
      </w:tr>
    </w:tbl>
    <w:p w14:paraId="7CD30D37" w14:textId="77777777" w:rsidR="00CB29C4" w:rsidRDefault="00CB29C4">
      <w:pPr>
        <w:spacing w:after="0"/>
      </w:pPr>
    </w:p>
    <w:p w14:paraId="47AEF8D5" w14:textId="77777777" w:rsidR="00CB29C4" w:rsidRDefault="00000000">
      <w:pPr>
        <w:spacing w:after="160"/>
        <w:jc w:val="center"/>
      </w:pPr>
      <w:r>
        <w:rPr>
          <w:i/>
          <w:sz w:val="21"/>
        </w:rPr>
        <w:t>Support Orangeburg Preparatory Schools, Inc. and the OPS Annual Fund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29C4" w14:paraId="144715DF" w14:textId="77777777">
        <w:trPr>
          <w:jc w:val="center"/>
        </w:trPr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E8CD4FA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☐  PRESENTING SPONSOR</w:t>
            </w:r>
          </w:p>
        </w:tc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BD34D3E" w14:textId="77777777" w:rsidR="00CB29C4" w:rsidRDefault="00000000">
            <w:pPr>
              <w:spacing w:after="0"/>
              <w:jc w:val="right"/>
            </w:pPr>
            <w:r>
              <w:rPr>
                <w:b/>
                <w:color w:val="FFFFFF"/>
                <w:sz w:val="22"/>
              </w:rPr>
              <w:t>$1,500</w:t>
            </w:r>
          </w:p>
        </w:tc>
      </w:tr>
      <w:tr w:rsidR="00CB29C4" w14:paraId="6839E6D3" w14:textId="77777777">
        <w:trPr>
          <w:jc w:val="center"/>
        </w:trPr>
        <w:tc>
          <w:tcPr>
            <w:tcW w:w="10656" w:type="dxa"/>
            <w:gridSpan w:val="2"/>
            <w:tcBorders>
              <w:top w:val="single" w:sz="8" w:space="0" w:color="D5D5D5"/>
              <w:left w:val="single" w:sz="8" w:space="0" w:color="D5D5D5"/>
              <w:bottom w:val="single" w:sz="8" w:space="0" w:color="D5D5D5"/>
              <w:right w:val="single" w:sz="8" w:space="0" w:color="D5D5D5"/>
            </w:tcBorders>
            <w:shd w:val="clear" w:color="auto" w:fill="F7F7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61ED765" w14:textId="77777777" w:rsidR="00CB29C4" w:rsidRDefault="00000000">
            <w:pPr>
              <w:spacing w:after="0"/>
            </w:pPr>
            <w:r>
              <w:rPr>
                <w:sz w:val="17"/>
              </w:rPr>
              <w:t>Tournament title naming rights • Remarks at the start and end of the tournament • Signage on two holes (front and back nine) • Registration table • Logoed items in gift bags • Recognition on school website, social media, promotional emails, and event signage.</w:t>
            </w:r>
          </w:p>
        </w:tc>
      </w:tr>
    </w:tbl>
    <w:p w14:paraId="10592225" w14:textId="77777777" w:rsidR="00CB29C4" w:rsidRDefault="00CB29C4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29C4" w14:paraId="37D666E2" w14:textId="77777777">
        <w:trPr>
          <w:jc w:val="center"/>
        </w:trPr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67F91B9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☐  LUNCH SPONSOR</w:t>
            </w:r>
          </w:p>
        </w:tc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7064D76" w14:textId="77777777" w:rsidR="00CB29C4" w:rsidRDefault="00000000">
            <w:pPr>
              <w:spacing w:after="0"/>
              <w:jc w:val="right"/>
            </w:pPr>
            <w:r>
              <w:rPr>
                <w:b/>
                <w:color w:val="FFFFFF"/>
                <w:sz w:val="22"/>
              </w:rPr>
              <w:t>$800</w:t>
            </w:r>
          </w:p>
        </w:tc>
      </w:tr>
      <w:tr w:rsidR="00CB29C4" w14:paraId="2395F022" w14:textId="77777777">
        <w:trPr>
          <w:jc w:val="center"/>
        </w:trPr>
        <w:tc>
          <w:tcPr>
            <w:tcW w:w="10656" w:type="dxa"/>
            <w:gridSpan w:val="2"/>
            <w:tcBorders>
              <w:top w:val="single" w:sz="8" w:space="0" w:color="D5D5D5"/>
              <w:left w:val="single" w:sz="8" w:space="0" w:color="D5D5D5"/>
              <w:bottom w:val="single" w:sz="8" w:space="0" w:color="D5D5D5"/>
              <w:right w:val="single" w:sz="8" w:space="0" w:color="D5D5D5"/>
            </w:tcBorders>
            <w:shd w:val="clear" w:color="auto" w:fill="F7F7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735BCBA" w14:textId="77777777" w:rsidR="00CB29C4" w:rsidRDefault="00000000">
            <w:pPr>
              <w:spacing w:after="0"/>
            </w:pPr>
            <w:r>
              <w:rPr>
                <w:sz w:val="17"/>
              </w:rPr>
              <w:t>Signage at lunch • Opportunity to make remarks during lunch/registration • Registration table • Logoed items in gift bags • Signage on one hole • Recognition on school website, social media, promotional emails, and event signage.</w:t>
            </w:r>
          </w:p>
        </w:tc>
      </w:tr>
    </w:tbl>
    <w:p w14:paraId="4A2A038B" w14:textId="77777777" w:rsidR="00CB29C4" w:rsidRDefault="00CB29C4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29C4" w14:paraId="692D0BA0" w14:textId="77777777">
        <w:trPr>
          <w:jc w:val="center"/>
        </w:trPr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8D6D85E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☐  DRIVING RANGE</w:t>
            </w:r>
          </w:p>
        </w:tc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5376510" w14:textId="77777777" w:rsidR="00CB29C4" w:rsidRDefault="00000000">
            <w:pPr>
              <w:spacing w:after="0"/>
              <w:jc w:val="right"/>
            </w:pPr>
            <w:r>
              <w:rPr>
                <w:b/>
                <w:color w:val="FFFFFF"/>
                <w:sz w:val="22"/>
              </w:rPr>
              <w:t>$200</w:t>
            </w:r>
          </w:p>
        </w:tc>
      </w:tr>
      <w:tr w:rsidR="00CB29C4" w14:paraId="7A699380" w14:textId="77777777">
        <w:trPr>
          <w:jc w:val="center"/>
        </w:trPr>
        <w:tc>
          <w:tcPr>
            <w:tcW w:w="10656" w:type="dxa"/>
            <w:gridSpan w:val="2"/>
            <w:tcBorders>
              <w:top w:val="single" w:sz="8" w:space="0" w:color="D5D5D5"/>
              <w:left w:val="single" w:sz="8" w:space="0" w:color="D5D5D5"/>
              <w:bottom w:val="single" w:sz="8" w:space="0" w:color="D5D5D5"/>
              <w:right w:val="single" w:sz="8" w:space="0" w:color="D5D5D5"/>
            </w:tcBorders>
            <w:shd w:val="clear" w:color="auto" w:fill="F7F7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023D9DD" w14:textId="77777777" w:rsidR="00CB29C4" w:rsidRDefault="00000000">
            <w:pPr>
              <w:spacing w:after="0"/>
            </w:pPr>
            <w:r>
              <w:rPr>
                <w:sz w:val="17"/>
              </w:rPr>
              <w:t>Signage on the green • Logoed items in gift bags • Recognition on school website, social media, promotional emails, and event signage.</w:t>
            </w:r>
          </w:p>
        </w:tc>
      </w:tr>
    </w:tbl>
    <w:p w14:paraId="3F4C99C0" w14:textId="77777777" w:rsidR="00CB29C4" w:rsidRDefault="00CB29C4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29C4" w14:paraId="102B87F7" w14:textId="77777777">
        <w:trPr>
          <w:jc w:val="center"/>
        </w:trPr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8B33389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☐  HOLE SPONSOR</w:t>
            </w:r>
          </w:p>
        </w:tc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DCD1857" w14:textId="77777777" w:rsidR="00CB29C4" w:rsidRDefault="00000000">
            <w:pPr>
              <w:spacing w:after="0"/>
              <w:jc w:val="right"/>
            </w:pPr>
            <w:r>
              <w:rPr>
                <w:b/>
                <w:color w:val="FFFFFF"/>
                <w:sz w:val="22"/>
              </w:rPr>
              <w:t>$150</w:t>
            </w:r>
          </w:p>
        </w:tc>
      </w:tr>
      <w:tr w:rsidR="00CB29C4" w14:paraId="6E5F37CF" w14:textId="77777777">
        <w:trPr>
          <w:jc w:val="center"/>
        </w:trPr>
        <w:tc>
          <w:tcPr>
            <w:tcW w:w="10656" w:type="dxa"/>
            <w:gridSpan w:val="2"/>
            <w:tcBorders>
              <w:top w:val="single" w:sz="8" w:space="0" w:color="D5D5D5"/>
              <w:left w:val="single" w:sz="8" w:space="0" w:color="D5D5D5"/>
              <w:bottom w:val="single" w:sz="8" w:space="0" w:color="D5D5D5"/>
              <w:right w:val="single" w:sz="8" w:space="0" w:color="D5D5D5"/>
            </w:tcBorders>
            <w:shd w:val="clear" w:color="auto" w:fill="F7F7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10BD7B5" w14:textId="77777777" w:rsidR="00CB29C4" w:rsidRDefault="00000000">
            <w:pPr>
              <w:spacing w:after="0"/>
            </w:pPr>
            <w:r>
              <w:rPr>
                <w:sz w:val="17"/>
              </w:rPr>
              <w:t>Signage on a hole • Logoed items in gift bags • Recognition on school website, social media, promotional emails, and event signage.</w:t>
            </w:r>
          </w:p>
        </w:tc>
      </w:tr>
    </w:tbl>
    <w:p w14:paraId="55ECE02E" w14:textId="77777777" w:rsidR="00CB29C4" w:rsidRDefault="00CB29C4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B29C4" w14:paraId="391B6850" w14:textId="77777777">
        <w:trPr>
          <w:jc w:val="center"/>
        </w:trPr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B6138C6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1"/>
              </w:rPr>
              <w:t>☐  PUTTING GREEN</w:t>
            </w:r>
          </w:p>
        </w:tc>
        <w:tc>
          <w:tcPr>
            <w:tcW w:w="5328" w:type="dxa"/>
            <w:tcBorders>
              <w:top w:val="single" w:sz="8" w:space="0" w:color="B51F2E"/>
              <w:left w:val="single" w:sz="8" w:space="0" w:color="B51F2E"/>
              <w:bottom w:val="single" w:sz="8" w:space="0" w:color="B51F2E"/>
              <w:right w:val="single" w:sz="8" w:space="0" w:color="B51F2E"/>
            </w:tcBorders>
            <w:shd w:val="clear" w:color="auto" w:fill="B51F2E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BCBEBA1" w14:textId="77777777" w:rsidR="00CB29C4" w:rsidRDefault="00000000">
            <w:pPr>
              <w:spacing w:after="0"/>
              <w:jc w:val="right"/>
            </w:pPr>
            <w:r>
              <w:rPr>
                <w:b/>
                <w:color w:val="FFFFFF"/>
                <w:sz w:val="22"/>
              </w:rPr>
              <w:t>$125</w:t>
            </w:r>
          </w:p>
        </w:tc>
      </w:tr>
      <w:tr w:rsidR="00CB29C4" w14:paraId="4DEF6DF6" w14:textId="77777777">
        <w:trPr>
          <w:jc w:val="center"/>
        </w:trPr>
        <w:tc>
          <w:tcPr>
            <w:tcW w:w="10656" w:type="dxa"/>
            <w:gridSpan w:val="2"/>
            <w:tcBorders>
              <w:top w:val="single" w:sz="8" w:space="0" w:color="D5D5D5"/>
              <w:left w:val="single" w:sz="8" w:space="0" w:color="D5D5D5"/>
              <w:bottom w:val="single" w:sz="8" w:space="0" w:color="D5D5D5"/>
              <w:right w:val="single" w:sz="8" w:space="0" w:color="D5D5D5"/>
            </w:tcBorders>
            <w:shd w:val="clear" w:color="auto" w:fill="F7F7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B7DA352" w14:textId="77777777" w:rsidR="00CB29C4" w:rsidRDefault="00000000">
            <w:pPr>
              <w:spacing w:after="0"/>
            </w:pPr>
            <w:r>
              <w:rPr>
                <w:sz w:val="17"/>
              </w:rPr>
              <w:t>Signage on the green • Recognition on school website, social media, promotional emails, and event signage.</w:t>
            </w:r>
          </w:p>
        </w:tc>
      </w:tr>
    </w:tbl>
    <w:p w14:paraId="755A42DE" w14:textId="77777777" w:rsidR="00CB29C4" w:rsidRDefault="00CB29C4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  <w:gridCol w:w="10"/>
      </w:tblGrid>
      <w:tr w:rsidR="00CB29C4" w14:paraId="5A8A06F3" w14:textId="77777777">
        <w:trPr>
          <w:gridAfter w:val="1"/>
          <w:wAfter w:w="10" w:type="dxa"/>
          <w:jc w:val="center"/>
        </w:trPr>
        <w:tc>
          <w:tcPr>
            <w:tcW w:w="10656" w:type="dxa"/>
            <w:gridSpan w:val="2"/>
            <w:shd w:val="clear" w:color="auto" w:fill="333333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C429F3" w14:textId="77777777" w:rsidR="00CB29C4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SPONSOR INFORMATION</w:t>
            </w:r>
          </w:p>
        </w:tc>
      </w:tr>
      <w:tr w:rsidR="00CB29C4" w14:paraId="76CA9CCC" w14:textId="77777777">
        <w:trPr>
          <w:jc w:val="center"/>
        </w:trPr>
        <w:tc>
          <w:tcPr>
            <w:tcW w:w="5328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70" w:type="dxa"/>
              <w:left w:w="100" w:type="dxa"/>
              <w:bottom w:w="180" w:type="dxa"/>
              <w:right w:w="100" w:type="dxa"/>
            </w:tcMar>
          </w:tcPr>
          <w:p w14:paraId="7C39708A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16"/>
              </w:rPr>
              <w:t>Business / Individual Name</w:t>
            </w:r>
            <w:r>
              <w:rPr>
                <w:b/>
                <w:color w:val="B51F2E"/>
                <w:sz w:val="16"/>
              </w:rPr>
              <w:br/>
            </w:r>
            <w:r>
              <w:rPr>
                <w:sz w:val="18"/>
              </w:rPr>
              <w:t>____________________________________</w:t>
            </w:r>
          </w:p>
        </w:tc>
        <w:tc>
          <w:tcPr>
            <w:tcW w:w="5328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70" w:type="dxa"/>
              <w:left w:w="100" w:type="dxa"/>
              <w:bottom w:w="180" w:type="dxa"/>
              <w:right w:w="100" w:type="dxa"/>
            </w:tcMar>
          </w:tcPr>
          <w:p w14:paraId="429F5D49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16"/>
              </w:rPr>
              <w:t>Contact Name</w:t>
            </w:r>
            <w:r>
              <w:rPr>
                <w:b/>
                <w:color w:val="B51F2E"/>
                <w:sz w:val="16"/>
              </w:rPr>
              <w:br/>
            </w:r>
            <w:r>
              <w:rPr>
                <w:sz w:val="18"/>
              </w:rPr>
              <w:t>____________________________________</w:t>
            </w:r>
          </w:p>
        </w:tc>
      </w:tr>
      <w:tr w:rsidR="00CB29C4" w14:paraId="4FA575F2" w14:textId="77777777">
        <w:trPr>
          <w:jc w:val="center"/>
        </w:trPr>
        <w:tc>
          <w:tcPr>
            <w:tcW w:w="5328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70" w:type="dxa"/>
              <w:left w:w="100" w:type="dxa"/>
              <w:bottom w:w="180" w:type="dxa"/>
              <w:right w:w="100" w:type="dxa"/>
            </w:tcMar>
          </w:tcPr>
          <w:p w14:paraId="55EE31CC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16"/>
              </w:rPr>
              <w:t>Phone</w:t>
            </w:r>
            <w:r>
              <w:rPr>
                <w:b/>
                <w:color w:val="B51F2E"/>
                <w:sz w:val="16"/>
              </w:rPr>
              <w:br/>
            </w:r>
            <w:r>
              <w:rPr>
                <w:sz w:val="18"/>
              </w:rPr>
              <w:t>____________________________________</w:t>
            </w:r>
          </w:p>
        </w:tc>
        <w:tc>
          <w:tcPr>
            <w:tcW w:w="5328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70" w:type="dxa"/>
              <w:left w:w="100" w:type="dxa"/>
              <w:bottom w:w="180" w:type="dxa"/>
              <w:right w:w="100" w:type="dxa"/>
            </w:tcMar>
          </w:tcPr>
          <w:p w14:paraId="2DF94A55" w14:textId="77777777" w:rsidR="00CB29C4" w:rsidRDefault="00000000">
            <w:pPr>
              <w:spacing w:after="0"/>
            </w:pPr>
            <w:r>
              <w:rPr>
                <w:b/>
                <w:color w:val="B51F2E"/>
                <w:sz w:val="16"/>
              </w:rPr>
              <w:t>Email</w:t>
            </w:r>
            <w:r>
              <w:rPr>
                <w:b/>
                <w:color w:val="B51F2E"/>
                <w:sz w:val="16"/>
              </w:rPr>
              <w:br/>
            </w:r>
            <w:r>
              <w:rPr>
                <w:sz w:val="18"/>
              </w:rPr>
              <w:t>____________________________________</w:t>
            </w:r>
          </w:p>
        </w:tc>
      </w:tr>
    </w:tbl>
    <w:p w14:paraId="19AAA14E" w14:textId="77777777" w:rsidR="00CB29C4" w:rsidRDefault="00000000">
      <w:pPr>
        <w:spacing w:before="140" w:after="20"/>
      </w:pPr>
      <w:r>
        <w:rPr>
          <w:b/>
          <w:color w:val="B51F2E"/>
        </w:rPr>
        <w:t xml:space="preserve">Thank you for supporting OPS! </w:t>
      </w:r>
      <w:r>
        <w:t>All gifts benefit the Annual Fund for school-wide projects and enhancements.</w:t>
      </w:r>
    </w:p>
    <w:p w14:paraId="41FADF63" w14:textId="77777777" w:rsidR="00CB29C4" w:rsidRDefault="00000000">
      <w:pPr>
        <w:spacing w:after="0"/>
      </w:pPr>
      <w:r>
        <w:rPr>
          <w:b/>
        </w:rPr>
        <w:t xml:space="preserve">Return: </w:t>
      </w:r>
      <w:r>
        <w:t xml:space="preserve">aweathers@orangeburgprep.com   •   </w:t>
      </w:r>
      <w:r>
        <w:rPr>
          <w:b/>
        </w:rPr>
        <w:t xml:space="preserve">Checks: </w:t>
      </w:r>
      <w:r>
        <w:t xml:space="preserve">OPS ANNUAL FUND   •   </w:t>
      </w:r>
      <w:r>
        <w:rPr>
          <w:b/>
        </w:rPr>
        <w:t xml:space="preserve">Credit card: </w:t>
      </w:r>
      <w:r>
        <w:t>803-534-7970</w:t>
      </w:r>
    </w:p>
    <w:sectPr w:rsidR="00CB29C4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75C6" w14:textId="77777777" w:rsidR="00374DE1" w:rsidRDefault="00374DE1">
      <w:pPr>
        <w:spacing w:after="0" w:line="240" w:lineRule="auto"/>
      </w:pPr>
      <w:r>
        <w:separator/>
      </w:r>
    </w:p>
  </w:endnote>
  <w:endnote w:type="continuationSeparator" w:id="0">
    <w:p w14:paraId="4FDF60F8" w14:textId="77777777" w:rsidR="00374DE1" w:rsidRDefault="00374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D4D53" w14:textId="77777777" w:rsidR="00CB29C4" w:rsidRDefault="00000000">
    <w:pPr>
      <w:pStyle w:val="Footer"/>
      <w:jc w:val="center"/>
    </w:pPr>
    <w:r>
      <w:rPr>
        <w:color w:val="777777"/>
        <w:sz w:val="15"/>
      </w:rPr>
      <w:t xml:space="preserve">ORANGEBURG PREPARATORY </w:t>
    </w:r>
    <w:proofErr w:type="gramStart"/>
    <w:r>
      <w:rPr>
        <w:color w:val="777777"/>
        <w:sz w:val="15"/>
      </w:rPr>
      <w:t>SCHOOL  •</w:t>
    </w:r>
    <w:proofErr w:type="gramEnd"/>
    <w:r>
      <w:rPr>
        <w:color w:val="777777"/>
        <w:sz w:val="15"/>
      </w:rPr>
      <w:t xml:space="preserve">  2026 OPS PRIDE CUP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0556" w14:textId="77777777" w:rsidR="00374DE1" w:rsidRDefault="00374DE1">
      <w:pPr>
        <w:spacing w:after="0" w:line="240" w:lineRule="auto"/>
      </w:pPr>
      <w:r>
        <w:separator/>
      </w:r>
    </w:p>
  </w:footnote>
  <w:footnote w:type="continuationSeparator" w:id="0">
    <w:p w14:paraId="3505FF8A" w14:textId="77777777" w:rsidR="00374DE1" w:rsidRDefault="00374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6582340">
    <w:abstractNumId w:val="8"/>
  </w:num>
  <w:num w:numId="2" w16cid:durableId="261572207">
    <w:abstractNumId w:val="6"/>
  </w:num>
  <w:num w:numId="3" w16cid:durableId="1464158714">
    <w:abstractNumId w:val="5"/>
  </w:num>
  <w:num w:numId="4" w16cid:durableId="870803395">
    <w:abstractNumId w:val="4"/>
  </w:num>
  <w:num w:numId="5" w16cid:durableId="20476477">
    <w:abstractNumId w:val="7"/>
  </w:num>
  <w:num w:numId="6" w16cid:durableId="1173573872">
    <w:abstractNumId w:val="3"/>
  </w:num>
  <w:num w:numId="7" w16cid:durableId="829910979">
    <w:abstractNumId w:val="2"/>
  </w:num>
  <w:num w:numId="8" w16cid:durableId="231359286">
    <w:abstractNumId w:val="1"/>
  </w:num>
  <w:num w:numId="9" w16cid:durableId="680931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4DE1"/>
    <w:rsid w:val="003F0529"/>
    <w:rsid w:val="00486AD0"/>
    <w:rsid w:val="008046AD"/>
    <w:rsid w:val="00AA1D8D"/>
    <w:rsid w:val="00B47730"/>
    <w:rsid w:val="00CB0664"/>
    <w:rsid w:val="00CB29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7AEF4"/>
  <w14:defaultImageDpi w14:val="300"/>
  <w15:docId w15:val="{FAFADD7D-3E04-49B0-8AF8-9C8168C6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333333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  Weathers</cp:lastModifiedBy>
  <cp:revision>2</cp:revision>
  <cp:lastPrinted>2026-09-21T16:39:00Z</cp:lastPrinted>
  <dcterms:created xsi:type="dcterms:W3CDTF">2026-09-21T16:47:00Z</dcterms:created>
  <dcterms:modified xsi:type="dcterms:W3CDTF">2026-09-21T16:47:00Z</dcterms:modified>
  <cp:category/>
</cp:coreProperties>
</file>