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AB0D8" w14:textId="77777777" w:rsidR="009A2730" w:rsidRDefault="00000000">
      <w:pPr>
        <w:spacing w:after="0" w:line="252" w:lineRule="auto"/>
        <w:jc w:val="center"/>
      </w:pPr>
      <w:r>
        <w:rPr>
          <w:noProof/>
        </w:rPr>
        <w:drawing>
          <wp:anchor distT="0" distB="0" distL="114300" distR="114300" simplePos="0" relativeHeight="251658240" behindDoc="1" locked="0" layoutInCell="1" allowOverlap="1" wp14:anchorId="1E6FA668" wp14:editId="1792ABBC">
            <wp:simplePos x="0" y="0"/>
            <wp:positionH relativeFrom="column">
              <wp:posOffset>2271394</wp:posOffset>
            </wp:positionH>
            <wp:positionV relativeFrom="paragraph">
              <wp:posOffset>-253365</wp:posOffset>
            </wp:positionV>
            <wp:extent cx="1545017" cy="819150"/>
            <wp:effectExtent l="0" t="0" r="0" b="0"/>
            <wp:wrapNone/>
            <wp:docPr id="1" name="Picture 1" descr="ASCEND Research logo" title="ASCEND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cendr-research-logo.png"/>
                    <pic:cNvPicPr/>
                  </pic:nvPicPr>
                  <pic:blipFill>
                    <a:blip r:embed="rId8"/>
                    <a:stretch>
                      <a:fillRect/>
                    </a:stretch>
                  </pic:blipFill>
                  <pic:spPr>
                    <a:xfrm>
                      <a:off x="0" y="0"/>
                      <a:ext cx="1546726" cy="820056"/>
                    </a:xfrm>
                    <a:prstGeom prst="rect">
                      <a:avLst/>
                    </a:prstGeom>
                  </pic:spPr>
                </pic:pic>
              </a:graphicData>
            </a:graphic>
            <wp14:sizeRelH relativeFrom="margin">
              <wp14:pctWidth>0</wp14:pctWidth>
            </wp14:sizeRelH>
            <wp14:sizeRelV relativeFrom="margin">
              <wp14:pctHeight>0</wp14:pctHeight>
            </wp14:sizeRelV>
          </wp:anchor>
        </w:drawing>
      </w:r>
    </w:p>
    <w:p w14:paraId="19976BE0" w14:textId="77777777" w:rsidR="00D97092" w:rsidRDefault="00D97092">
      <w:pPr>
        <w:pStyle w:val="Title"/>
        <w:spacing w:after="0" w:line="252" w:lineRule="auto"/>
        <w:jc w:val="center"/>
        <w:rPr>
          <w:rFonts w:ascii="Public Sans" w:hAnsi="Public Sans"/>
          <w:sz w:val="32"/>
          <w:szCs w:val="32"/>
        </w:rPr>
      </w:pPr>
    </w:p>
    <w:p w14:paraId="2ACC9661" w14:textId="77777777" w:rsidR="00D97092" w:rsidRDefault="00D97092">
      <w:pPr>
        <w:pStyle w:val="Title"/>
        <w:spacing w:after="0" w:line="252" w:lineRule="auto"/>
        <w:jc w:val="center"/>
        <w:rPr>
          <w:rFonts w:ascii="Public Sans" w:hAnsi="Public Sans"/>
          <w:sz w:val="32"/>
          <w:szCs w:val="32"/>
        </w:rPr>
      </w:pPr>
    </w:p>
    <w:p w14:paraId="611F321F" w14:textId="6B18A05A" w:rsidR="009A2730" w:rsidRPr="00D97092" w:rsidRDefault="00000000">
      <w:pPr>
        <w:pStyle w:val="Title"/>
        <w:spacing w:after="0" w:line="252" w:lineRule="auto"/>
        <w:jc w:val="center"/>
        <w:rPr>
          <w:rFonts w:ascii="Public Sans" w:hAnsi="Public Sans"/>
          <w:sz w:val="32"/>
          <w:szCs w:val="32"/>
        </w:rPr>
      </w:pPr>
      <w:r w:rsidRPr="00D97092">
        <w:rPr>
          <w:rFonts w:ascii="Public Sans" w:hAnsi="Public Sans"/>
          <w:sz w:val="32"/>
          <w:szCs w:val="32"/>
        </w:rPr>
        <w:t>Institutional Authorization Letter Template</w:t>
      </w:r>
    </w:p>
    <w:p w14:paraId="242D2EBF" w14:textId="74670D6F" w:rsidR="00D97092" w:rsidRPr="00D97092" w:rsidRDefault="00000000" w:rsidP="00D97092">
      <w:pPr>
        <w:spacing w:after="120" w:line="252" w:lineRule="auto"/>
        <w:jc w:val="center"/>
        <w:rPr>
          <w:rFonts w:ascii="Public Sans" w:hAnsi="Public Sans"/>
          <w:sz w:val="22"/>
        </w:rPr>
      </w:pPr>
      <w:r w:rsidRPr="00D97092">
        <w:rPr>
          <w:rFonts w:ascii="Public Sans" w:hAnsi="Public Sans"/>
          <w:b/>
          <w:color w:val="1D3567"/>
          <w:sz w:val="22"/>
        </w:rPr>
        <w:t>ASCEN</w:t>
      </w:r>
      <w:r w:rsidR="00D97092">
        <w:rPr>
          <w:rFonts w:ascii="Public Sans" w:hAnsi="Public Sans"/>
          <w:b/>
          <w:color w:val="1D3567"/>
          <w:sz w:val="22"/>
        </w:rPr>
        <w:t>D</w:t>
      </w:r>
      <w:r w:rsidR="00D97092" w:rsidRPr="00D97092">
        <w:rPr>
          <w:rFonts w:ascii="Public Sans" w:hAnsi="Public Sans"/>
          <w:b/>
          <w:color w:val="1D3567"/>
          <w:sz w:val="22"/>
          <w:vertAlign w:val="superscript"/>
        </w:rPr>
        <w:t>R</w:t>
      </w:r>
      <w:r w:rsidRPr="00D97092">
        <w:rPr>
          <w:rFonts w:ascii="Public Sans" w:hAnsi="Public Sans"/>
          <w:b/>
          <w:color w:val="1D3567"/>
          <w:sz w:val="22"/>
        </w:rPr>
        <w:t xml:space="preserve"> </w:t>
      </w:r>
      <w:proofErr w:type="gramStart"/>
      <w:r w:rsidRPr="00D97092">
        <w:rPr>
          <w:rFonts w:ascii="Public Sans" w:hAnsi="Public Sans"/>
          <w:b/>
          <w:color w:val="1D3567"/>
          <w:sz w:val="22"/>
        </w:rPr>
        <w:t>Research</w:t>
      </w:r>
      <w:r w:rsidRPr="00D97092">
        <w:rPr>
          <w:rFonts w:ascii="Public Sans" w:hAnsi="Public Sans"/>
          <w:b/>
          <w:color w:val="1D3567"/>
          <w:sz w:val="24"/>
          <w:szCs w:val="24"/>
        </w:rPr>
        <w:t xml:space="preserve">  |</w:t>
      </w:r>
      <w:proofErr w:type="gramEnd"/>
      <w:r w:rsidRPr="00D97092">
        <w:rPr>
          <w:rFonts w:ascii="Public Sans" w:hAnsi="Public Sans"/>
          <w:b/>
          <w:color w:val="1D3567"/>
          <w:sz w:val="24"/>
          <w:szCs w:val="24"/>
        </w:rPr>
        <w:t xml:space="preserve">  </w:t>
      </w:r>
      <w:r w:rsidRPr="00D97092">
        <w:rPr>
          <w:rFonts w:ascii="Public Sans" w:hAnsi="Public Sans"/>
          <w:b/>
          <w:color w:val="1D3567"/>
          <w:sz w:val="22"/>
        </w:rPr>
        <w:t>2027–2028 Funding Cycle</w:t>
      </w:r>
    </w:p>
    <w:p w14:paraId="3070C7B5" w14:textId="031DAAC6" w:rsidR="009A2730" w:rsidRPr="00D97092" w:rsidRDefault="00D97092" w:rsidP="00D97092">
      <w:pPr>
        <w:spacing w:before="240" w:line="252" w:lineRule="auto"/>
        <w:rPr>
          <w:rFonts w:ascii="Public Sans" w:hAnsi="Public Sans"/>
          <w:sz w:val="22"/>
        </w:rPr>
      </w:pPr>
      <w:r w:rsidRPr="00D97092">
        <w:rPr>
          <w:rFonts w:ascii="Public Sans" w:hAnsi="Public Sans"/>
          <w:color w:val="000000"/>
          <w:sz w:val="20"/>
        </w:rPr>
        <w:t xml:space="preserve">The purpose of the Institutional Authorization Letter is to confirm that the </w:t>
      </w:r>
      <w:r w:rsidR="00000000" w:rsidRPr="00D97092">
        <w:rPr>
          <w:rFonts w:ascii="Public Sans" w:hAnsi="Public Sans"/>
          <w:color w:val="000000"/>
          <w:sz w:val="20"/>
        </w:rPr>
        <w:t>Principal Investigator has been authorized by the institution to submit the proposal directly. It confirms that the institution authorizes the submission on its behalf. The letter is not required when the proposal is submitted by an authorized Research Administration Officer.</w:t>
      </w:r>
    </w:p>
    <w:p w14:paraId="71AA3588" w14:textId="649AEAE7" w:rsidR="009A2730" w:rsidRPr="00D97092" w:rsidRDefault="00D97092">
      <w:pPr>
        <w:spacing w:before="60" w:after="60" w:line="252" w:lineRule="auto"/>
        <w:rPr>
          <w:rFonts w:ascii="Public Sans" w:hAnsi="Public Sans"/>
        </w:rPr>
      </w:pPr>
      <w:r w:rsidRPr="00D97092">
        <w:rPr>
          <w:rFonts w:ascii="Public Sans" w:hAnsi="Public Sans"/>
          <w:b/>
          <w:color w:val="1D3567"/>
          <w:sz w:val="22"/>
        </w:rPr>
        <w:t xml:space="preserve">Submission Instructions </w:t>
      </w:r>
    </w:p>
    <w:p w14:paraId="52A7F25F" w14:textId="77777777" w:rsidR="00D97092" w:rsidRPr="00D97092" w:rsidRDefault="00000000" w:rsidP="00D97092">
      <w:pPr>
        <w:pStyle w:val="ListParagraph"/>
        <w:numPr>
          <w:ilvl w:val="0"/>
          <w:numId w:val="10"/>
        </w:numPr>
        <w:spacing w:after="20" w:line="240" w:lineRule="auto"/>
        <w:rPr>
          <w:rFonts w:ascii="Public Sans" w:hAnsi="Public Sans"/>
          <w:sz w:val="20"/>
          <w:szCs w:val="20"/>
        </w:rPr>
      </w:pPr>
      <w:r w:rsidRPr="00D97092">
        <w:rPr>
          <w:rFonts w:ascii="Public Sans" w:hAnsi="Public Sans"/>
          <w:color w:val="000000"/>
          <w:sz w:val="20"/>
          <w:szCs w:val="20"/>
        </w:rPr>
        <w:t>Copy the letter text below onto official institutional letterhead.</w:t>
      </w:r>
    </w:p>
    <w:p w14:paraId="0662710D" w14:textId="77777777" w:rsidR="00D97092" w:rsidRPr="00D97092" w:rsidRDefault="00000000" w:rsidP="00D97092">
      <w:pPr>
        <w:pStyle w:val="ListParagraph"/>
        <w:numPr>
          <w:ilvl w:val="0"/>
          <w:numId w:val="10"/>
        </w:numPr>
        <w:spacing w:after="20" w:line="240" w:lineRule="auto"/>
        <w:rPr>
          <w:rFonts w:ascii="Public Sans" w:hAnsi="Public Sans"/>
          <w:sz w:val="20"/>
          <w:szCs w:val="20"/>
        </w:rPr>
      </w:pPr>
      <w:r w:rsidRPr="00D97092">
        <w:rPr>
          <w:rFonts w:ascii="Public Sans" w:hAnsi="Public Sans"/>
          <w:color w:val="000000"/>
          <w:sz w:val="20"/>
          <w:szCs w:val="20"/>
        </w:rPr>
        <w:t>Obtain the signature of an institutional official authorized to approve proposal submissions.</w:t>
      </w:r>
    </w:p>
    <w:p w14:paraId="46ECC784" w14:textId="285956C4" w:rsidR="009A2730" w:rsidRPr="00D97092" w:rsidRDefault="00000000" w:rsidP="00D97092">
      <w:pPr>
        <w:pStyle w:val="ListParagraph"/>
        <w:numPr>
          <w:ilvl w:val="0"/>
          <w:numId w:val="10"/>
        </w:numPr>
        <w:spacing w:after="20" w:line="240" w:lineRule="auto"/>
        <w:rPr>
          <w:rFonts w:ascii="Public Sans" w:hAnsi="Public Sans"/>
          <w:sz w:val="20"/>
          <w:szCs w:val="20"/>
        </w:rPr>
      </w:pPr>
      <w:r w:rsidRPr="00D97092">
        <w:rPr>
          <w:rFonts w:ascii="Public Sans" w:hAnsi="Public Sans"/>
          <w:color w:val="000000"/>
          <w:sz w:val="20"/>
          <w:szCs w:val="20"/>
        </w:rPr>
        <w:t>Upload the signed letter with the proposal in the HSRU InfoReady application portal as the Institutional Authorization Form.</w:t>
      </w:r>
    </w:p>
    <w:p w14:paraId="4EC685DC" w14:textId="77777777" w:rsidR="00D97092" w:rsidRDefault="00D97092" w:rsidP="00D97092">
      <w:pPr>
        <w:spacing w:before="240" w:line="252" w:lineRule="auto"/>
        <w:rPr>
          <w:rFonts w:ascii="Public Sans" w:hAnsi="Public Sans"/>
          <w:b/>
          <w:color w:val="1D3567"/>
          <w:sz w:val="22"/>
        </w:rPr>
      </w:pPr>
    </w:p>
    <w:p w14:paraId="04AEDDBC" w14:textId="3F8E3CFD" w:rsidR="009A2730" w:rsidRPr="00D97092" w:rsidRDefault="00000000" w:rsidP="00D97092">
      <w:pPr>
        <w:spacing w:before="240" w:line="252" w:lineRule="auto"/>
        <w:jc w:val="center"/>
        <w:rPr>
          <w:rFonts w:ascii="Public Sans" w:hAnsi="Public Sans"/>
        </w:rPr>
      </w:pPr>
      <w:r w:rsidRPr="00D97092">
        <w:rPr>
          <w:rFonts w:ascii="Public Sans" w:hAnsi="Public Sans"/>
          <w:b/>
          <w:color w:val="1D3567"/>
          <w:sz w:val="22"/>
        </w:rPr>
        <w:t>LETTER TEMPLATE</w:t>
      </w:r>
    </w:p>
    <w:tbl>
      <w:tblPr>
        <w:tblW w:w="0" w:type="auto"/>
        <w:jc w:val="center"/>
        <w:tblLayout w:type="fixed"/>
        <w:tblLook w:val="04A0" w:firstRow="1" w:lastRow="0" w:firstColumn="1" w:lastColumn="0" w:noHBand="0" w:noVBand="1"/>
      </w:tblPr>
      <w:tblGrid>
        <w:gridCol w:w="9936"/>
      </w:tblGrid>
      <w:tr w:rsidR="009A2730" w14:paraId="63D3D946" w14:textId="77777777">
        <w:trPr>
          <w:jc w:val="center"/>
        </w:trPr>
        <w:tc>
          <w:tcPr>
            <w:tcW w:w="9936" w:type="dxa"/>
            <w:tcBorders>
              <w:top w:val="single" w:sz="6" w:space="0" w:color="D9D9D9"/>
              <w:left w:val="single" w:sz="6" w:space="0" w:color="D9D9D9"/>
              <w:bottom w:val="single" w:sz="6" w:space="0" w:color="D9D9D9"/>
              <w:right w:val="single" w:sz="6" w:space="0" w:color="D9D9D9"/>
            </w:tcBorders>
            <w:tcMar>
              <w:top w:w="150" w:type="dxa"/>
              <w:left w:w="180" w:type="dxa"/>
              <w:bottom w:w="150" w:type="dxa"/>
              <w:right w:w="180" w:type="dxa"/>
            </w:tcMar>
          </w:tcPr>
          <w:p w14:paraId="437D336A" w14:textId="77777777" w:rsidR="009A2730" w:rsidRDefault="00000000" w:rsidP="00D97092">
            <w:pPr>
              <w:spacing w:after="140" w:line="252" w:lineRule="auto"/>
              <w:jc w:val="center"/>
              <w:rPr>
                <w:rFonts w:ascii="Public Sans" w:hAnsi="Public Sans"/>
                <w:b/>
                <w:color w:val="666666"/>
                <w:sz w:val="19"/>
              </w:rPr>
            </w:pPr>
            <w:r w:rsidRPr="00D97092">
              <w:rPr>
                <w:rFonts w:ascii="Public Sans" w:hAnsi="Public Sans"/>
                <w:b/>
                <w:color w:val="666666"/>
                <w:sz w:val="19"/>
              </w:rPr>
              <w:t>[OFFICIAL INSTITUTIONAL LETTERHEAD]</w:t>
            </w:r>
          </w:p>
          <w:p w14:paraId="6BCD910E" w14:textId="77777777" w:rsidR="00D97092" w:rsidRPr="00D97092" w:rsidRDefault="00D97092" w:rsidP="00D97092">
            <w:pPr>
              <w:spacing w:after="140" w:line="252" w:lineRule="auto"/>
              <w:jc w:val="center"/>
              <w:rPr>
                <w:rFonts w:ascii="Public Sans" w:hAnsi="Public Sans"/>
              </w:rPr>
            </w:pPr>
          </w:p>
          <w:p w14:paraId="352A333D" w14:textId="77777777" w:rsidR="009A2730" w:rsidRPr="00D97092" w:rsidRDefault="00000000">
            <w:pPr>
              <w:spacing w:after="160" w:line="252" w:lineRule="auto"/>
              <w:rPr>
                <w:rFonts w:ascii="Public Sans" w:hAnsi="Public Sans"/>
              </w:rPr>
            </w:pPr>
            <w:r w:rsidRPr="00D97092">
              <w:rPr>
                <w:rFonts w:ascii="Public Sans" w:hAnsi="Public Sans"/>
                <w:color w:val="000000"/>
              </w:rPr>
              <w:t>[Date]</w:t>
            </w:r>
          </w:p>
          <w:p w14:paraId="2EFC7ACF" w14:textId="77777777" w:rsidR="009A2730" w:rsidRPr="00D97092" w:rsidRDefault="00000000">
            <w:pPr>
              <w:spacing w:after="0" w:line="252" w:lineRule="auto"/>
              <w:rPr>
                <w:rFonts w:ascii="Public Sans" w:hAnsi="Public Sans"/>
              </w:rPr>
            </w:pPr>
            <w:r w:rsidRPr="00D97092">
              <w:rPr>
                <w:rFonts w:ascii="Public Sans" w:hAnsi="Public Sans"/>
                <w:b/>
                <w:color w:val="000000"/>
              </w:rPr>
              <w:t>ASCEND</w:t>
            </w:r>
            <w:r w:rsidRPr="00D97092">
              <w:rPr>
                <w:rFonts w:ascii="Times New Roman" w:hAnsi="Times New Roman" w:cs="Times New Roman"/>
                <w:b/>
                <w:color w:val="000000"/>
              </w:rPr>
              <w:t>ᴿ</w:t>
            </w:r>
            <w:r w:rsidRPr="00D97092">
              <w:rPr>
                <w:rFonts w:ascii="Public Sans" w:hAnsi="Public Sans"/>
                <w:b/>
                <w:color w:val="000000"/>
              </w:rPr>
              <w:t xml:space="preserve"> Research Grant Program</w:t>
            </w:r>
          </w:p>
          <w:p w14:paraId="6A0FFD9B" w14:textId="77777777" w:rsidR="00D97092" w:rsidRDefault="00D97092">
            <w:pPr>
              <w:spacing w:after="160" w:line="252" w:lineRule="auto"/>
              <w:rPr>
                <w:rFonts w:ascii="Public Sans" w:hAnsi="Public Sans"/>
                <w:color w:val="000000"/>
              </w:rPr>
            </w:pPr>
          </w:p>
          <w:p w14:paraId="67793906" w14:textId="3C858A1B" w:rsidR="009A2730" w:rsidRPr="00D97092" w:rsidRDefault="00000000">
            <w:pPr>
              <w:spacing w:after="160" w:line="252" w:lineRule="auto"/>
              <w:rPr>
                <w:rFonts w:ascii="Public Sans" w:hAnsi="Public Sans"/>
              </w:rPr>
            </w:pPr>
            <w:r w:rsidRPr="00D97092">
              <w:rPr>
                <w:rFonts w:ascii="Public Sans" w:hAnsi="Public Sans"/>
                <w:color w:val="000000"/>
              </w:rPr>
              <w:t>To Whom It May Concern:</w:t>
            </w:r>
          </w:p>
          <w:p w14:paraId="4C4BA61C" w14:textId="4826B54F" w:rsidR="00D97092" w:rsidRPr="00D97092" w:rsidRDefault="00D97092">
            <w:pPr>
              <w:spacing w:after="240" w:line="269" w:lineRule="auto"/>
              <w:rPr>
                <w:rFonts w:ascii="Public Sans" w:hAnsi="Public Sans"/>
              </w:rPr>
            </w:pPr>
            <w:r w:rsidRPr="00D97092">
              <w:rPr>
                <w:rFonts w:ascii="Public Sans" w:hAnsi="Public Sans"/>
              </w:rPr>
              <w:t>This letter confirms that [Institution Name] has completed its internal review process and authorizes [Principal Investigator Name] to submit the proposal entitled "[Proposal Title]" directly to the ASCEND</w:t>
            </w:r>
            <w:r w:rsidRPr="00D97092">
              <w:rPr>
                <w:rFonts w:ascii="Times New Roman" w:hAnsi="Times New Roman" w:cs="Times New Roman"/>
              </w:rPr>
              <w:t>ᴿ</w:t>
            </w:r>
            <w:r w:rsidRPr="00D97092">
              <w:rPr>
                <w:rFonts w:ascii="Public Sans" w:hAnsi="Public Sans"/>
              </w:rPr>
              <w:t xml:space="preserve"> Research Grant Program</w:t>
            </w:r>
            <w:r>
              <w:rPr>
                <w:rFonts w:ascii="Public Sans" w:hAnsi="Public Sans"/>
              </w:rPr>
              <w:t xml:space="preserve"> on behalf of the institution. </w:t>
            </w:r>
          </w:p>
          <w:p w14:paraId="3E7B8ABB" w14:textId="77777777" w:rsidR="009A2730" w:rsidRPr="00D97092" w:rsidRDefault="00000000">
            <w:pPr>
              <w:spacing w:after="300" w:line="252" w:lineRule="auto"/>
              <w:rPr>
                <w:rFonts w:ascii="Public Sans" w:hAnsi="Public Sans"/>
              </w:rPr>
            </w:pPr>
            <w:r w:rsidRPr="00D97092">
              <w:rPr>
                <w:rFonts w:ascii="Public Sans" w:hAnsi="Public Sans"/>
                <w:color w:val="000000"/>
              </w:rPr>
              <w:t>Sincerely,</w:t>
            </w:r>
          </w:p>
          <w:p w14:paraId="2485F03E" w14:textId="77777777" w:rsidR="009A2730" w:rsidRPr="00D97092" w:rsidRDefault="00000000">
            <w:pPr>
              <w:spacing w:after="20" w:line="252" w:lineRule="auto"/>
              <w:rPr>
                <w:rFonts w:ascii="Public Sans" w:hAnsi="Public Sans"/>
              </w:rPr>
            </w:pPr>
            <w:r w:rsidRPr="00D97092">
              <w:rPr>
                <w:rFonts w:ascii="Public Sans" w:hAnsi="Public Sans"/>
                <w:b/>
                <w:color w:val="000000"/>
              </w:rPr>
              <w:t>[Signature of Authorized Institutional Official]</w:t>
            </w:r>
          </w:p>
          <w:p w14:paraId="415E38DD" w14:textId="77777777" w:rsidR="009A2730" w:rsidRPr="00D97092" w:rsidRDefault="00000000">
            <w:pPr>
              <w:spacing w:after="20" w:line="252" w:lineRule="auto"/>
              <w:rPr>
                <w:rFonts w:ascii="Public Sans" w:hAnsi="Public Sans"/>
              </w:rPr>
            </w:pPr>
            <w:r w:rsidRPr="00D97092">
              <w:rPr>
                <w:rFonts w:ascii="Public Sans" w:hAnsi="Public Sans"/>
                <w:color w:val="000000"/>
              </w:rPr>
              <w:t>[Name]</w:t>
            </w:r>
          </w:p>
          <w:p w14:paraId="56B854EB" w14:textId="77777777" w:rsidR="009A2730" w:rsidRPr="00D97092" w:rsidRDefault="00000000">
            <w:pPr>
              <w:spacing w:after="20" w:line="252" w:lineRule="auto"/>
              <w:rPr>
                <w:rFonts w:ascii="Public Sans" w:hAnsi="Public Sans"/>
              </w:rPr>
            </w:pPr>
            <w:r w:rsidRPr="00D97092">
              <w:rPr>
                <w:rFonts w:ascii="Public Sans" w:hAnsi="Public Sans"/>
                <w:color w:val="000000"/>
              </w:rPr>
              <w:t>[Title]</w:t>
            </w:r>
          </w:p>
          <w:p w14:paraId="789EA504" w14:textId="77777777" w:rsidR="009A2730" w:rsidRPr="00D97092" w:rsidRDefault="00000000">
            <w:pPr>
              <w:spacing w:after="20" w:line="252" w:lineRule="auto"/>
              <w:rPr>
                <w:rFonts w:ascii="Public Sans" w:hAnsi="Public Sans"/>
              </w:rPr>
            </w:pPr>
            <w:r w:rsidRPr="00D97092">
              <w:rPr>
                <w:rFonts w:ascii="Public Sans" w:hAnsi="Public Sans"/>
                <w:color w:val="000000"/>
              </w:rPr>
              <w:t>[Institution]</w:t>
            </w:r>
          </w:p>
          <w:p w14:paraId="792D8F00" w14:textId="6D4E2E52" w:rsidR="009A2730" w:rsidRDefault="00D97092">
            <w:pPr>
              <w:spacing w:after="20" w:line="252" w:lineRule="auto"/>
            </w:pPr>
            <w:r>
              <w:rPr>
                <w:rFonts w:ascii="Public Sans" w:hAnsi="Public Sans"/>
                <w:color w:val="000000"/>
              </w:rPr>
              <w:t xml:space="preserve">[Contact information] </w:t>
            </w:r>
          </w:p>
        </w:tc>
      </w:tr>
    </w:tbl>
    <w:p w14:paraId="51435062" w14:textId="77777777" w:rsidR="004818CF" w:rsidRDefault="004818CF"/>
    <w:sectPr w:rsidR="004818CF" w:rsidSect="00034616">
      <w:footerReference w:type="default" r:id="rId9"/>
      <w:pgSz w:w="12240" w:h="15840"/>
      <w:pgMar w:top="749" w:right="1123" w:bottom="749" w:left="1123" w:header="720"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FE426" w14:textId="77777777" w:rsidR="004818CF" w:rsidRDefault="004818CF">
      <w:pPr>
        <w:spacing w:after="0" w:line="240" w:lineRule="auto"/>
      </w:pPr>
      <w:r>
        <w:separator/>
      </w:r>
    </w:p>
  </w:endnote>
  <w:endnote w:type="continuationSeparator" w:id="0">
    <w:p w14:paraId="31909DBB" w14:textId="77777777" w:rsidR="004818CF" w:rsidRDefault="0048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8792" w14:textId="3E6749DE" w:rsidR="009A2730" w:rsidRDefault="009A2730">
    <w:pPr>
      <w:pStyle w:val="Footer"/>
      <w:spacing w:line="252"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FB475" w14:textId="77777777" w:rsidR="004818CF" w:rsidRDefault="004818CF">
      <w:pPr>
        <w:spacing w:after="0" w:line="240" w:lineRule="auto"/>
      </w:pPr>
      <w:r>
        <w:separator/>
      </w:r>
    </w:p>
  </w:footnote>
  <w:footnote w:type="continuationSeparator" w:id="0">
    <w:p w14:paraId="50E24F42" w14:textId="77777777" w:rsidR="004818CF" w:rsidRDefault="00481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C2D14A7"/>
    <w:multiLevelType w:val="hybridMultilevel"/>
    <w:tmpl w:val="13143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298550">
    <w:abstractNumId w:val="8"/>
  </w:num>
  <w:num w:numId="2" w16cid:durableId="2134326126">
    <w:abstractNumId w:val="6"/>
  </w:num>
  <w:num w:numId="3" w16cid:durableId="1479374961">
    <w:abstractNumId w:val="5"/>
  </w:num>
  <w:num w:numId="4" w16cid:durableId="1063063418">
    <w:abstractNumId w:val="4"/>
  </w:num>
  <w:num w:numId="5" w16cid:durableId="158812268">
    <w:abstractNumId w:val="7"/>
  </w:num>
  <w:num w:numId="6" w16cid:durableId="1477799678">
    <w:abstractNumId w:val="3"/>
  </w:num>
  <w:num w:numId="7" w16cid:durableId="218440749">
    <w:abstractNumId w:val="2"/>
  </w:num>
  <w:num w:numId="8" w16cid:durableId="1883403668">
    <w:abstractNumId w:val="1"/>
  </w:num>
  <w:num w:numId="9" w16cid:durableId="344405422">
    <w:abstractNumId w:val="0"/>
  </w:num>
  <w:num w:numId="10" w16cid:durableId="1733625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18CF"/>
    <w:rsid w:val="00950D37"/>
    <w:rsid w:val="009A2730"/>
    <w:rsid w:val="00AA1D8D"/>
    <w:rsid w:val="00B47730"/>
    <w:rsid w:val="00CB0664"/>
    <w:rsid w:val="00D970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5333C"/>
  <w14:defaultImageDpi w14:val="300"/>
  <w15:docId w15:val="{1AFE10FB-C2EA-4472-A345-C35B3CD6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Najera, Sandra</cp:lastModifiedBy>
  <cp:revision>2</cp:revision>
  <dcterms:created xsi:type="dcterms:W3CDTF">2013-12-23T23:15:00Z</dcterms:created>
  <dcterms:modified xsi:type="dcterms:W3CDTF">2026-09-25T18:24:00Z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3649dc-6fee-4eb8-a128-734c3c842ea8_Enabled">
    <vt:lpwstr>true</vt:lpwstr>
  </property>
  <property fmtid="{D5CDD505-2E9C-101B-9397-08002B2CF9AE}" pid="3" name="MSIP_Label_b73649dc-6fee-4eb8-a128-734c3c842ea8_SetDate">
    <vt:lpwstr>2026-09-25T18:24:51Z</vt:lpwstr>
  </property>
  <property fmtid="{D5CDD505-2E9C-101B-9397-08002B2CF9AE}" pid="4" name="MSIP_Label_b73649dc-6fee-4eb8-a128-734c3c842ea8_Method">
    <vt:lpwstr>Standard</vt:lpwstr>
  </property>
  <property fmtid="{D5CDD505-2E9C-101B-9397-08002B2CF9AE}" pid="5" name="MSIP_Label_b73649dc-6fee-4eb8-a128-734c3c842ea8_Name">
    <vt:lpwstr>defa4170-0d19-0005-0004-bc88714345d2</vt:lpwstr>
  </property>
  <property fmtid="{D5CDD505-2E9C-101B-9397-08002B2CF9AE}" pid="6" name="MSIP_Label_b73649dc-6fee-4eb8-a128-734c3c842ea8_SiteId">
    <vt:lpwstr>857c21d2-1a16-43a4-90cf-d57f3fab9d2f</vt:lpwstr>
  </property>
  <property fmtid="{D5CDD505-2E9C-101B-9397-08002B2CF9AE}" pid="7" name="MSIP_Label_b73649dc-6fee-4eb8-a128-734c3c842ea8_ActionId">
    <vt:lpwstr>79693d86-ee0e-426b-adff-35c7fbaf3058</vt:lpwstr>
  </property>
  <property fmtid="{D5CDD505-2E9C-101B-9397-08002B2CF9AE}" pid="8" name="MSIP_Label_b73649dc-6fee-4eb8-a128-734c3c842ea8_ContentBits">
    <vt:lpwstr>0</vt:lpwstr>
  </property>
  <property fmtid="{D5CDD505-2E9C-101B-9397-08002B2CF9AE}" pid="9" name="MSIP_Label_b73649dc-6fee-4eb8-a128-734c3c842ea8_Tag">
    <vt:lpwstr>10, 3, 0, 1</vt:lpwstr>
  </property>
</Properties>
</file>