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4A6E"/>
        </w:rPr>
        <w:t>Affärsplan</w:t>
      </w:r>
    </w:p>
    <w:p>
      <w:r>
        <w:rPr>
          <w:b/>
        </w:rPr>
        <w:t xml:space="preserve">Företagets namn: </w:t>
      </w:r>
      <w:r>
        <w:t>……………………………………………</w:t>
      </w:r>
    </w:p>
    <w:p>
      <w:r>
        <w:rPr>
          <w:b/>
        </w:rPr>
        <w:t xml:space="preserve">Organisationsnummer: </w:t>
      </w:r>
      <w:r>
        <w:t>……………………………………………</w:t>
      </w:r>
    </w:p>
    <w:p>
      <w:r>
        <w:rPr>
          <w:b/>
        </w:rPr>
        <w:t xml:space="preserve">Kontaktperson: </w:t>
      </w:r>
      <w:r>
        <w:t>……………………………………………</w:t>
      </w:r>
    </w:p>
    <w:p>
      <w:r>
        <w:rPr>
          <w:b/>
        </w:rPr>
        <w:t xml:space="preserve">Datum / version: </w:t>
      </w:r>
      <w:r>
        <w:t>……………………………………………</w:t>
      </w:r>
    </w:p>
    <w:p>
      <w:r>
        <w:rPr>
          <w:i/>
          <w:color w:val="5A6472"/>
          <w:sz w:val="20"/>
        </w:rPr>
        <w:t>Mall från Kompar. Ersätt de grå instruktionerna med din egen text. Skriv sammanfattningen sist. Sikta på 5–15 sidor plus den finansiella planen som bilaga.</w:t>
      </w:r>
    </w:p>
    <w:p>
      <w:pPr>
        <w:pStyle w:val="Heading1"/>
      </w:pPr>
      <w:r>
        <w:rPr>
          <w:color w:val="004A6E"/>
        </w:rPr>
        <w:t>1. Sammanfattning</w:t>
      </w:r>
    </w:p>
    <w:p>
      <w:r>
        <w:rPr>
          <w:i/>
          <w:color w:val="5A6472"/>
          <w:sz w:val="20"/>
        </w:rPr>
        <w:t>Max en sida. Skriv den sist, som en slutsats av resten av planen.</w:t>
      </w:r>
    </w:p>
    <w:p>
      <w:pPr>
        <w:pStyle w:val="ListBullet"/>
      </w:pPr>
      <w:r>
        <w:rPr>
          <w:b/>
        </w:rPr>
        <w:t>Vad gör företaget, och för vem?</w:t>
      </w:r>
    </w:p>
    <w:p/>
    <w:p>
      <w:pPr>
        <w:pStyle w:val="ListBullet"/>
      </w:pPr>
      <w:r>
        <w:rPr>
          <w:b/>
        </w:rPr>
        <w:t>Vad är det viktigaste du vill uppnå de kommande 12 månaderna?</w:t>
      </w:r>
    </w:p>
    <w:p/>
    <w:p>
      <w:pPr>
        <w:pStyle w:val="ListBullet"/>
      </w:pPr>
      <w:r>
        <w:rPr>
          <w:b/>
        </w:rPr>
        <w:t>Vad behöver du just nu (till exempel finansiering, partner, rekrytering) och hur mycket?</w:t>
      </w:r>
    </w:p>
    <w:p/>
    <w:p>
      <w:pPr>
        <w:pStyle w:val="Heading1"/>
      </w:pPr>
      <w:r>
        <w:rPr>
          <w:color w:val="004A6E"/>
        </w:rPr>
        <w:t>2. Marknad och målgrupp</w:t>
      </w:r>
    </w:p>
    <w:p>
      <w:r>
        <w:rPr>
          <w:i/>
          <w:color w:val="5A6472"/>
          <w:sz w:val="20"/>
        </w:rPr>
        <w:t>Undvik ”alla företag i Sverige”. Ange källan till varje siffra.</w:t>
      </w:r>
    </w:p>
    <w:p>
      <w:pPr>
        <w:pStyle w:val="ListBullet"/>
      </w:pPr>
      <w:r>
        <w:rPr>
          <w:b/>
        </w:rPr>
        <w:t>Vem är kunden? Beskriv en typisk kund konkret.</w:t>
      </w:r>
    </w:p>
    <w:p/>
    <w:p>
      <w:pPr>
        <w:pStyle w:val="ListBullet"/>
      </w:pPr>
      <w:r>
        <w:rPr>
          <w:b/>
        </w:rPr>
        <w:t>Hur många potentiella kunder finns det, och var hittar du dem?</w:t>
      </w:r>
    </w:p>
    <w:p/>
    <w:p>
      <w:pPr>
        <w:pStyle w:val="ListBullet"/>
      </w:pPr>
      <w:r>
        <w:rPr>
          <w:b/>
        </w:rPr>
        <w:t>Varför köper de, och vad händer om de inte köper?</w:t>
      </w:r>
    </w:p>
    <w:p/>
    <w:p>
      <w:pPr>
        <w:pStyle w:val="Heading1"/>
      </w:pPr>
      <w:r>
        <w:rPr>
          <w:color w:val="004A6E"/>
        </w:rPr>
        <w:t>3. Erbjudande</w:t>
      </w:r>
    </w:p>
    <w:p>
      <w:r>
        <w:rPr>
          <w:i/>
          <w:color w:val="5A6472"/>
          <w:sz w:val="20"/>
        </w:rPr>
        <w:t>Beskriv kundnyttan, inte bara funktionerna.</w:t>
      </w:r>
    </w:p>
    <w:p>
      <w:pPr>
        <w:pStyle w:val="ListBullet"/>
      </w:pPr>
      <w:r>
        <w:rPr>
          <w:b/>
        </w:rPr>
        <w:t>Vad säljer du (produkt eller tjänst)?</w:t>
      </w:r>
    </w:p>
    <w:p/>
    <w:p>
      <w:pPr>
        <w:pStyle w:val="ListBullet"/>
      </w:pPr>
      <w:r>
        <w:rPr>
          <w:b/>
        </w:rPr>
        <w:t>Vilket problem löser det för kunden?</w:t>
      </w:r>
    </w:p>
    <w:p/>
    <w:p>
      <w:pPr>
        <w:pStyle w:val="ListBullet"/>
      </w:pPr>
      <w:r>
        <w:rPr>
          <w:b/>
        </w:rPr>
        <w:t>Vad ersätter det hos kunden idag?</w:t>
      </w:r>
    </w:p>
    <w:p/>
    <w:p>
      <w:pPr>
        <w:pStyle w:val="Heading1"/>
      </w:pPr>
      <w:r>
        <w:rPr>
          <w:color w:val="004A6E"/>
        </w:rPr>
        <w:t>4. Konkurrenter</w:t>
      </w:r>
    </w:p>
    <w:p>
      <w:r>
        <w:rPr>
          <w:i/>
          <w:color w:val="5A6472"/>
          <w:sz w:val="20"/>
        </w:rPr>
        <w:t>”Vi har inga konkurrenter” övertygar ingen — även att inte köpa alls är ett alternativ.</w:t>
      </w:r>
    </w:p>
    <w:p>
      <w:pPr>
        <w:pStyle w:val="ListBullet"/>
      </w:pPr>
      <w:r>
        <w:rPr>
          <w:b/>
        </w:rPr>
        <w:t>Vilka är de tre närmaste alternativen för kunden?</w:t>
      </w:r>
    </w:p>
    <w:p/>
    <w:p>
      <w:pPr>
        <w:pStyle w:val="ListBullet"/>
      </w:pPr>
      <w:r>
        <w:rPr>
          <w:b/>
        </w:rPr>
        <w:t>Hur skiljer du dig från var och en av dem?</w:t>
      </w:r>
    </w:p>
    <w:p/>
    <w:p>
      <w:pPr>
        <w:pStyle w:val="ListBullet"/>
      </w:pPr>
      <w:r>
        <w:rPr>
          <w:b/>
        </w:rPr>
        <w:t>Varför är skillnaden svår att kopiera?</w:t>
      </w:r>
    </w:p>
    <w:p/>
    <w:p>
      <w:pPr>
        <w:pStyle w:val="Heading1"/>
      </w:pPr>
      <w:r>
        <w:rPr>
          <w:color w:val="004A6E"/>
        </w:rPr>
        <w:t>5. Marknadsföring och försäljning</w:t>
      </w:r>
    </w:p>
    <w:p>
      <w:r>
        <w:rPr>
          <w:i/>
          <w:color w:val="5A6472"/>
          <w:sz w:val="20"/>
        </w:rPr>
        <w:t>Koppla varje kanal till en kostnad i den finansiella planen.</w:t>
      </w:r>
    </w:p>
    <w:p>
      <w:pPr>
        <w:pStyle w:val="ListBullet"/>
      </w:pPr>
      <w:r>
        <w:rPr>
          <w:b/>
        </w:rPr>
        <w:t>Vilka kanaler använder du för att nå kunden?</w:t>
      </w:r>
    </w:p>
    <w:p/>
    <w:p>
      <w:pPr>
        <w:pStyle w:val="ListBullet"/>
      </w:pPr>
      <w:r>
        <w:rPr>
          <w:b/>
        </w:rPr>
        <w:t>Hur ser säljprocessen ut från första kontakt till betalning?</w:t>
      </w:r>
    </w:p>
    <w:p/>
    <w:p>
      <w:pPr>
        <w:pStyle w:val="ListBullet"/>
      </w:pPr>
      <w:r>
        <w:rPr>
          <w:b/>
        </w:rPr>
        <w:t>Hur har du satt priset, och hur hänger det ihop med kalkylen?</w:t>
      </w:r>
    </w:p>
    <w:p/>
    <w:p>
      <w:pPr>
        <w:pStyle w:val="Heading1"/>
      </w:pPr>
      <w:r>
        <w:rPr>
          <w:color w:val="004A6E"/>
        </w:rPr>
        <w:t>6. Team och organisation</w:t>
      </w:r>
    </w:p>
    <w:p>
      <w:r>
        <w:rPr>
          <w:i/>
          <w:color w:val="5A6472"/>
          <w:sz w:val="20"/>
        </w:rPr>
        <w:t>Ange tid och ersättning för varje roll.</w:t>
      </w:r>
    </w:p>
    <w:p>
      <w:pPr>
        <w:pStyle w:val="ListBullet"/>
      </w:pPr>
      <w:r>
        <w:rPr>
          <w:b/>
        </w:rPr>
        <w:t>Vem gör vad idag, och hur mycket tid lägger var och en?</w:t>
      </w:r>
    </w:p>
    <w:p/>
    <w:p>
      <w:pPr>
        <w:pStyle w:val="ListBullet"/>
      </w:pPr>
      <w:r>
        <w:rPr>
          <w:b/>
        </w:rPr>
        <w:t>Vilka kompetenser saknas, och hur fyller du dem?</w:t>
      </w:r>
    </w:p>
    <w:p/>
    <w:p>
      <w:pPr>
        <w:pStyle w:val="ListBullet"/>
      </w:pPr>
      <w:r>
        <w:rPr>
          <w:b/>
        </w:rPr>
        <w:t>Rådgivare, styrelse eller partner som stärker företaget</w:t>
      </w:r>
    </w:p>
    <w:p/>
    <w:p>
      <w:pPr>
        <w:pStyle w:val="Heading1"/>
      </w:pPr>
      <w:r>
        <w:rPr>
          <w:color w:val="004A6E"/>
        </w:rPr>
        <w:t>7. Finansiell plan</w:t>
      </w:r>
    </w:p>
    <w:p>
      <w:r>
        <w:rPr>
          <w:i/>
          <w:color w:val="5A6472"/>
          <w:sz w:val="20"/>
        </w:rPr>
        <w:t>Budgetera inbetalningar när pengarna faktiskt kommer in, inte när fakturan skickas.</w:t>
      </w:r>
    </w:p>
    <w:p>
      <w:pPr>
        <w:pStyle w:val="ListBullet"/>
      </w:pPr>
      <w:r>
        <w:rPr>
          <w:b/>
        </w:rPr>
        <w:t>Resultatbudget för de kommande 12 månaderna (se Excel-arket)</w:t>
      </w:r>
    </w:p>
    <w:p/>
    <w:p>
      <w:pPr>
        <w:pStyle w:val="ListBullet"/>
      </w:pPr>
      <w:r>
        <w:rPr>
          <w:b/>
        </w:rPr>
        <w:t>Likviditetsbudget: när kommer pengarna in och när går de ut?</w:t>
      </w:r>
    </w:p>
    <w:p/>
    <w:p>
      <w:pPr>
        <w:pStyle w:val="ListBullet"/>
      </w:pPr>
      <w:r>
        <w:rPr>
          <w:b/>
        </w:rPr>
        <w:t>Investeringar: vad, när och till vilket belopp?</w:t>
      </w:r>
    </w:p>
    <w:p/>
    <w:p>
      <w:pPr>
        <w:pStyle w:val="ListBullet"/>
      </w:pPr>
      <w:r>
        <w:rPr>
          <w:b/>
        </w:rPr>
        <w:t>Finansieringsbehov: hur mycket, när, och hur det ska återbetalas</w:t>
      </w:r>
    </w:p>
    <w:p/>
    <w:p>
      <w:pPr>
        <w:pStyle w:val="ListBullet"/>
      </w:pPr>
      <w:r>
        <w:rPr>
          <w:b/>
        </w:rPr>
        <w:t>Lågscenario: vad händer om intäkterna blir 30 procent lägre?</w:t>
      </w:r>
    </w:p>
    <w:p/>
    <w:p>
      <w:pPr>
        <w:pStyle w:val="Heading1"/>
      </w:pPr>
      <w:r>
        <w:rPr>
          <w:color w:val="004A6E"/>
        </w:rPr>
        <w:t>Bilagor</w:t>
      </w:r>
    </w:p>
    <w:p>
      <w:r>
        <w:rPr>
          <w:i/>
          <w:color w:val="5A6472"/>
          <w:sz w:val="20"/>
        </w:rPr>
        <w:t>Till exempel senaste bokslut, resultat- och likviditetsbudget, offerter för investeringar, CV för nyckelpersoner.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