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A239801" w14:textId="77777777" w:rsidR="00F828CB" w:rsidRDefault="00000000">
      <w:pPr>
        <w:spacing w:after="40"/>
      </w:pPr>
      <w:r>
        <w:rPr>
          <w:b/>
          <w:sz w:val="32"/>
        </w:rPr>
        <w:t>Message Testing: Ranked Order by Voter Group</w:t>
      </w:r>
    </w:p>
    <w:p w14:paraId="628B1D87" w14:textId="77777777" w:rsidR="00F828CB" w:rsidRDefault="00000000">
      <w:pPr>
        <w:spacing w:after="80"/>
      </w:pPr>
      <w:r>
        <w:rPr>
          <w:color w:val="595959"/>
        </w:rPr>
        <w:t>Ohio's 7th Congressional District  |  June 2026 benchmark survey</w:t>
      </w:r>
    </w:p>
    <w:p w14:paraId="0DF8A29B" w14:textId="77777777" w:rsidR="00F828CB" w:rsidRDefault="00000000">
      <w:pPr>
        <w:keepNext/>
        <w:spacing w:before="280" w:after="120"/>
      </w:pPr>
      <w:r>
        <w:rPr>
          <w:b/>
          <w:color w:val="1A1A1A"/>
          <w:sz w:val="24"/>
        </w:rPr>
        <w:t>The Messages Tested</w:t>
      </w:r>
    </w:p>
    <w:p w14:paraId="1682D0A1" w14:textId="77777777" w:rsidR="00F828CB" w:rsidRDefault="00000000">
      <w:pPr>
        <w:keepNext/>
        <w:spacing w:before="160" w:after="80"/>
      </w:pPr>
      <w:r>
        <w:rPr>
          <w:b/>
          <w:color w:val="404040"/>
        </w:rPr>
        <w:t>For Max Miller</w:t>
      </w:r>
    </w:p>
    <w:p w14:paraId="338A6C6F" w14:textId="77777777" w:rsidR="00F828CB" w:rsidRDefault="00000000">
      <w:pPr>
        <w:spacing w:after="140"/>
      </w:pPr>
      <w:r>
        <w:rPr>
          <w:b/>
        </w:rPr>
        <w:t xml:space="preserve">Working Families Tax Cut.  </w:t>
      </w:r>
      <w:r>
        <w:t>If you knew that Congressman Max Miller is fighting to lower costs for Ohio families and he fought to pass the Working Families Tax Cut, eliminating taxes on tips and overtime, increasing the Child Tax Credit, and putting more take-home pay in workers’ pockets, would that make you more or less likely to vote for Max Miller for Congress?</w:t>
      </w:r>
    </w:p>
    <w:p w14:paraId="606E9DC9" w14:textId="77777777" w:rsidR="00F828CB" w:rsidRDefault="00000000">
      <w:pPr>
        <w:spacing w:after="140"/>
      </w:pPr>
      <w:r>
        <w:rPr>
          <w:b/>
        </w:rPr>
        <w:t xml:space="preserve">Prescription Drug Costs.  </w:t>
      </w:r>
      <w:r>
        <w:t>If you knew that Congressman Max Miller is fighting to lower the cost of prescription drugs and he supports the plan that forces drug companies to charge Americans the same low prices they charge overseas, and that dozens of medications have already been negotiated at lower prices, would that make you more or less likely to vote for Max Miller for Congress?</w:t>
      </w:r>
    </w:p>
    <w:p w14:paraId="0EA82275" w14:textId="77777777" w:rsidR="00F828CB" w:rsidRDefault="00000000">
      <w:pPr>
        <w:spacing w:after="140"/>
      </w:pPr>
      <w:r>
        <w:rPr>
          <w:b/>
        </w:rPr>
        <w:t xml:space="preserve">Housing.  </w:t>
      </w:r>
      <w:r>
        <w:t>If you knew that Congressman Max Miller is working to make housing affordable again and he helped pass the bipartisan ROAD to Housing Act, cutting the red tape that blocks new home construction and stopping giant Wall Street corporations from buying up family homes in Ohio neighborhoods, would that make you more or less likely to vote for Max Miller for Congress?</w:t>
      </w:r>
    </w:p>
    <w:p w14:paraId="633E8E56" w14:textId="77777777" w:rsidR="00F828CB" w:rsidRDefault="00000000">
      <w:pPr>
        <w:spacing w:after="140"/>
      </w:pPr>
      <w:r>
        <w:rPr>
          <w:b/>
        </w:rPr>
        <w:t xml:space="preserve">Veterans.  </w:t>
      </w:r>
      <w:r>
        <w:t>If you knew that Congressman Max Miller served our country as a United States Marine and now he’s fighting for Ohio’s veterans in Congress, working to expand veterans’ access to health care and cut the VA red tape that delays the benefits they earned, would that make you more or less likely to vote for Max Miller for Congress?</w:t>
      </w:r>
    </w:p>
    <w:p w14:paraId="71E75D0B" w14:textId="77777777" w:rsidR="00F828CB" w:rsidRDefault="00000000">
      <w:pPr>
        <w:spacing w:after="140"/>
      </w:pPr>
      <w:r>
        <w:rPr>
          <w:b/>
        </w:rPr>
        <w:t xml:space="preserve">Fentanyl.  </w:t>
      </w:r>
      <w:r>
        <w:t>If you knew that Congressman Max Miller is working to stop the flow of fentanyl into Ohio and he led the charge to pass the HALT Fentanyl Act, now signed into law, which created stricter penalties on dealers poisoning our communities, would that make you more or less likely to vote for Max Miller for Congress?</w:t>
      </w:r>
    </w:p>
    <w:p w14:paraId="53E96D19" w14:textId="77777777" w:rsidR="00F828CB" w:rsidRDefault="00000000">
      <w:pPr>
        <w:spacing w:after="140"/>
      </w:pPr>
      <w:r>
        <w:rPr>
          <w:b/>
        </w:rPr>
        <w:t xml:space="preserve">Healthcare Costs.  </w:t>
      </w:r>
      <w:r>
        <w:t>If you knew that Congressman Max Miller is fighting to keep health care costs low for Ohio families and he voted for bipartisan legislation protecting the health care tax credits that keep monthly insurance premiums affordable for working Ohioans, would that make you more or less likely to vote for Max Miller for Congress?</w:t>
      </w:r>
    </w:p>
    <w:p w14:paraId="3D0B4CE5" w14:textId="77777777" w:rsidR="00F828CB" w:rsidRDefault="00000000">
      <w:pPr>
        <w:spacing w:after="140"/>
      </w:pPr>
      <w:r>
        <w:rPr>
          <w:b/>
        </w:rPr>
        <w:t xml:space="preserve">Ukraine.  </w:t>
      </w:r>
      <w:r>
        <w:t>If you knew that Congressman Max Miller stood up to his own party's leaders to pass tough new sanctions on Russia and military support for Ukraine's fight against Vladimir Putin's campaign to rebuild the Soviet empire, would that make you more or less likely to vote for Max Miller for Congress?</w:t>
      </w:r>
    </w:p>
    <w:p w14:paraId="7591CDD9" w14:textId="77777777" w:rsidR="00F828CB" w:rsidRDefault="00000000">
      <w:pPr>
        <w:keepNext/>
        <w:spacing w:before="160" w:after="80"/>
      </w:pPr>
      <w:r>
        <w:rPr>
          <w:b/>
          <w:color w:val="404040"/>
        </w:rPr>
        <w:t>Contrasts with Brian Poindexter</w:t>
      </w:r>
    </w:p>
    <w:p w14:paraId="7592E3CE" w14:textId="77777777" w:rsidR="00F828CB" w:rsidRDefault="00000000">
      <w:pPr>
        <w:spacing w:after="140"/>
      </w:pPr>
      <w:r>
        <w:rPr>
          <w:b/>
        </w:rPr>
        <w:t xml:space="preserve">Socialist Coalition.  </w:t>
      </w:r>
      <w:r>
        <w:t>If you knew that candidate for Congress Brian Poindexter is endorsed by socialist Bernie Sanders and backed by a socialist organization that wants a government takeover of health care, sky-high taxes, and to defund the police, and he is too liberal for Northeast Ohio, would that make you more or less likely to vote for Brian Poindexter for Congress?</w:t>
      </w:r>
    </w:p>
    <w:p w14:paraId="1F3A5E48" w14:textId="77777777" w:rsidR="00F828CB" w:rsidRDefault="00000000">
      <w:pPr>
        <w:spacing w:after="140"/>
      </w:pPr>
      <w:r>
        <w:rPr>
          <w:b/>
        </w:rPr>
        <w:t xml:space="preserve">Government Health Care.  </w:t>
      </w:r>
      <w:r>
        <w:t xml:space="preserve">If you knew that candidate for Congress Brian Poindexter wants to eliminate private health insurance and force every Ohio family onto a one-size-fits-all government health care system, </w:t>
      </w:r>
      <w:r>
        <w:lastRenderedPageBreak/>
        <w:t>and he even admits people in this district aren’t ready for his plan, but says he’s “ready” to push it anyway, would that make you more or less likely to vote for Brian Poindexter for Congress?</w:t>
      </w:r>
    </w:p>
    <w:p w14:paraId="1D3FC128" w14:textId="77777777" w:rsidR="00F828CB" w:rsidRDefault="00000000">
      <w:pPr>
        <w:spacing w:after="140"/>
      </w:pPr>
      <w:r>
        <w:rPr>
          <w:b/>
        </w:rPr>
        <w:t xml:space="preserve">Payroll Tax and Wealth Tax.  </w:t>
      </w:r>
      <w:r>
        <w:t>If you knew that candidate for Congress Brian Poindexter is calling for higher taxes - demanding one of the largest payroll tax increases in history, and endorsing a brand-new annual wealth tax - and while Ohio families are already squeezed by high prices, he wants to send even more of your paycheck to Washington, would that make you more or less likely to vote for Brian Poindexter for Congress?</w:t>
      </w:r>
    </w:p>
    <w:p w14:paraId="31E1DC92" w14:textId="77777777" w:rsidR="00F828CB" w:rsidRDefault="00000000">
      <w:pPr>
        <w:spacing w:after="140"/>
      </w:pPr>
      <w:r>
        <w:rPr>
          <w:b/>
        </w:rPr>
        <w:t xml:space="preserve">Against Law Enforcement.  </w:t>
      </w:r>
      <w:r>
        <w:t>If you knew that candidate for Congress Brian Poindexter is stoking fear against our law enforcement officers and has publicly accused law enforcement officers of “killing people in the streets,” and at a time when attacks on police are rising, Brian Poindexter sides AGAINST the men and women who keep our communities safe, would that make you more or less likely to vote for Brian Poindexter for Congress?</w:t>
      </w:r>
    </w:p>
    <w:p w14:paraId="40D799FE" w14:textId="77777777" w:rsidR="00F828CB" w:rsidRDefault="00000000">
      <w:pPr>
        <w:spacing w:after="140"/>
      </w:pPr>
      <w:r>
        <w:rPr>
          <w:b/>
        </w:rPr>
        <w:t xml:space="preserve">The Rap Sheet.  </w:t>
      </w:r>
      <w:r>
        <w:t>If you knew that candidate for Congress Brian Poindexter has a long criminal record, including charges for drug possession, vandalism, and assault, at least five separate warrants issued for his arrest, and time spent in jail, would that make you more or less likely to vote for Brian Poindexter for Congress?</w:t>
      </w:r>
    </w:p>
    <w:p w14:paraId="2A3B6DA8" w14:textId="77777777" w:rsidR="00F828CB" w:rsidRDefault="00000000">
      <w:pPr>
        <w:spacing w:after="140"/>
      </w:pPr>
      <w:r>
        <w:rPr>
          <w:b/>
        </w:rPr>
        <w:t xml:space="preserve">Lied to the Police.  </w:t>
      </w:r>
      <w:r>
        <w:t>If you knew that in 2023, a teenage girl was struck and left bleeding by illegal fireworks set off by Brian Poindexter in his neighborhood - after police had already warned him that night to stop - and when officers arrived, Poindexter lied to police, denied that anyone was hurt, and a court found him guilty, would that make you more or less likely to vote for Brian Poindexter for Congress?</w:t>
      </w:r>
    </w:p>
    <w:p w14:paraId="44EA8B57" w14:textId="77777777" w:rsidR="00F828CB" w:rsidRDefault="00000000">
      <w:pPr>
        <w:spacing w:after="140"/>
      </w:pPr>
      <w:r>
        <w:rPr>
          <w:b/>
        </w:rPr>
        <w:t xml:space="preserve">Broke His Own Ban.  </w:t>
      </w:r>
      <w:r>
        <w:t>If you knew that as a city councilman, Brian Poindexter voted to ban fireworks in Brook Park, but the very next year he was convicted of illegally setting off fireworks himself - and for politicians like Brian Poindexter, the rules they write are for everyone but themselves - would that make you more or less likely to vote for Brian Poindexter for Congress?</w:t>
      </w:r>
    </w:p>
    <w:p w14:paraId="74F0631E" w14:textId="77777777" w:rsidR="00F828CB" w:rsidRDefault="00000000">
      <w:pPr>
        <w:keepNext/>
        <w:spacing w:before="320" w:after="120"/>
      </w:pPr>
      <w:r>
        <w:rPr>
          <w:b/>
          <w:color w:val="1A1A1A"/>
          <w:sz w:val="24"/>
        </w:rPr>
        <w:t>Top Five: All likely general election voters</w:t>
      </w:r>
    </w:p>
    <w:tbl>
      <w:tblPr>
        <w:tblW w:w="0" w:type="auto"/>
        <w:tblLayout w:type="fixed"/>
        <w:tblLook w:val="04A0" w:firstRow="1" w:lastRow="0" w:firstColumn="1" w:lastColumn="0" w:noHBand="0" w:noVBand="1"/>
      </w:tblPr>
      <w:tblGrid>
        <w:gridCol w:w="576"/>
        <w:gridCol w:w="5184"/>
      </w:tblGrid>
      <w:tr w:rsidR="00F828CB" w14:paraId="056FE987" w14:textId="77777777">
        <w:trPr>
          <w:cantSplit/>
        </w:trPr>
        <w:tc>
          <w:tcPr>
            <w:tcW w:w="576" w:type="dxa"/>
            <w:tcBorders>
              <w:top w:val="single" w:sz="8" w:space="0" w:color="404040"/>
              <w:bottom w:val="single" w:sz="8" w:space="0" w:color="404040"/>
            </w:tcBorders>
          </w:tcPr>
          <w:p w14:paraId="45175FEC" w14:textId="77777777" w:rsidR="00F828CB" w:rsidRDefault="00F828CB">
            <w:pPr>
              <w:keepNext/>
              <w:spacing w:before="40" w:after="80"/>
            </w:pPr>
          </w:p>
        </w:tc>
        <w:tc>
          <w:tcPr>
            <w:tcW w:w="5184" w:type="dxa"/>
            <w:tcBorders>
              <w:top w:val="single" w:sz="8" w:space="0" w:color="404040"/>
              <w:bottom w:val="single" w:sz="8" w:space="0" w:color="404040"/>
            </w:tcBorders>
          </w:tcPr>
          <w:p w14:paraId="2CC7BB79" w14:textId="77777777" w:rsidR="00F828CB" w:rsidRDefault="00000000">
            <w:pPr>
              <w:keepNext/>
              <w:spacing w:before="40" w:after="80"/>
            </w:pPr>
            <w:r>
              <w:rPr>
                <w:b/>
                <w:color w:val="404040"/>
                <w:sz w:val="19"/>
              </w:rPr>
              <w:t>Message</w:t>
            </w:r>
          </w:p>
        </w:tc>
      </w:tr>
      <w:tr w:rsidR="00F828CB" w14:paraId="3EDEDE23" w14:textId="77777777">
        <w:trPr>
          <w:cantSplit/>
        </w:trPr>
        <w:tc>
          <w:tcPr>
            <w:tcW w:w="576" w:type="dxa"/>
            <w:tcBorders>
              <w:bottom w:val="single" w:sz="4" w:space="0" w:color="BFBFBF"/>
            </w:tcBorders>
          </w:tcPr>
          <w:p w14:paraId="315E87FB" w14:textId="77777777" w:rsidR="00F828CB" w:rsidRDefault="00000000">
            <w:pPr>
              <w:keepNext/>
              <w:spacing w:before="60" w:after="60"/>
            </w:pPr>
            <w:r>
              <w:rPr>
                <w:sz w:val="20"/>
              </w:rPr>
              <w:t>1.</w:t>
            </w:r>
          </w:p>
        </w:tc>
        <w:tc>
          <w:tcPr>
            <w:tcW w:w="5184" w:type="dxa"/>
            <w:tcBorders>
              <w:bottom w:val="single" w:sz="4" w:space="0" w:color="BFBFBF"/>
            </w:tcBorders>
          </w:tcPr>
          <w:p w14:paraId="12937AE8" w14:textId="77777777" w:rsidR="00F828CB" w:rsidRDefault="00000000">
            <w:pPr>
              <w:keepNext/>
              <w:spacing w:before="60" w:after="60"/>
            </w:pPr>
            <w:r>
              <w:rPr>
                <w:b/>
                <w:sz w:val="20"/>
              </w:rPr>
              <w:t>Poindexter: Lied to the Police</w:t>
            </w:r>
          </w:p>
        </w:tc>
      </w:tr>
      <w:tr w:rsidR="00F828CB" w14:paraId="0221F38C" w14:textId="77777777">
        <w:trPr>
          <w:cantSplit/>
        </w:trPr>
        <w:tc>
          <w:tcPr>
            <w:tcW w:w="576" w:type="dxa"/>
            <w:tcBorders>
              <w:bottom w:val="single" w:sz="4" w:space="0" w:color="BFBFBF"/>
            </w:tcBorders>
          </w:tcPr>
          <w:p w14:paraId="06FCC5FA" w14:textId="77777777" w:rsidR="00F828CB" w:rsidRDefault="00000000">
            <w:pPr>
              <w:keepNext/>
              <w:spacing w:before="60" w:after="60"/>
            </w:pPr>
            <w:r>
              <w:rPr>
                <w:sz w:val="20"/>
              </w:rPr>
              <w:t>2.</w:t>
            </w:r>
          </w:p>
        </w:tc>
        <w:tc>
          <w:tcPr>
            <w:tcW w:w="5184" w:type="dxa"/>
            <w:tcBorders>
              <w:bottom w:val="single" w:sz="4" w:space="0" w:color="BFBFBF"/>
            </w:tcBorders>
          </w:tcPr>
          <w:p w14:paraId="2A43B275" w14:textId="77777777" w:rsidR="00F828CB" w:rsidRDefault="00000000">
            <w:pPr>
              <w:keepNext/>
              <w:spacing w:before="60" w:after="60"/>
            </w:pPr>
            <w:r>
              <w:rPr>
                <w:b/>
                <w:sz w:val="20"/>
              </w:rPr>
              <w:t>Miller: Prescription Drug Costs</w:t>
            </w:r>
          </w:p>
        </w:tc>
      </w:tr>
      <w:tr w:rsidR="00F828CB" w14:paraId="03589D23" w14:textId="77777777">
        <w:trPr>
          <w:cantSplit/>
        </w:trPr>
        <w:tc>
          <w:tcPr>
            <w:tcW w:w="576" w:type="dxa"/>
            <w:tcBorders>
              <w:bottom w:val="single" w:sz="4" w:space="0" w:color="BFBFBF"/>
            </w:tcBorders>
          </w:tcPr>
          <w:p w14:paraId="6B88E872" w14:textId="77777777" w:rsidR="00F828CB" w:rsidRDefault="00000000">
            <w:pPr>
              <w:keepNext/>
              <w:spacing w:before="60" w:after="60"/>
            </w:pPr>
            <w:r>
              <w:rPr>
                <w:sz w:val="20"/>
              </w:rPr>
              <w:t>3.</w:t>
            </w:r>
          </w:p>
        </w:tc>
        <w:tc>
          <w:tcPr>
            <w:tcW w:w="5184" w:type="dxa"/>
            <w:tcBorders>
              <w:bottom w:val="single" w:sz="4" w:space="0" w:color="BFBFBF"/>
            </w:tcBorders>
          </w:tcPr>
          <w:p w14:paraId="7E4A4C28" w14:textId="77777777" w:rsidR="00F828CB" w:rsidRDefault="00000000">
            <w:pPr>
              <w:keepNext/>
              <w:spacing w:before="60" w:after="60"/>
            </w:pPr>
            <w:r>
              <w:rPr>
                <w:b/>
                <w:sz w:val="20"/>
              </w:rPr>
              <w:t>Miller: Healthcare Costs</w:t>
            </w:r>
          </w:p>
        </w:tc>
      </w:tr>
      <w:tr w:rsidR="00F828CB" w14:paraId="508F91A7" w14:textId="77777777">
        <w:trPr>
          <w:cantSplit/>
        </w:trPr>
        <w:tc>
          <w:tcPr>
            <w:tcW w:w="576" w:type="dxa"/>
            <w:tcBorders>
              <w:bottom w:val="single" w:sz="4" w:space="0" w:color="BFBFBF"/>
            </w:tcBorders>
          </w:tcPr>
          <w:p w14:paraId="7990EBE7" w14:textId="77777777" w:rsidR="00F828CB" w:rsidRDefault="00000000">
            <w:pPr>
              <w:keepNext/>
              <w:spacing w:before="60" w:after="60"/>
            </w:pPr>
            <w:r>
              <w:rPr>
                <w:sz w:val="20"/>
              </w:rPr>
              <w:t>4.</w:t>
            </w:r>
          </w:p>
        </w:tc>
        <w:tc>
          <w:tcPr>
            <w:tcW w:w="5184" w:type="dxa"/>
            <w:tcBorders>
              <w:bottom w:val="single" w:sz="4" w:space="0" w:color="BFBFBF"/>
            </w:tcBorders>
          </w:tcPr>
          <w:p w14:paraId="47B6F2DB" w14:textId="77777777" w:rsidR="00F828CB" w:rsidRDefault="00000000">
            <w:pPr>
              <w:keepNext/>
              <w:spacing w:before="60" w:after="60"/>
            </w:pPr>
            <w:r>
              <w:rPr>
                <w:b/>
                <w:sz w:val="20"/>
              </w:rPr>
              <w:t>Miller: Fentanyl</w:t>
            </w:r>
          </w:p>
        </w:tc>
      </w:tr>
      <w:tr w:rsidR="00F828CB" w14:paraId="5BDD2C74" w14:textId="77777777">
        <w:trPr>
          <w:cantSplit/>
        </w:trPr>
        <w:tc>
          <w:tcPr>
            <w:tcW w:w="576" w:type="dxa"/>
            <w:tcBorders>
              <w:bottom w:val="single" w:sz="4" w:space="0" w:color="BFBFBF"/>
            </w:tcBorders>
          </w:tcPr>
          <w:p w14:paraId="2ED38232" w14:textId="77777777" w:rsidR="00F828CB" w:rsidRDefault="00000000">
            <w:pPr>
              <w:spacing w:before="60" w:after="60"/>
            </w:pPr>
            <w:r>
              <w:rPr>
                <w:sz w:val="20"/>
              </w:rPr>
              <w:t>5.</w:t>
            </w:r>
          </w:p>
        </w:tc>
        <w:tc>
          <w:tcPr>
            <w:tcW w:w="5184" w:type="dxa"/>
            <w:tcBorders>
              <w:bottom w:val="single" w:sz="4" w:space="0" w:color="BFBFBF"/>
            </w:tcBorders>
          </w:tcPr>
          <w:p w14:paraId="0336796E" w14:textId="77777777" w:rsidR="00F828CB" w:rsidRDefault="00000000">
            <w:pPr>
              <w:spacing w:before="60" w:after="60"/>
            </w:pPr>
            <w:r>
              <w:rPr>
                <w:b/>
                <w:sz w:val="20"/>
              </w:rPr>
              <w:t>Miller: Housing</w:t>
            </w:r>
          </w:p>
        </w:tc>
      </w:tr>
    </w:tbl>
    <w:p w14:paraId="4EFF4086" w14:textId="77777777" w:rsidR="00F828CB" w:rsidRDefault="00000000">
      <w:pPr>
        <w:keepNext/>
        <w:spacing w:before="320" w:after="120"/>
      </w:pPr>
      <w:r>
        <w:rPr>
          <w:b/>
          <w:color w:val="1A1A1A"/>
          <w:sz w:val="24"/>
        </w:rPr>
        <w:lastRenderedPageBreak/>
        <w:t>Top Five: Soft Republicans</w:t>
      </w:r>
    </w:p>
    <w:tbl>
      <w:tblPr>
        <w:tblW w:w="0" w:type="auto"/>
        <w:tblLayout w:type="fixed"/>
        <w:tblLook w:val="04A0" w:firstRow="1" w:lastRow="0" w:firstColumn="1" w:lastColumn="0" w:noHBand="0" w:noVBand="1"/>
      </w:tblPr>
      <w:tblGrid>
        <w:gridCol w:w="576"/>
        <w:gridCol w:w="5184"/>
      </w:tblGrid>
      <w:tr w:rsidR="00F828CB" w14:paraId="63331F0D" w14:textId="77777777">
        <w:trPr>
          <w:cantSplit/>
        </w:trPr>
        <w:tc>
          <w:tcPr>
            <w:tcW w:w="576" w:type="dxa"/>
            <w:tcBorders>
              <w:top w:val="single" w:sz="8" w:space="0" w:color="404040"/>
              <w:bottom w:val="single" w:sz="8" w:space="0" w:color="404040"/>
            </w:tcBorders>
          </w:tcPr>
          <w:p w14:paraId="315B321E" w14:textId="77777777" w:rsidR="00F828CB" w:rsidRDefault="00F828CB">
            <w:pPr>
              <w:keepNext/>
              <w:spacing w:before="40" w:after="80"/>
            </w:pPr>
          </w:p>
        </w:tc>
        <w:tc>
          <w:tcPr>
            <w:tcW w:w="5184" w:type="dxa"/>
            <w:tcBorders>
              <w:top w:val="single" w:sz="8" w:space="0" w:color="404040"/>
              <w:bottom w:val="single" w:sz="8" w:space="0" w:color="404040"/>
            </w:tcBorders>
          </w:tcPr>
          <w:p w14:paraId="129E6FC9" w14:textId="77777777" w:rsidR="00F828CB" w:rsidRDefault="00000000">
            <w:pPr>
              <w:keepNext/>
              <w:spacing w:before="40" w:after="80"/>
            </w:pPr>
            <w:r>
              <w:rPr>
                <w:b/>
                <w:color w:val="404040"/>
                <w:sz w:val="19"/>
              </w:rPr>
              <w:t>Message</w:t>
            </w:r>
          </w:p>
        </w:tc>
      </w:tr>
      <w:tr w:rsidR="00F828CB" w14:paraId="7B823DA4" w14:textId="77777777">
        <w:trPr>
          <w:cantSplit/>
        </w:trPr>
        <w:tc>
          <w:tcPr>
            <w:tcW w:w="576" w:type="dxa"/>
            <w:tcBorders>
              <w:bottom w:val="single" w:sz="4" w:space="0" w:color="BFBFBF"/>
            </w:tcBorders>
          </w:tcPr>
          <w:p w14:paraId="3B3B15EE" w14:textId="77777777" w:rsidR="00F828CB" w:rsidRDefault="00000000">
            <w:pPr>
              <w:keepNext/>
              <w:spacing w:before="60" w:after="60"/>
            </w:pPr>
            <w:r>
              <w:rPr>
                <w:sz w:val="20"/>
              </w:rPr>
              <w:t>1.</w:t>
            </w:r>
          </w:p>
        </w:tc>
        <w:tc>
          <w:tcPr>
            <w:tcW w:w="5184" w:type="dxa"/>
            <w:tcBorders>
              <w:bottom w:val="single" w:sz="4" w:space="0" w:color="BFBFBF"/>
            </w:tcBorders>
          </w:tcPr>
          <w:p w14:paraId="64C52DFD" w14:textId="77777777" w:rsidR="00F828CB" w:rsidRDefault="00000000">
            <w:pPr>
              <w:keepNext/>
              <w:spacing w:before="60" w:after="60"/>
            </w:pPr>
            <w:r>
              <w:rPr>
                <w:b/>
                <w:sz w:val="20"/>
              </w:rPr>
              <w:t>Poindexter: Lied to the Police</w:t>
            </w:r>
          </w:p>
        </w:tc>
      </w:tr>
      <w:tr w:rsidR="00F828CB" w14:paraId="404E343C" w14:textId="77777777">
        <w:trPr>
          <w:cantSplit/>
        </w:trPr>
        <w:tc>
          <w:tcPr>
            <w:tcW w:w="576" w:type="dxa"/>
            <w:tcBorders>
              <w:bottom w:val="single" w:sz="4" w:space="0" w:color="BFBFBF"/>
            </w:tcBorders>
          </w:tcPr>
          <w:p w14:paraId="4E83AAA6" w14:textId="77777777" w:rsidR="00F828CB" w:rsidRDefault="00000000">
            <w:pPr>
              <w:keepNext/>
              <w:spacing w:before="60" w:after="60"/>
            </w:pPr>
            <w:r>
              <w:rPr>
                <w:sz w:val="20"/>
              </w:rPr>
              <w:t>2.</w:t>
            </w:r>
          </w:p>
        </w:tc>
        <w:tc>
          <w:tcPr>
            <w:tcW w:w="5184" w:type="dxa"/>
            <w:tcBorders>
              <w:bottom w:val="single" w:sz="4" w:space="0" w:color="BFBFBF"/>
            </w:tcBorders>
          </w:tcPr>
          <w:p w14:paraId="2C3675B4" w14:textId="77777777" w:rsidR="00F828CB" w:rsidRDefault="00000000">
            <w:pPr>
              <w:keepNext/>
              <w:spacing w:before="60" w:after="60"/>
            </w:pPr>
            <w:r>
              <w:rPr>
                <w:b/>
                <w:sz w:val="20"/>
              </w:rPr>
              <w:t>Poindexter: Broke His Own Ban</w:t>
            </w:r>
          </w:p>
        </w:tc>
      </w:tr>
      <w:tr w:rsidR="00F828CB" w14:paraId="79DA322B" w14:textId="77777777">
        <w:trPr>
          <w:cantSplit/>
        </w:trPr>
        <w:tc>
          <w:tcPr>
            <w:tcW w:w="576" w:type="dxa"/>
            <w:tcBorders>
              <w:bottom w:val="single" w:sz="4" w:space="0" w:color="BFBFBF"/>
            </w:tcBorders>
          </w:tcPr>
          <w:p w14:paraId="1336C455" w14:textId="77777777" w:rsidR="00F828CB" w:rsidRDefault="00000000">
            <w:pPr>
              <w:keepNext/>
              <w:spacing w:before="60" w:after="60"/>
            </w:pPr>
            <w:r>
              <w:rPr>
                <w:sz w:val="20"/>
              </w:rPr>
              <w:t>3.</w:t>
            </w:r>
          </w:p>
        </w:tc>
        <w:tc>
          <w:tcPr>
            <w:tcW w:w="5184" w:type="dxa"/>
            <w:tcBorders>
              <w:bottom w:val="single" w:sz="4" w:space="0" w:color="BFBFBF"/>
            </w:tcBorders>
          </w:tcPr>
          <w:p w14:paraId="37169EE3" w14:textId="77777777" w:rsidR="00F828CB" w:rsidRDefault="00000000">
            <w:pPr>
              <w:keepNext/>
              <w:spacing w:before="60" w:after="60"/>
            </w:pPr>
            <w:r>
              <w:rPr>
                <w:b/>
                <w:sz w:val="20"/>
              </w:rPr>
              <w:t>Poindexter: Payroll Tax and Wealth Tax</w:t>
            </w:r>
          </w:p>
        </w:tc>
      </w:tr>
      <w:tr w:rsidR="00F828CB" w14:paraId="12F3B00F" w14:textId="77777777">
        <w:trPr>
          <w:cantSplit/>
        </w:trPr>
        <w:tc>
          <w:tcPr>
            <w:tcW w:w="576" w:type="dxa"/>
            <w:tcBorders>
              <w:bottom w:val="single" w:sz="4" w:space="0" w:color="BFBFBF"/>
            </w:tcBorders>
          </w:tcPr>
          <w:p w14:paraId="42C3954E" w14:textId="77777777" w:rsidR="00F828CB" w:rsidRDefault="00000000">
            <w:pPr>
              <w:keepNext/>
              <w:spacing w:before="60" w:after="60"/>
            </w:pPr>
            <w:r>
              <w:rPr>
                <w:sz w:val="20"/>
              </w:rPr>
              <w:t>4.</w:t>
            </w:r>
          </w:p>
        </w:tc>
        <w:tc>
          <w:tcPr>
            <w:tcW w:w="5184" w:type="dxa"/>
            <w:tcBorders>
              <w:bottom w:val="single" w:sz="4" w:space="0" w:color="BFBFBF"/>
            </w:tcBorders>
          </w:tcPr>
          <w:p w14:paraId="6443AA93" w14:textId="77777777" w:rsidR="00F828CB" w:rsidRDefault="00000000">
            <w:pPr>
              <w:keepNext/>
              <w:spacing w:before="60" w:after="60"/>
            </w:pPr>
            <w:r>
              <w:rPr>
                <w:b/>
                <w:sz w:val="20"/>
              </w:rPr>
              <w:t>Miller: Fentanyl</w:t>
            </w:r>
          </w:p>
        </w:tc>
      </w:tr>
      <w:tr w:rsidR="00F828CB" w14:paraId="348B6E7C" w14:textId="77777777">
        <w:trPr>
          <w:cantSplit/>
        </w:trPr>
        <w:tc>
          <w:tcPr>
            <w:tcW w:w="576" w:type="dxa"/>
            <w:tcBorders>
              <w:bottom w:val="single" w:sz="4" w:space="0" w:color="BFBFBF"/>
            </w:tcBorders>
          </w:tcPr>
          <w:p w14:paraId="29B5DD15" w14:textId="77777777" w:rsidR="00F828CB" w:rsidRDefault="00000000">
            <w:pPr>
              <w:spacing w:before="60" w:after="60"/>
            </w:pPr>
            <w:r>
              <w:rPr>
                <w:sz w:val="20"/>
              </w:rPr>
              <w:t>5.</w:t>
            </w:r>
          </w:p>
        </w:tc>
        <w:tc>
          <w:tcPr>
            <w:tcW w:w="5184" w:type="dxa"/>
            <w:tcBorders>
              <w:bottom w:val="single" w:sz="4" w:space="0" w:color="BFBFBF"/>
            </w:tcBorders>
          </w:tcPr>
          <w:p w14:paraId="40EF39DB" w14:textId="77777777" w:rsidR="00F828CB" w:rsidRDefault="00000000">
            <w:pPr>
              <w:spacing w:before="60" w:after="60"/>
            </w:pPr>
            <w:r>
              <w:rPr>
                <w:b/>
                <w:sz w:val="20"/>
              </w:rPr>
              <w:t>Poindexter: Socialist Coalition</w:t>
            </w:r>
          </w:p>
        </w:tc>
      </w:tr>
    </w:tbl>
    <w:p w14:paraId="641A6269" w14:textId="77777777" w:rsidR="00F828CB" w:rsidRDefault="00000000">
      <w:pPr>
        <w:keepNext/>
        <w:spacing w:before="320" w:after="120"/>
      </w:pPr>
      <w:r>
        <w:rPr>
          <w:b/>
          <w:color w:val="1A1A1A"/>
          <w:sz w:val="24"/>
        </w:rPr>
        <w:t>Top Five: Independents</w:t>
      </w:r>
    </w:p>
    <w:tbl>
      <w:tblPr>
        <w:tblW w:w="0" w:type="auto"/>
        <w:tblLayout w:type="fixed"/>
        <w:tblLook w:val="04A0" w:firstRow="1" w:lastRow="0" w:firstColumn="1" w:lastColumn="0" w:noHBand="0" w:noVBand="1"/>
      </w:tblPr>
      <w:tblGrid>
        <w:gridCol w:w="576"/>
        <w:gridCol w:w="5184"/>
      </w:tblGrid>
      <w:tr w:rsidR="00F828CB" w14:paraId="47C53558" w14:textId="77777777">
        <w:trPr>
          <w:cantSplit/>
        </w:trPr>
        <w:tc>
          <w:tcPr>
            <w:tcW w:w="576" w:type="dxa"/>
            <w:tcBorders>
              <w:top w:val="single" w:sz="8" w:space="0" w:color="404040"/>
              <w:bottom w:val="single" w:sz="8" w:space="0" w:color="404040"/>
            </w:tcBorders>
          </w:tcPr>
          <w:p w14:paraId="633E4E67" w14:textId="77777777" w:rsidR="00F828CB" w:rsidRDefault="00F828CB">
            <w:pPr>
              <w:keepNext/>
              <w:spacing w:before="40" w:after="80"/>
            </w:pPr>
          </w:p>
        </w:tc>
        <w:tc>
          <w:tcPr>
            <w:tcW w:w="5184" w:type="dxa"/>
            <w:tcBorders>
              <w:top w:val="single" w:sz="8" w:space="0" w:color="404040"/>
              <w:bottom w:val="single" w:sz="8" w:space="0" w:color="404040"/>
            </w:tcBorders>
          </w:tcPr>
          <w:p w14:paraId="6852B3B6" w14:textId="77777777" w:rsidR="00F828CB" w:rsidRDefault="00000000">
            <w:pPr>
              <w:keepNext/>
              <w:spacing w:before="40" w:after="80"/>
            </w:pPr>
            <w:r>
              <w:rPr>
                <w:b/>
                <w:color w:val="404040"/>
                <w:sz w:val="19"/>
              </w:rPr>
              <w:t>Message</w:t>
            </w:r>
          </w:p>
        </w:tc>
      </w:tr>
      <w:tr w:rsidR="00F828CB" w14:paraId="54A18D64" w14:textId="77777777">
        <w:trPr>
          <w:cantSplit/>
        </w:trPr>
        <w:tc>
          <w:tcPr>
            <w:tcW w:w="576" w:type="dxa"/>
            <w:tcBorders>
              <w:bottom w:val="single" w:sz="4" w:space="0" w:color="BFBFBF"/>
            </w:tcBorders>
          </w:tcPr>
          <w:p w14:paraId="739C3DD8" w14:textId="77777777" w:rsidR="00F828CB" w:rsidRDefault="00000000">
            <w:pPr>
              <w:keepNext/>
              <w:spacing w:before="60" w:after="60"/>
            </w:pPr>
            <w:r>
              <w:rPr>
                <w:sz w:val="20"/>
              </w:rPr>
              <w:t>1.</w:t>
            </w:r>
          </w:p>
        </w:tc>
        <w:tc>
          <w:tcPr>
            <w:tcW w:w="5184" w:type="dxa"/>
            <w:tcBorders>
              <w:bottom w:val="single" w:sz="4" w:space="0" w:color="BFBFBF"/>
            </w:tcBorders>
          </w:tcPr>
          <w:p w14:paraId="4BFD6F3E" w14:textId="77777777" w:rsidR="00F828CB" w:rsidRDefault="00000000">
            <w:pPr>
              <w:keepNext/>
              <w:spacing w:before="60" w:after="60"/>
            </w:pPr>
            <w:r>
              <w:rPr>
                <w:b/>
                <w:sz w:val="20"/>
              </w:rPr>
              <w:t>Miller: Prescription Drug Costs</w:t>
            </w:r>
          </w:p>
        </w:tc>
      </w:tr>
      <w:tr w:rsidR="00F828CB" w14:paraId="29E05408" w14:textId="77777777">
        <w:trPr>
          <w:cantSplit/>
        </w:trPr>
        <w:tc>
          <w:tcPr>
            <w:tcW w:w="576" w:type="dxa"/>
            <w:tcBorders>
              <w:bottom w:val="single" w:sz="4" w:space="0" w:color="BFBFBF"/>
            </w:tcBorders>
          </w:tcPr>
          <w:p w14:paraId="54BA166F" w14:textId="77777777" w:rsidR="00F828CB" w:rsidRDefault="00000000">
            <w:pPr>
              <w:keepNext/>
              <w:spacing w:before="60" w:after="60"/>
            </w:pPr>
            <w:r>
              <w:rPr>
                <w:sz w:val="20"/>
              </w:rPr>
              <w:t>2.</w:t>
            </w:r>
          </w:p>
        </w:tc>
        <w:tc>
          <w:tcPr>
            <w:tcW w:w="5184" w:type="dxa"/>
            <w:tcBorders>
              <w:bottom w:val="single" w:sz="4" w:space="0" w:color="BFBFBF"/>
            </w:tcBorders>
          </w:tcPr>
          <w:p w14:paraId="01FB89C1" w14:textId="77777777" w:rsidR="00F828CB" w:rsidRDefault="00000000">
            <w:pPr>
              <w:keepNext/>
              <w:spacing w:before="60" w:after="60"/>
            </w:pPr>
            <w:r>
              <w:rPr>
                <w:b/>
                <w:sz w:val="20"/>
              </w:rPr>
              <w:t>Miller: Healthcare Costs</w:t>
            </w:r>
          </w:p>
        </w:tc>
      </w:tr>
      <w:tr w:rsidR="00F828CB" w14:paraId="1D2B660A" w14:textId="77777777">
        <w:trPr>
          <w:cantSplit/>
        </w:trPr>
        <w:tc>
          <w:tcPr>
            <w:tcW w:w="576" w:type="dxa"/>
            <w:tcBorders>
              <w:bottom w:val="single" w:sz="4" w:space="0" w:color="BFBFBF"/>
            </w:tcBorders>
          </w:tcPr>
          <w:p w14:paraId="1E04831D" w14:textId="77777777" w:rsidR="00F828CB" w:rsidRDefault="00000000">
            <w:pPr>
              <w:keepNext/>
              <w:spacing w:before="60" w:after="60"/>
            </w:pPr>
            <w:r>
              <w:rPr>
                <w:sz w:val="20"/>
              </w:rPr>
              <w:t>3.</w:t>
            </w:r>
          </w:p>
        </w:tc>
        <w:tc>
          <w:tcPr>
            <w:tcW w:w="5184" w:type="dxa"/>
            <w:tcBorders>
              <w:bottom w:val="single" w:sz="4" w:space="0" w:color="BFBFBF"/>
            </w:tcBorders>
          </w:tcPr>
          <w:p w14:paraId="2E26AF9A" w14:textId="77777777" w:rsidR="00F828CB" w:rsidRDefault="00000000">
            <w:pPr>
              <w:keepNext/>
              <w:spacing w:before="60" w:after="60"/>
            </w:pPr>
            <w:r>
              <w:rPr>
                <w:b/>
                <w:sz w:val="20"/>
              </w:rPr>
              <w:t>Miller: Housing</w:t>
            </w:r>
          </w:p>
        </w:tc>
      </w:tr>
      <w:tr w:rsidR="00F828CB" w14:paraId="5CE2EF23" w14:textId="77777777">
        <w:trPr>
          <w:cantSplit/>
        </w:trPr>
        <w:tc>
          <w:tcPr>
            <w:tcW w:w="576" w:type="dxa"/>
            <w:tcBorders>
              <w:bottom w:val="single" w:sz="4" w:space="0" w:color="BFBFBF"/>
            </w:tcBorders>
          </w:tcPr>
          <w:p w14:paraId="24F63EDD" w14:textId="77777777" w:rsidR="00F828CB" w:rsidRDefault="00000000">
            <w:pPr>
              <w:keepNext/>
              <w:spacing w:before="60" w:after="60"/>
            </w:pPr>
            <w:r>
              <w:rPr>
                <w:sz w:val="20"/>
              </w:rPr>
              <w:t>4.</w:t>
            </w:r>
          </w:p>
        </w:tc>
        <w:tc>
          <w:tcPr>
            <w:tcW w:w="5184" w:type="dxa"/>
            <w:tcBorders>
              <w:bottom w:val="single" w:sz="4" w:space="0" w:color="BFBFBF"/>
            </w:tcBorders>
          </w:tcPr>
          <w:p w14:paraId="15D664BA" w14:textId="77777777" w:rsidR="00F828CB" w:rsidRDefault="00000000">
            <w:pPr>
              <w:keepNext/>
              <w:spacing w:before="60" w:after="60"/>
            </w:pPr>
            <w:r>
              <w:rPr>
                <w:b/>
                <w:sz w:val="20"/>
              </w:rPr>
              <w:t>Miller: Ukraine</w:t>
            </w:r>
          </w:p>
        </w:tc>
      </w:tr>
      <w:tr w:rsidR="00F828CB" w14:paraId="4E32F4BC" w14:textId="77777777">
        <w:trPr>
          <w:cantSplit/>
        </w:trPr>
        <w:tc>
          <w:tcPr>
            <w:tcW w:w="576" w:type="dxa"/>
            <w:tcBorders>
              <w:bottom w:val="single" w:sz="4" w:space="0" w:color="BFBFBF"/>
            </w:tcBorders>
          </w:tcPr>
          <w:p w14:paraId="08FCFB11" w14:textId="77777777" w:rsidR="00F828CB" w:rsidRDefault="00000000">
            <w:pPr>
              <w:spacing w:before="60" w:after="60"/>
            </w:pPr>
            <w:r>
              <w:rPr>
                <w:sz w:val="20"/>
              </w:rPr>
              <w:t>5.</w:t>
            </w:r>
          </w:p>
        </w:tc>
        <w:tc>
          <w:tcPr>
            <w:tcW w:w="5184" w:type="dxa"/>
            <w:tcBorders>
              <w:bottom w:val="single" w:sz="4" w:space="0" w:color="BFBFBF"/>
            </w:tcBorders>
          </w:tcPr>
          <w:p w14:paraId="6C387D7C" w14:textId="77777777" w:rsidR="00F828CB" w:rsidRDefault="00000000">
            <w:pPr>
              <w:spacing w:before="60" w:after="60"/>
            </w:pPr>
            <w:r>
              <w:rPr>
                <w:b/>
                <w:sz w:val="20"/>
              </w:rPr>
              <w:t>Poindexter: Lied to the Police</w:t>
            </w:r>
          </w:p>
        </w:tc>
      </w:tr>
    </w:tbl>
    <w:p w14:paraId="5A0D2523" w14:textId="2D9F8D30" w:rsidR="00F828CB" w:rsidRDefault="00F828CB">
      <w:pPr>
        <w:spacing w:after="0"/>
      </w:pPr>
    </w:p>
    <w:sectPr w:rsidR="00F828CB" w:rsidSect="00034616">
      <w:pgSz w:w="12240" w:h="15840"/>
      <w:pgMar w:top="1296"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7549455">
    <w:abstractNumId w:val="8"/>
  </w:num>
  <w:num w:numId="2" w16cid:durableId="444543042">
    <w:abstractNumId w:val="6"/>
  </w:num>
  <w:num w:numId="3" w16cid:durableId="1806922435">
    <w:abstractNumId w:val="5"/>
  </w:num>
  <w:num w:numId="4" w16cid:durableId="359741262">
    <w:abstractNumId w:val="4"/>
  </w:num>
  <w:num w:numId="5" w16cid:durableId="1479230159">
    <w:abstractNumId w:val="7"/>
  </w:num>
  <w:num w:numId="6" w16cid:durableId="971910918">
    <w:abstractNumId w:val="3"/>
  </w:num>
  <w:num w:numId="7" w16cid:durableId="1201481804">
    <w:abstractNumId w:val="2"/>
  </w:num>
  <w:num w:numId="8" w16cid:durableId="1321075955">
    <w:abstractNumId w:val="1"/>
  </w:num>
  <w:num w:numId="9" w16cid:durableId="181313887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B61DA"/>
    <w:rsid w:val="00AA1D8D"/>
    <w:rsid w:val="00AC2B70"/>
    <w:rsid w:val="00B47730"/>
    <w:rsid w:val="00CB0664"/>
    <w:rsid w:val="00F828C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693B4F"/>
  <w14:defaultImageDpi w14:val="300"/>
  <w15:docId w15:val="{A3A0356B-8A28-0A40-B4AA-EF97ED5F8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888</Words>
  <Characters>5067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5944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Brian Osborne</cp:lastModifiedBy>
  <cp:revision>2</cp:revision>
  <dcterms:created xsi:type="dcterms:W3CDTF">2026-09-01T19:24:00Z</dcterms:created>
  <dcterms:modified xsi:type="dcterms:W3CDTF">2026-09-01T19:24:00Z</dcterms:modified>
  <cp:category/>
</cp:coreProperties>
</file>