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EBFA6" w14:textId="77777777" w:rsidR="008758B7" w:rsidRPr="00246BA0" w:rsidRDefault="00000000">
      <w:pPr>
        <w:jc w:val="center"/>
        <w:rPr>
          <w:rFonts w:ascii="Poppins" w:hAnsi="Poppins" w:cs="Poppins"/>
        </w:rPr>
      </w:pPr>
      <w:r w:rsidRPr="00246BA0">
        <w:rPr>
          <w:rFonts w:ascii="Poppins" w:hAnsi="Poppins" w:cs="Poppins"/>
          <w:b/>
          <w:color w:val="0B3A53"/>
          <w:sz w:val="44"/>
        </w:rPr>
        <w:t>Wales Voluntary Sector Support Contacts</w:t>
      </w:r>
    </w:p>
    <w:p w14:paraId="683EB77F" w14:textId="398F06B1" w:rsidR="008758B7" w:rsidRPr="00A664F2" w:rsidRDefault="00000000" w:rsidP="00A664F2">
      <w:pPr>
        <w:jc w:val="center"/>
        <w:rPr>
          <w:rFonts w:ascii="Poppins" w:hAnsi="Poppins" w:cs="Poppins"/>
        </w:rPr>
      </w:pPr>
      <w:r w:rsidRPr="00246BA0">
        <w:rPr>
          <w:rFonts w:ascii="Poppins" w:hAnsi="Poppins" w:cs="Poppins"/>
          <w:color w:val="555555"/>
          <w:sz w:val="22"/>
        </w:rPr>
        <w:t>County Voluntary Councils (CVCs), local volunteer support organisations and all-Wales platforms</w:t>
      </w:r>
    </w:p>
    <w:p w14:paraId="49127DA5" w14:textId="407104A5" w:rsidR="008758B7" w:rsidRPr="00246BA0" w:rsidRDefault="00000000">
      <w:pPr>
        <w:rPr>
          <w:rFonts w:ascii="Poppins" w:hAnsi="Poppins" w:cs="Poppins"/>
        </w:rPr>
      </w:pPr>
      <w:r w:rsidRPr="00B87105">
        <w:rPr>
          <w:rFonts w:ascii="Poppins" w:hAnsi="Poppins" w:cs="Poppins"/>
          <w:b/>
          <w:color w:val="1F497D" w:themeColor="text2"/>
          <w:sz w:val="26"/>
        </w:rPr>
        <w:t xml:space="preserve">All-Wales </w:t>
      </w:r>
      <w:r w:rsidR="00A664F2" w:rsidRPr="00B87105">
        <w:rPr>
          <w:rFonts w:ascii="Poppins" w:hAnsi="Poppins" w:cs="Poppins"/>
          <w:b/>
          <w:color w:val="1F497D" w:themeColor="text2"/>
          <w:sz w:val="26"/>
        </w:rPr>
        <w:t>S</w:t>
      </w:r>
      <w:r w:rsidRPr="00B87105">
        <w:rPr>
          <w:rFonts w:ascii="Poppins" w:hAnsi="Poppins" w:cs="Poppins"/>
          <w:b/>
          <w:color w:val="1F497D" w:themeColor="text2"/>
          <w:sz w:val="26"/>
        </w:rPr>
        <w:t xml:space="preserve">upport and </w:t>
      </w:r>
      <w:r w:rsidR="00A664F2" w:rsidRPr="00B87105">
        <w:rPr>
          <w:rFonts w:ascii="Poppins" w:hAnsi="Poppins" w:cs="Poppins"/>
          <w:b/>
          <w:color w:val="1F497D" w:themeColor="text2"/>
          <w:sz w:val="26"/>
        </w:rPr>
        <w:t>P</w:t>
      </w:r>
      <w:r w:rsidRPr="00B87105">
        <w:rPr>
          <w:rFonts w:ascii="Poppins" w:hAnsi="Poppins" w:cs="Poppins"/>
          <w:b/>
          <w:color w:val="1F497D" w:themeColor="text2"/>
          <w:sz w:val="26"/>
        </w:rPr>
        <w:t>latforms</w:t>
      </w:r>
    </w:p>
    <w:tbl>
      <w:tblPr>
        <w:tblW w:w="0" w:type="auto"/>
        <w:jc w:val="center"/>
        <w:tblBorders>
          <w:top w:val="single" w:sz="4" w:space="0" w:color="A7A9AC"/>
          <w:left w:val="single" w:sz="4" w:space="0" w:color="A7A9AC"/>
          <w:bottom w:val="single" w:sz="4" w:space="0" w:color="A7A9AC"/>
          <w:right w:val="single" w:sz="4" w:space="0" w:color="A7A9AC"/>
          <w:insideH w:val="single" w:sz="4" w:space="0" w:color="A7A9AC"/>
          <w:insideV w:val="single" w:sz="4" w:space="0" w:color="A7A9AC"/>
        </w:tblBorders>
        <w:tblLook w:val="04A0" w:firstRow="1" w:lastRow="0" w:firstColumn="1" w:lastColumn="0" w:noHBand="0" w:noVBand="1"/>
      </w:tblPr>
      <w:tblGrid>
        <w:gridCol w:w="2490"/>
        <w:gridCol w:w="2519"/>
        <w:gridCol w:w="2522"/>
        <w:gridCol w:w="2485"/>
        <w:gridCol w:w="2713"/>
        <w:gridCol w:w="2799"/>
      </w:tblGrid>
      <w:tr w:rsidR="008758B7" w:rsidRPr="00246BA0" w14:paraId="60D58D63" w14:textId="77777777">
        <w:trPr>
          <w:jc w:val="center"/>
        </w:trPr>
        <w:tc>
          <w:tcPr>
            <w:tcW w:w="2590" w:type="dxa"/>
            <w:shd w:val="clear" w:color="auto" w:fill="0B3A53"/>
          </w:tcPr>
          <w:p w14:paraId="656AFC1B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Area</w:t>
            </w:r>
          </w:p>
        </w:tc>
        <w:tc>
          <w:tcPr>
            <w:tcW w:w="2590" w:type="dxa"/>
            <w:shd w:val="clear" w:color="auto" w:fill="0B3A53"/>
          </w:tcPr>
          <w:p w14:paraId="5456777E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Organisation</w:t>
            </w:r>
          </w:p>
        </w:tc>
        <w:tc>
          <w:tcPr>
            <w:tcW w:w="2590" w:type="dxa"/>
            <w:shd w:val="clear" w:color="auto" w:fill="0B3A53"/>
          </w:tcPr>
          <w:p w14:paraId="1432F4E4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Address / role</w:t>
            </w:r>
          </w:p>
        </w:tc>
        <w:tc>
          <w:tcPr>
            <w:tcW w:w="2590" w:type="dxa"/>
            <w:shd w:val="clear" w:color="auto" w:fill="0B3A53"/>
          </w:tcPr>
          <w:p w14:paraId="01E999B0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Tel</w:t>
            </w:r>
          </w:p>
        </w:tc>
        <w:tc>
          <w:tcPr>
            <w:tcW w:w="2590" w:type="dxa"/>
            <w:shd w:val="clear" w:color="auto" w:fill="0B3A53"/>
          </w:tcPr>
          <w:p w14:paraId="79B993A8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Email</w:t>
            </w:r>
          </w:p>
        </w:tc>
        <w:tc>
          <w:tcPr>
            <w:tcW w:w="2590" w:type="dxa"/>
            <w:shd w:val="clear" w:color="auto" w:fill="0B3A53"/>
          </w:tcPr>
          <w:p w14:paraId="5F628001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Website</w:t>
            </w:r>
          </w:p>
        </w:tc>
      </w:tr>
      <w:tr w:rsidR="008758B7" w:rsidRPr="00246BA0" w14:paraId="40B7C7B6" w14:textId="77777777">
        <w:trPr>
          <w:jc w:val="center"/>
        </w:trPr>
        <w:tc>
          <w:tcPr>
            <w:tcW w:w="2590" w:type="dxa"/>
          </w:tcPr>
          <w:p w14:paraId="7B9E05CC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All Wales</w:t>
            </w:r>
          </w:p>
        </w:tc>
        <w:tc>
          <w:tcPr>
            <w:tcW w:w="2590" w:type="dxa"/>
          </w:tcPr>
          <w:p w14:paraId="78516675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Wales Council for Voluntary Action (WCVA)</w:t>
            </w:r>
          </w:p>
        </w:tc>
        <w:tc>
          <w:tcPr>
            <w:tcW w:w="2590" w:type="dxa"/>
          </w:tcPr>
          <w:p w14:paraId="65D48060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One Canal Parade, Dumballs Road, Cardiff CF10 5BF</w:t>
            </w:r>
          </w:p>
        </w:tc>
        <w:tc>
          <w:tcPr>
            <w:tcW w:w="2590" w:type="dxa"/>
          </w:tcPr>
          <w:p w14:paraId="244DD60B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0300 111 0124</w:t>
            </w:r>
          </w:p>
        </w:tc>
        <w:tc>
          <w:tcPr>
            <w:tcW w:w="2590" w:type="dxa"/>
          </w:tcPr>
          <w:p w14:paraId="59191E70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help@wcva.cymru</w:t>
            </w:r>
          </w:p>
        </w:tc>
        <w:tc>
          <w:tcPr>
            <w:tcW w:w="2590" w:type="dxa"/>
          </w:tcPr>
          <w:p w14:paraId="33B1A29A" w14:textId="06CE7448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11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https://www.wcva.cymru</w:t>
              </w:r>
            </w:hyperlink>
          </w:p>
        </w:tc>
      </w:tr>
      <w:tr w:rsidR="008758B7" w:rsidRPr="00246BA0" w14:paraId="2A1AEAF9" w14:textId="77777777">
        <w:trPr>
          <w:jc w:val="center"/>
        </w:trPr>
        <w:tc>
          <w:tcPr>
            <w:tcW w:w="2590" w:type="dxa"/>
          </w:tcPr>
          <w:p w14:paraId="65755BD2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All Wales</w:t>
            </w:r>
          </w:p>
        </w:tc>
        <w:tc>
          <w:tcPr>
            <w:tcW w:w="2590" w:type="dxa"/>
          </w:tcPr>
          <w:p w14:paraId="625064CC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Third Sector Support Wales (TSSW)</w:t>
            </w:r>
          </w:p>
        </w:tc>
        <w:tc>
          <w:tcPr>
            <w:tcW w:w="2590" w:type="dxa"/>
          </w:tcPr>
          <w:p w14:paraId="4137DA53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Network of the 19 CVCs plus WCVA</w:t>
            </w:r>
          </w:p>
        </w:tc>
        <w:tc>
          <w:tcPr>
            <w:tcW w:w="2590" w:type="dxa"/>
          </w:tcPr>
          <w:p w14:paraId="16BF716E" w14:textId="77777777" w:rsidR="008758B7" w:rsidRPr="00246BA0" w:rsidRDefault="008758B7">
            <w:pPr>
              <w:spacing w:after="0"/>
              <w:rPr>
                <w:rFonts w:ascii="Poppins" w:hAnsi="Poppins" w:cs="Poppins"/>
              </w:rPr>
            </w:pPr>
          </w:p>
        </w:tc>
        <w:tc>
          <w:tcPr>
            <w:tcW w:w="2590" w:type="dxa"/>
          </w:tcPr>
          <w:p w14:paraId="496F432E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help@thirdsectorsupport.wales</w:t>
            </w:r>
          </w:p>
        </w:tc>
        <w:tc>
          <w:tcPr>
            <w:tcW w:w="2590" w:type="dxa"/>
          </w:tcPr>
          <w:p w14:paraId="4C711AB8" w14:textId="4966F089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12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https://thirdsectorsupport.wales</w:t>
              </w:r>
            </w:hyperlink>
          </w:p>
        </w:tc>
      </w:tr>
      <w:tr w:rsidR="008758B7" w:rsidRPr="00246BA0" w14:paraId="10D9B273" w14:textId="77777777">
        <w:trPr>
          <w:jc w:val="center"/>
        </w:trPr>
        <w:tc>
          <w:tcPr>
            <w:tcW w:w="2590" w:type="dxa"/>
          </w:tcPr>
          <w:p w14:paraId="65B51C09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All Wales</w:t>
            </w:r>
          </w:p>
        </w:tc>
        <w:tc>
          <w:tcPr>
            <w:tcW w:w="2590" w:type="dxa"/>
          </w:tcPr>
          <w:p w14:paraId="70016D58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Volunteering Wales</w:t>
            </w:r>
          </w:p>
        </w:tc>
        <w:tc>
          <w:tcPr>
            <w:tcW w:w="2590" w:type="dxa"/>
          </w:tcPr>
          <w:p w14:paraId="01CCAE47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National volunteering opportunities platform</w:t>
            </w:r>
          </w:p>
        </w:tc>
        <w:tc>
          <w:tcPr>
            <w:tcW w:w="2590" w:type="dxa"/>
          </w:tcPr>
          <w:p w14:paraId="24467D16" w14:textId="77777777" w:rsidR="008758B7" w:rsidRPr="00246BA0" w:rsidRDefault="008758B7">
            <w:pPr>
              <w:spacing w:after="0"/>
              <w:rPr>
                <w:rFonts w:ascii="Poppins" w:hAnsi="Poppins" w:cs="Poppins"/>
              </w:rPr>
            </w:pPr>
          </w:p>
        </w:tc>
        <w:tc>
          <w:tcPr>
            <w:tcW w:w="2590" w:type="dxa"/>
          </w:tcPr>
          <w:p w14:paraId="3F397DAD" w14:textId="77777777" w:rsidR="008758B7" w:rsidRPr="00246BA0" w:rsidRDefault="008758B7">
            <w:pPr>
              <w:spacing w:after="0"/>
              <w:rPr>
                <w:rFonts w:ascii="Poppins" w:hAnsi="Poppins" w:cs="Poppins"/>
              </w:rPr>
            </w:pPr>
          </w:p>
        </w:tc>
        <w:tc>
          <w:tcPr>
            <w:tcW w:w="2590" w:type="dxa"/>
          </w:tcPr>
          <w:p w14:paraId="1B9727AC" w14:textId="54A27274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13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https://volunteering-wales.net</w:t>
              </w:r>
            </w:hyperlink>
          </w:p>
        </w:tc>
      </w:tr>
      <w:tr w:rsidR="008758B7" w:rsidRPr="00246BA0" w14:paraId="0DB835BF" w14:textId="77777777">
        <w:trPr>
          <w:jc w:val="center"/>
        </w:trPr>
        <w:tc>
          <w:tcPr>
            <w:tcW w:w="2590" w:type="dxa"/>
          </w:tcPr>
          <w:p w14:paraId="0A9FABC4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All Wales</w:t>
            </w:r>
          </w:p>
        </w:tc>
        <w:tc>
          <w:tcPr>
            <w:tcW w:w="2590" w:type="dxa"/>
          </w:tcPr>
          <w:p w14:paraId="2A8D2458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Funding Wales</w:t>
            </w:r>
          </w:p>
        </w:tc>
        <w:tc>
          <w:tcPr>
            <w:tcW w:w="2590" w:type="dxa"/>
          </w:tcPr>
          <w:p w14:paraId="03B808E8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Funding search platform for voluntary organisations in Wales</w:t>
            </w:r>
          </w:p>
        </w:tc>
        <w:tc>
          <w:tcPr>
            <w:tcW w:w="2590" w:type="dxa"/>
          </w:tcPr>
          <w:p w14:paraId="463A63F4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0300 111 0124</w:t>
            </w:r>
          </w:p>
        </w:tc>
        <w:tc>
          <w:tcPr>
            <w:tcW w:w="2590" w:type="dxa"/>
          </w:tcPr>
          <w:p w14:paraId="49195FE8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fundingwales@wcva.cymru</w:t>
            </w:r>
          </w:p>
        </w:tc>
        <w:tc>
          <w:tcPr>
            <w:tcW w:w="2590" w:type="dxa"/>
          </w:tcPr>
          <w:p w14:paraId="6D812012" w14:textId="4601C49C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14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https://funding.wales</w:t>
              </w:r>
            </w:hyperlink>
          </w:p>
        </w:tc>
      </w:tr>
      <w:tr w:rsidR="008758B7" w:rsidRPr="00246BA0" w14:paraId="4078EE6F" w14:textId="77777777">
        <w:trPr>
          <w:jc w:val="center"/>
        </w:trPr>
        <w:tc>
          <w:tcPr>
            <w:tcW w:w="2590" w:type="dxa"/>
          </w:tcPr>
          <w:p w14:paraId="6EF2A6BE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All Wales</w:t>
            </w:r>
          </w:p>
        </w:tc>
        <w:tc>
          <w:tcPr>
            <w:tcW w:w="2590" w:type="dxa"/>
          </w:tcPr>
          <w:p w14:paraId="6DF3B65D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infoengine</w:t>
            </w:r>
          </w:p>
        </w:tc>
        <w:tc>
          <w:tcPr>
            <w:tcW w:w="2590" w:type="dxa"/>
          </w:tcPr>
          <w:p w14:paraId="39A80AFE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Directory of voluntary and community services in Wales</w:t>
            </w:r>
          </w:p>
        </w:tc>
        <w:tc>
          <w:tcPr>
            <w:tcW w:w="2590" w:type="dxa"/>
          </w:tcPr>
          <w:p w14:paraId="7EBA79D4" w14:textId="77777777" w:rsidR="008758B7" w:rsidRPr="00246BA0" w:rsidRDefault="008758B7">
            <w:pPr>
              <w:spacing w:after="0"/>
              <w:rPr>
                <w:rFonts w:ascii="Poppins" w:hAnsi="Poppins" w:cs="Poppins"/>
              </w:rPr>
            </w:pPr>
          </w:p>
        </w:tc>
        <w:tc>
          <w:tcPr>
            <w:tcW w:w="2590" w:type="dxa"/>
          </w:tcPr>
          <w:p w14:paraId="52E0A5C3" w14:textId="77777777" w:rsidR="008758B7" w:rsidRPr="00246BA0" w:rsidRDefault="008758B7">
            <w:pPr>
              <w:spacing w:after="0"/>
              <w:rPr>
                <w:rFonts w:ascii="Poppins" w:hAnsi="Poppins" w:cs="Poppins"/>
              </w:rPr>
            </w:pPr>
          </w:p>
        </w:tc>
        <w:tc>
          <w:tcPr>
            <w:tcW w:w="2590" w:type="dxa"/>
          </w:tcPr>
          <w:p w14:paraId="0F440B7A" w14:textId="7E42721E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15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https://en.infoengine.cymru</w:t>
              </w:r>
            </w:hyperlink>
          </w:p>
        </w:tc>
      </w:tr>
    </w:tbl>
    <w:p w14:paraId="1C867BE8" w14:textId="77777777" w:rsidR="008B0D55" w:rsidRDefault="008B0D55">
      <w:pPr>
        <w:rPr>
          <w:rFonts w:ascii="Poppins" w:hAnsi="Poppins" w:cs="Poppins"/>
          <w:b/>
          <w:color w:val="1F497D" w:themeColor="text2"/>
          <w:sz w:val="26"/>
        </w:rPr>
      </w:pPr>
    </w:p>
    <w:p w14:paraId="7A5FEB1E" w14:textId="7EFBCA22" w:rsidR="008758B7" w:rsidRPr="00246BA0" w:rsidRDefault="00000000">
      <w:pPr>
        <w:rPr>
          <w:rFonts w:ascii="Poppins" w:hAnsi="Poppins" w:cs="Poppins"/>
        </w:rPr>
      </w:pPr>
      <w:r w:rsidRPr="008B0D55">
        <w:rPr>
          <w:rFonts w:ascii="Poppins" w:hAnsi="Poppins" w:cs="Poppins"/>
          <w:b/>
          <w:color w:val="1F497D" w:themeColor="text2"/>
          <w:sz w:val="26"/>
        </w:rPr>
        <w:t xml:space="preserve">County Voluntary Councils and </w:t>
      </w:r>
      <w:r w:rsidR="008B0D55">
        <w:rPr>
          <w:rFonts w:ascii="Poppins" w:hAnsi="Poppins" w:cs="Poppins"/>
          <w:b/>
          <w:color w:val="1F497D" w:themeColor="text2"/>
          <w:sz w:val="26"/>
        </w:rPr>
        <w:t>L</w:t>
      </w:r>
      <w:r w:rsidRPr="008B0D55">
        <w:rPr>
          <w:rFonts w:ascii="Poppins" w:hAnsi="Poppins" w:cs="Poppins"/>
          <w:b/>
          <w:color w:val="1F497D" w:themeColor="text2"/>
          <w:sz w:val="26"/>
        </w:rPr>
        <w:t>ocal/</w:t>
      </w:r>
      <w:r w:rsidR="008B0D55">
        <w:rPr>
          <w:rFonts w:ascii="Poppins" w:hAnsi="Poppins" w:cs="Poppins"/>
          <w:b/>
          <w:color w:val="1F497D" w:themeColor="text2"/>
          <w:sz w:val="26"/>
        </w:rPr>
        <w:t>R</w:t>
      </w:r>
      <w:r w:rsidRPr="008B0D55">
        <w:rPr>
          <w:rFonts w:ascii="Poppins" w:hAnsi="Poppins" w:cs="Poppins"/>
          <w:b/>
          <w:color w:val="1F497D" w:themeColor="text2"/>
          <w:sz w:val="26"/>
        </w:rPr>
        <w:t xml:space="preserve">egional </w:t>
      </w:r>
      <w:r w:rsidR="008B0D55">
        <w:rPr>
          <w:rFonts w:ascii="Poppins" w:hAnsi="Poppins" w:cs="Poppins"/>
          <w:b/>
          <w:color w:val="1F497D" w:themeColor="text2"/>
          <w:sz w:val="26"/>
        </w:rPr>
        <w:t>V</w:t>
      </w:r>
      <w:r w:rsidRPr="008B0D55">
        <w:rPr>
          <w:rFonts w:ascii="Poppins" w:hAnsi="Poppins" w:cs="Poppins"/>
          <w:b/>
          <w:color w:val="1F497D" w:themeColor="text2"/>
          <w:sz w:val="26"/>
        </w:rPr>
        <w:t xml:space="preserve">olunteer </w:t>
      </w:r>
      <w:r w:rsidR="008B0D55">
        <w:rPr>
          <w:rFonts w:ascii="Poppins" w:hAnsi="Poppins" w:cs="Poppins"/>
          <w:b/>
          <w:color w:val="1F497D" w:themeColor="text2"/>
          <w:sz w:val="26"/>
        </w:rPr>
        <w:t>S</w:t>
      </w:r>
      <w:r w:rsidRPr="008B0D55">
        <w:rPr>
          <w:rFonts w:ascii="Poppins" w:hAnsi="Poppins" w:cs="Poppins"/>
          <w:b/>
          <w:color w:val="1F497D" w:themeColor="text2"/>
          <w:sz w:val="26"/>
        </w:rPr>
        <w:t xml:space="preserve">upport </w:t>
      </w:r>
      <w:r w:rsidR="008B0D55">
        <w:rPr>
          <w:rFonts w:ascii="Poppins" w:hAnsi="Poppins" w:cs="Poppins"/>
          <w:b/>
          <w:color w:val="1F497D" w:themeColor="text2"/>
          <w:sz w:val="26"/>
        </w:rPr>
        <w:t>O</w:t>
      </w:r>
      <w:r w:rsidRPr="008B0D55">
        <w:rPr>
          <w:rFonts w:ascii="Poppins" w:hAnsi="Poppins" w:cs="Poppins"/>
          <w:b/>
          <w:color w:val="1F497D" w:themeColor="text2"/>
          <w:sz w:val="26"/>
        </w:rPr>
        <w:t>rganisations</w:t>
      </w:r>
    </w:p>
    <w:tbl>
      <w:tblPr>
        <w:tblW w:w="0" w:type="auto"/>
        <w:jc w:val="center"/>
        <w:tblBorders>
          <w:top w:val="single" w:sz="4" w:space="0" w:color="A7A9AC"/>
          <w:left w:val="single" w:sz="4" w:space="0" w:color="A7A9AC"/>
          <w:bottom w:val="single" w:sz="4" w:space="0" w:color="A7A9AC"/>
          <w:right w:val="single" w:sz="4" w:space="0" w:color="A7A9AC"/>
          <w:insideH w:val="single" w:sz="4" w:space="0" w:color="A7A9AC"/>
          <w:insideV w:val="single" w:sz="4" w:space="0" w:color="A7A9AC"/>
        </w:tblBorders>
        <w:tblLook w:val="04A0" w:firstRow="1" w:lastRow="0" w:firstColumn="1" w:lastColumn="0" w:noHBand="0" w:noVBand="1"/>
      </w:tblPr>
      <w:tblGrid>
        <w:gridCol w:w="1798"/>
        <w:gridCol w:w="2037"/>
        <w:gridCol w:w="2037"/>
        <w:gridCol w:w="1976"/>
        <w:gridCol w:w="1814"/>
        <w:gridCol w:w="2869"/>
        <w:gridCol w:w="2997"/>
      </w:tblGrid>
      <w:tr w:rsidR="008758B7" w:rsidRPr="00246BA0" w14:paraId="2D331FD8" w14:textId="77777777" w:rsidTr="008B0D55">
        <w:trPr>
          <w:jc w:val="center"/>
        </w:trPr>
        <w:tc>
          <w:tcPr>
            <w:tcW w:w="1798" w:type="dxa"/>
            <w:shd w:val="clear" w:color="auto" w:fill="0B3A53"/>
          </w:tcPr>
          <w:p w14:paraId="4CCBD316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Region</w:t>
            </w:r>
          </w:p>
        </w:tc>
        <w:tc>
          <w:tcPr>
            <w:tcW w:w="2037" w:type="dxa"/>
            <w:shd w:val="clear" w:color="auto" w:fill="0B3A53"/>
          </w:tcPr>
          <w:p w14:paraId="426DD021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Local authority area(s)</w:t>
            </w:r>
          </w:p>
        </w:tc>
        <w:tc>
          <w:tcPr>
            <w:tcW w:w="2037" w:type="dxa"/>
            <w:shd w:val="clear" w:color="auto" w:fill="0B3A53"/>
          </w:tcPr>
          <w:p w14:paraId="09D6535D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CVC / volunteer support organisation</w:t>
            </w:r>
          </w:p>
        </w:tc>
        <w:tc>
          <w:tcPr>
            <w:tcW w:w="1976" w:type="dxa"/>
            <w:shd w:val="clear" w:color="auto" w:fill="0B3A53"/>
          </w:tcPr>
          <w:p w14:paraId="7E48D44C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Address</w:t>
            </w:r>
          </w:p>
        </w:tc>
        <w:tc>
          <w:tcPr>
            <w:tcW w:w="1814" w:type="dxa"/>
            <w:shd w:val="clear" w:color="auto" w:fill="0B3A53"/>
          </w:tcPr>
          <w:p w14:paraId="4B056CAF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Tel</w:t>
            </w:r>
          </w:p>
        </w:tc>
        <w:tc>
          <w:tcPr>
            <w:tcW w:w="2869" w:type="dxa"/>
            <w:shd w:val="clear" w:color="auto" w:fill="0B3A53"/>
          </w:tcPr>
          <w:p w14:paraId="2A273FD4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Email</w:t>
            </w:r>
          </w:p>
        </w:tc>
        <w:tc>
          <w:tcPr>
            <w:tcW w:w="2997" w:type="dxa"/>
            <w:shd w:val="clear" w:color="auto" w:fill="0B3A53"/>
          </w:tcPr>
          <w:p w14:paraId="3EC88214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Website</w:t>
            </w:r>
          </w:p>
        </w:tc>
      </w:tr>
      <w:tr w:rsidR="008758B7" w:rsidRPr="00246BA0" w14:paraId="0A5C2A0A" w14:textId="77777777" w:rsidTr="008B0D55">
        <w:trPr>
          <w:jc w:val="center"/>
        </w:trPr>
        <w:tc>
          <w:tcPr>
            <w:tcW w:w="1798" w:type="dxa"/>
          </w:tcPr>
          <w:p w14:paraId="1D596E7F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North Wales</w:t>
            </w:r>
          </w:p>
        </w:tc>
        <w:tc>
          <w:tcPr>
            <w:tcW w:w="2037" w:type="dxa"/>
          </w:tcPr>
          <w:p w14:paraId="0AF0CD7D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Wrexham</w:t>
            </w:r>
          </w:p>
        </w:tc>
        <w:tc>
          <w:tcPr>
            <w:tcW w:w="2037" w:type="dxa"/>
          </w:tcPr>
          <w:p w14:paraId="5307F599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Association of Voluntary Organisations in Wrexham (AVOW)</w:t>
            </w:r>
          </w:p>
        </w:tc>
        <w:tc>
          <w:tcPr>
            <w:tcW w:w="1976" w:type="dxa"/>
          </w:tcPr>
          <w:p w14:paraId="7365C978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21 Egerton Street, Wrexham LL11 1ND</w:t>
            </w:r>
          </w:p>
        </w:tc>
        <w:tc>
          <w:tcPr>
            <w:tcW w:w="1814" w:type="dxa"/>
          </w:tcPr>
          <w:p w14:paraId="22EEE719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01978 312556</w:t>
            </w:r>
          </w:p>
        </w:tc>
        <w:tc>
          <w:tcPr>
            <w:tcW w:w="2869" w:type="dxa"/>
          </w:tcPr>
          <w:p w14:paraId="42247024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info@avow.org</w:t>
            </w:r>
          </w:p>
        </w:tc>
        <w:tc>
          <w:tcPr>
            <w:tcW w:w="2997" w:type="dxa"/>
          </w:tcPr>
          <w:p w14:paraId="0AEEE88D" w14:textId="7570F7E5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16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https://www.avow.org</w:t>
              </w:r>
            </w:hyperlink>
          </w:p>
        </w:tc>
      </w:tr>
      <w:tr w:rsidR="008758B7" w:rsidRPr="00246BA0" w14:paraId="4202A103" w14:textId="77777777" w:rsidTr="008B0D55">
        <w:trPr>
          <w:jc w:val="center"/>
        </w:trPr>
        <w:tc>
          <w:tcPr>
            <w:tcW w:w="1798" w:type="dxa"/>
          </w:tcPr>
          <w:p w14:paraId="57ECAAF5" w14:textId="77777777" w:rsidR="008758B7" w:rsidRDefault="00000000">
            <w:pPr>
              <w:spacing w:after="0"/>
              <w:rPr>
                <w:rFonts w:ascii="Poppins" w:hAnsi="Poppins" w:cs="Poppins"/>
                <w:sz w:val="16"/>
              </w:rPr>
            </w:pPr>
            <w:r w:rsidRPr="00246BA0">
              <w:rPr>
                <w:rFonts w:ascii="Poppins" w:hAnsi="Poppins" w:cs="Poppins"/>
                <w:sz w:val="16"/>
              </w:rPr>
              <w:t>North Wales</w:t>
            </w:r>
          </w:p>
          <w:p w14:paraId="6FB9BBF3" w14:textId="77777777" w:rsidR="00F40C65" w:rsidRDefault="00F40C65">
            <w:pPr>
              <w:spacing w:after="0"/>
              <w:rPr>
                <w:rFonts w:ascii="Poppins" w:hAnsi="Poppins" w:cs="Poppins"/>
                <w:sz w:val="16"/>
              </w:rPr>
            </w:pPr>
          </w:p>
          <w:p w14:paraId="2BC6370F" w14:textId="77777777" w:rsidR="00F40C65" w:rsidRDefault="00F40C65">
            <w:pPr>
              <w:spacing w:after="0"/>
              <w:rPr>
                <w:rFonts w:ascii="Poppins" w:hAnsi="Poppins" w:cs="Poppins"/>
                <w:sz w:val="16"/>
              </w:rPr>
            </w:pPr>
          </w:p>
          <w:p w14:paraId="0CC579AF" w14:textId="77777777" w:rsidR="00F40C65" w:rsidRPr="00246BA0" w:rsidRDefault="00F40C65">
            <w:pPr>
              <w:spacing w:after="0"/>
              <w:rPr>
                <w:rFonts w:ascii="Poppins" w:hAnsi="Poppins" w:cs="Poppins"/>
              </w:rPr>
            </w:pPr>
          </w:p>
        </w:tc>
        <w:tc>
          <w:tcPr>
            <w:tcW w:w="2037" w:type="dxa"/>
          </w:tcPr>
          <w:p w14:paraId="0ED9DCF5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Conwy</w:t>
            </w:r>
          </w:p>
        </w:tc>
        <w:tc>
          <w:tcPr>
            <w:tcW w:w="2037" w:type="dxa"/>
          </w:tcPr>
          <w:p w14:paraId="56FE6730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Community and Voluntary Support Conwy (CVSC)</w:t>
            </w:r>
          </w:p>
        </w:tc>
        <w:tc>
          <w:tcPr>
            <w:tcW w:w="1976" w:type="dxa"/>
          </w:tcPr>
          <w:p w14:paraId="78C98183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7 Rhiw Road, Colwyn Bay LL29 7TG</w:t>
            </w:r>
          </w:p>
        </w:tc>
        <w:tc>
          <w:tcPr>
            <w:tcW w:w="1814" w:type="dxa"/>
          </w:tcPr>
          <w:p w14:paraId="657A8010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01492 534091</w:t>
            </w:r>
          </w:p>
        </w:tc>
        <w:tc>
          <w:tcPr>
            <w:tcW w:w="2869" w:type="dxa"/>
          </w:tcPr>
          <w:p w14:paraId="278FE139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mail@cvsc.org.uk</w:t>
            </w:r>
          </w:p>
        </w:tc>
        <w:tc>
          <w:tcPr>
            <w:tcW w:w="2997" w:type="dxa"/>
          </w:tcPr>
          <w:p w14:paraId="55C00167" w14:textId="69C8A92C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17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https://www.cvsc.org.uk/en/</w:t>
              </w:r>
            </w:hyperlink>
          </w:p>
        </w:tc>
      </w:tr>
      <w:tr w:rsidR="00F40C65" w:rsidRPr="00246BA0" w14:paraId="09187E0D" w14:textId="77777777" w:rsidTr="007163B5">
        <w:trPr>
          <w:jc w:val="center"/>
        </w:trPr>
        <w:tc>
          <w:tcPr>
            <w:tcW w:w="1798" w:type="dxa"/>
            <w:shd w:val="clear" w:color="auto" w:fill="0B3A53"/>
          </w:tcPr>
          <w:p w14:paraId="39F0E4E1" w14:textId="77777777" w:rsidR="00F40C65" w:rsidRPr="00246BA0" w:rsidRDefault="00F40C65" w:rsidP="007163B5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lastRenderedPageBreak/>
              <w:t>Region</w:t>
            </w:r>
          </w:p>
        </w:tc>
        <w:tc>
          <w:tcPr>
            <w:tcW w:w="2037" w:type="dxa"/>
            <w:shd w:val="clear" w:color="auto" w:fill="0B3A53"/>
          </w:tcPr>
          <w:p w14:paraId="69896A98" w14:textId="77777777" w:rsidR="00F40C65" w:rsidRPr="00246BA0" w:rsidRDefault="00F40C65" w:rsidP="007163B5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Local authority area(s)</w:t>
            </w:r>
          </w:p>
        </w:tc>
        <w:tc>
          <w:tcPr>
            <w:tcW w:w="2037" w:type="dxa"/>
            <w:shd w:val="clear" w:color="auto" w:fill="0B3A53"/>
          </w:tcPr>
          <w:p w14:paraId="57CB47C6" w14:textId="77777777" w:rsidR="00F40C65" w:rsidRPr="00246BA0" w:rsidRDefault="00F40C65" w:rsidP="007163B5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CVC / volunteer support organisation</w:t>
            </w:r>
          </w:p>
        </w:tc>
        <w:tc>
          <w:tcPr>
            <w:tcW w:w="1976" w:type="dxa"/>
            <w:shd w:val="clear" w:color="auto" w:fill="0B3A53"/>
          </w:tcPr>
          <w:p w14:paraId="2C8D48C1" w14:textId="77777777" w:rsidR="00F40C65" w:rsidRPr="00246BA0" w:rsidRDefault="00F40C65" w:rsidP="007163B5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Address</w:t>
            </w:r>
          </w:p>
        </w:tc>
        <w:tc>
          <w:tcPr>
            <w:tcW w:w="1814" w:type="dxa"/>
            <w:shd w:val="clear" w:color="auto" w:fill="0B3A53"/>
          </w:tcPr>
          <w:p w14:paraId="432CD514" w14:textId="77777777" w:rsidR="00F40C65" w:rsidRPr="00246BA0" w:rsidRDefault="00F40C65" w:rsidP="007163B5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Tel</w:t>
            </w:r>
          </w:p>
        </w:tc>
        <w:tc>
          <w:tcPr>
            <w:tcW w:w="2869" w:type="dxa"/>
            <w:shd w:val="clear" w:color="auto" w:fill="0B3A53"/>
          </w:tcPr>
          <w:p w14:paraId="29F72640" w14:textId="77777777" w:rsidR="00F40C65" w:rsidRPr="00246BA0" w:rsidRDefault="00F40C65" w:rsidP="007163B5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Email</w:t>
            </w:r>
          </w:p>
        </w:tc>
        <w:tc>
          <w:tcPr>
            <w:tcW w:w="2997" w:type="dxa"/>
            <w:shd w:val="clear" w:color="auto" w:fill="0B3A53"/>
          </w:tcPr>
          <w:p w14:paraId="098331C1" w14:textId="77777777" w:rsidR="00F40C65" w:rsidRPr="00246BA0" w:rsidRDefault="00F40C65" w:rsidP="007163B5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Website</w:t>
            </w:r>
          </w:p>
        </w:tc>
      </w:tr>
      <w:tr w:rsidR="008758B7" w:rsidRPr="00246BA0" w14:paraId="1E871166" w14:textId="77777777" w:rsidTr="008B0D55">
        <w:trPr>
          <w:jc w:val="center"/>
        </w:trPr>
        <w:tc>
          <w:tcPr>
            <w:tcW w:w="1798" w:type="dxa"/>
          </w:tcPr>
          <w:p w14:paraId="79E7CCB3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North Wales</w:t>
            </w:r>
          </w:p>
        </w:tc>
        <w:tc>
          <w:tcPr>
            <w:tcW w:w="2037" w:type="dxa"/>
          </w:tcPr>
          <w:p w14:paraId="4CA4DC59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Denbighshire</w:t>
            </w:r>
          </w:p>
        </w:tc>
        <w:tc>
          <w:tcPr>
            <w:tcW w:w="2037" w:type="dxa"/>
          </w:tcPr>
          <w:p w14:paraId="6BA61CC5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Denbighshire Voluntary Services Council (DVSC)</w:t>
            </w:r>
          </w:p>
        </w:tc>
        <w:tc>
          <w:tcPr>
            <w:tcW w:w="1976" w:type="dxa"/>
          </w:tcPr>
          <w:p w14:paraId="5EAA949F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Naylor Leyland Centre, Well Street, Ruthin LL15 1AF</w:t>
            </w:r>
          </w:p>
        </w:tc>
        <w:tc>
          <w:tcPr>
            <w:tcW w:w="1814" w:type="dxa"/>
          </w:tcPr>
          <w:p w14:paraId="511476B2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01824 702441</w:t>
            </w:r>
          </w:p>
        </w:tc>
        <w:tc>
          <w:tcPr>
            <w:tcW w:w="2869" w:type="dxa"/>
          </w:tcPr>
          <w:p w14:paraId="191A69D3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sectorsupport@dvsc.co.uk</w:t>
            </w:r>
          </w:p>
        </w:tc>
        <w:tc>
          <w:tcPr>
            <w:tcW w:w="2997" w:type="dxa"/>
          </w:tcPr>
          <w:p w14:paraId="255A915B" w14:textId="647255DA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18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https://www.dvsc.co.uk/</w:t>
              </w:r>
            </w:hyperlink>
          </w:p>
        </w:tc>
      </w:tr>
      <w:tr w:rsidR="008758B7" w:rsidRPr="00246BA0" w14:paraId="7F537D8C" w14:textId="77777777" w:rsidTr="008B0D55">
        <w:trPr>
          <w:jc w:val="center"/>
        </w:trPr>
        <w:tc>
          <w:tcPr>
            <w:tcW w:w="1798" w:type="dxa"/>
          </w:tcPr>
          <w:p w14:paraId="3EB33884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North Wales</w:t>
            </w:r>
          </w:p>
        </w:tc>
        <w:tc>
          <w:tcPr>
            <w:tcW w:w="2037" w:type="dxa"/>
          </w:tcPr>
          <w:p w14:paraId="7C8BFE36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Flintshire</w:t>
            </w:r>
          </w:p>
        </w:tc>
        <w:tc>
          <w:tcPr>
            <w:tcW w:w="2037" w:type="dxa"/>
          </w:tcPr>
          <w:p w14:paraId="21A44ACA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Flintshire Local Voluntary Council (FLVC)</w:t>
            </w:r>
          </w:p>
        </w:tc>
        <w:tc>
          <w:tcPr>
            <w:tcW w:w="1976" w:type="dxa"/>
          </w:tcPr>
          <w:p w14:paraId="36D5F3E3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Unit 3 Mold Business Park, Wrexham Road, Mold CH7 1XP</w:t>
            </w:r>
          </w:p>
        </w:tc>
        <w:tc>
          <w:tcPr>
            <w:tcW w:w="1814" w:type="dxa"/>
          </w:tcPr>
          <w:p w14:paraId="48FA1066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01352 744000</w:t>
            </w:r>
          </w:p>
        </w:tc>
        <w:tc>
          <w:tcPr>
            <w:tcW w:w="2869" w:type="dxa"/>
          </w:tcPr>
          <w:p w14:paraId="3C53F717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info@flvc.org.uk</w:t>
            </w:r>
          </w:p>
        </w:tc>
        <w:tc>
          <w:tcPr>
            <w:tcW w:w="2997" w:type="dxa"/>
          </w:tcPr>
          <w:p w14:paraId="7C3B059E" w14:textId="50AC01F7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19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https://www.flvc.org.uk</w:t>
              </w:r>
            </w:hyperlink>
          </w:p>
        </w:tc>
      </w:tr>
      <w:tr w:rsidR="008758B7" w:rsidRPr="00246BA0" w14:paraId="0EF92F30" w14:textId="77777777" w:rsidTr="008B0D55">
        <w:trPr>
          <w:jc w:val="center"/>
        </w:trPr>
        <w:tc>
          <w:tcPr>
            <w:tcW w:w="1798" w:type="dxa"/>
          </w:tcPr>
          <w:p w14:paraId="41046D81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North Wales</w:t>
            </w:r>
          </w:p>
        </w:tc>
        <w:tc>
          <w:tcPr>
            <w:tcW w:w="2037" w:type="dxa"/>
          </w:tcPr>
          <w:p w14:paraId="61E9BB43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Gwynedd</w:t>
            </w:r>
          </w:p>
        </w:tc>
        <w:tc>
          <w:tcPr>
            <w:tcW w:w="2037" w:type="dxa"/>
          </w:tcPr>
          <w:p w14:paraId="5EC1EB87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Mantell Gwynedd</w:t>
            </w:r>
          </w:p>
        </w:tc>
        <w:tc>
          <w:tcPr>
            <w:tcW w:w="1976" w:type="dxa"/>
          </w:tcPr>
          <w:p w14:paraId="5075935A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23-25 Bridge Street, Caernarfon LL55 1AB</w:t>
            </w:r>
          </w:p>
        </w:tc>
        <w:tc>
          <w:tcPr>
            <w:tcW w:w="1814" w:type="dxa"/>
          </w:tcPr>
          <w:p w14:paraId="49A2C075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01286 672626</w:t>
            </w:r>
          </w:p>
        </w:tc>
        <w:tc>
          <w:tcPr>
            <w:tcW w:w="2869" w:type="dxa"/>
          </w:tcPr>
          <w:p w14:paraId="03BE1D67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enquiries@mantellgwynedd.com</w:t>
            </w:r>
          </w:p>
        </w:tc>
        <w:tc>
          <w:tcPr>
            <w:tcW w:w="2997" w:type="dxa"/>
          </w:tcPr>
          <w:p w14:paraId="2F7AA42D" w14:textId="01C0915C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20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https://www.mantellgwynedd.com</w:t>
              </w:r>
            </w:hyperlink>
          </w:p>
        </w:tc>
      </w:tr>
      <w:tr w:rsidR="008758B7" w:rsidRPr="00246BA0" w14:paraId="148846BB" w14:textId="77777777" w:rsidTr="008B0D55">
        <w:trPr>
          <w:jc w:val="center"/>
        </w:trPr>
        <w:tc>
          <w:tcPr>
            <w:tcW w:w="1798" w:type="dxa"/>
          </w:tcPr>
          <w:p w14:paraId="0893F9F1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North Wales</w:t>
            </w:r>
          </w:p>
        </w:tc>
        <w:tc>
          <w:tcPr>
            <w:tcW w:w="2037" w:type="dxa"/>
          </w:tcPr>
          <w:p w14:paraId="2FE83A30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Isle of Anglesey</w:t>
            </w:r>
          </w:p>
        </w:tc>
        <w:tc>
          <w:tcPr>
            <w:tcW w:w="2037" w:type="dxa"/>
          </w:tcPr>
          <w:p w14:paraId="7B0D20A5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Medrwn Mon</w:t>
            </w:r>
          </w:p>
        </w:tc>
        <w:tc>
          <w:tcPr>
            <w:tcW w:w="1976" w:type="dxa"/>
          </w:tcPr>
          <w:p w14:paraId="41AA58A5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Town Hall, Bulkeley Square, Llangefni LL77 7LR</w:t>
            </w:r>
          </w:p>
        </w:tc>
        <w:tc>
          <w:tcPr>
            <w:tcW w:w="1814" w:type="dxa"/>
          </w:tcPr>
          <w:p w14:paraId="3F1791C6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01248 724944</w:t>
            </w:r>
          </w:p>
        </w:tc>
        <w:tc>
          <w:tcPr>
            <w:tcW w:w="2869" w:type="dxa"/>
          </w:tcPr>
          <w:p w14:paraId="06403EFC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post@medrwnmon.org</w:t>
            </w:r>
          </w:p>
        </w:tc>
        <w:tc>
          <w:tcPr>
            <w:tcW w:w="2997" w:type="dxa"/>
          </w:tcPr>
          <w:p w14:paraId="69BD0C28" w14:textId="7F4BEF83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21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https://www.medrwnmon.org</w:t>
              </w:r>
            </w:hyperlink>
          </w:p>
        </w:tc>
      </w:tr>
      <w:tr w:rsidR="008758B7" w:rsidRPr="00246BA0" w14:paraId="54BFF049" w14:textId="77777777" w:rsidTr="008B0D55">
        <w:trPr>
          <w:jc w:val="center"/>
        </w:trPr>
        <w:tc>
          <w:tcPr>
            <w:tcW w:w="1798" w:type="dxa"/>
          </w:tcPr>
          <w:p w14:paraId="4B0E3280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Mid &amp; West Wales</w:t>
            </w:r>
          </w:p>
        </w:tc>
        <w:tc>
          <w:tcPr>
            <w:tcW w:w="2037" w:type="dxa"/>
          </w:tcPr>
          <w:p w14:paraId="7AB425AC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Carmarthenshire</w:t>
            </w:r>
          </w:p>
        </w:tc>
        <w:tc>
          <w:tcPr>
            <w:tcW w:w="2037" w:type="dxa"/>
          </w:tcPr>
          <w:p w14:paraId="6C163B22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Carmarthenshire Association of Voluntary Services (CAVS)</w:t>
            </w:r>
          </w:p>
        </w:tc>
        <w:tc>
          <w:tcPr>
            <w:tcW w:w="1976" w:type="dxa"/>
          </w:tcPr>
          <w:p w14:paraId="2BE766BD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The Mount, 18 Queen Street, Carmarthen SA31 1JT</w:t>
            </w:r>
          </w:p>
        </w:tc>
        <w:tc>
          <w:tcPr>
            <w:tcW w:w="1814" w:type="dxa"/>
          </w:tcPr>
          <w:p w14:paraId="675D1CFA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01267 245555</w:t>
            </w:r>
          </w:p>
        </w:tc>
        <w:tc>
          <w:tcPr>
            <w:tcW w:w="2869" w:type="dxa"/>
          </w:tcPr>
          <w:p w14:paraId="7A2D851F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admin@cavs.org.uk</w:t>
            </w:r>
          </w:p>
        </w:tc>
        <w:tc>
          <w:tcPr>
            <w:tcW w:w="2997" w:type="dxa"/>
          </w:tcPr>
          <w:p w14:paraId="3F590274" w14:textId="735825C5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22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http://www.cavs.org.uk</w:t>
              </w:r>
            </w:hyperlink>
          </w:p>
        </w:tc>
      </w:tr>
      <w:tr w:rsidR="008758B7" w:rsidRPr="00246BA0" w14:paraId="634B56D9" w14:textId="77777777" w:rsidTr="008B0D55">
        <w:trPr>
          <w:jc w:val="center"/>
        </w:trPr>
        <w:tc>
          <w:tcPr>
            <w:tcW w:w="1798" w:type="dxa"/>
          </w:tcPr>
          <w:p w14:paraId="6271F9AF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Mid &amp; West Wales</w:t>
            </w:r>
          </w:p>
        </w:tc>
        <w:tc>
          <w:tcPr>
            <w:tcW w:w="2037" w:type="dxa"/>
          </w:tcPr>
          <w:p w14:paraId="49848E42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Ceredigion</w:t>
            </w:r>
          </w:p>
        </w:tc>
        <w:tc>
          <w:tcPr>
            <w:tcW w:w="2037" w:type="dxa"/>
          </w:tcPr>
          <w:p w14:paraId="7D525217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Ceredigion Association of Voluntary Organisations (CAVO)</w:t>
            </w:r>
          </w:p>
        </w:tc>
        <w:tc>
          <w:tcPr>
            <w:tcW w:w="1976" w:type="dxa"/>
          </w:tcPr>
          <w:p w14:paraId="5A242D92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Bryndulais, 67 Bridge Street, Lampeter SA48 7AB</w:t>
            </w:r>
          </w:p>
        </w:tc>
        <w:tc>
          <w:tcPr>
            <w:tcW w:w="1814" w:type="dxa"/>
          </w:tcPr>
          <w:p w14:paraId="38F52590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01570 423232</w:t>
            </w:r>
          </w:p>
        </w:tc>
        <w:tc>
          <w:tcPr>
            <w:tcW w:w="2869" w:type="dxa"/>
          </w:tcPr>
          <w:p w14:paraId="2FAED1E4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gen@cavo.org.uk</w:t>
            </w:r>
          </w:p>
        </w:tc>
        <w:tc>
          <w:tcPr>
            <w:tcW w:w="2997" w:type="dxa"/>
          </w:tcPr>
          <w:p w14:paraId="60B6E3BB" w14:textId="38476F4F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23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http://www.cavo.org.uk/</w:t>
              </w:r>
            </w:hyperlink>
          </w:p>
        </w:tc>
      </w:tr>
      <w:tr w:rsidR="008758B7" w:rsidRPr="00246BA0" w14:paraId="38C37451" w14:textId="77777777" w:rsidTr="008B0D55">
        <w:trPr>
          <w:jc w:val="center"/>
        </w:trPr>
        <w:tc>
          <w:tcPr>
            <w:tcW w:w="1798" w:type="dxa"/>
          </w:tcPr>
          <w:p w14:paraId="5C4F9B79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Mid &amp; West Wales</w:t>
            </w:r>
          </w:p>
        </w:tc>
        <w:tc>
          <w:tcPr>
            <w:tcW w:w="2037" w:type="dxa"/>
          </w:tcPr>
          <w:p w14:paraId="750C4639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Pembrokeshire</w:t>
            </w:r>
          </w:p>
        </w:tc>
        <w:tc>
          <w:tcPr>
            <w:tcW w:w="2037" w:type="dxa"/>
          </w:tcPr>
          <w:p w14:paraId="72EEEDAB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Pembrokeshire Association of Voluntary Services (PAVS)</w:t>
            </w:r>
          </w:p>
        </w:tc>
        <w:tc>
          <w:tcPr>
            <w:tcW w:w="1976" w:type="dxa"/>
          </w:tcPr>
          <w:p w14:paraId="5320A7CA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36-38 High Street, Haverfordwest SA61 2DA</w:t>
            </w:r>
          </w:p>
        </w:tc>
        <w:tc>
          <w:tcPr>
            <w:tcW w:w="1814" w:type="dxa"/>
          </w:tcPr>
          <w:p w14:paraId="26D1D52A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01437 769422</w:t>
            </w:r>
          </w:p>
        </w:tc>
        <w:tc>
          <w:tcPr>
            <w:tcW w:w="2869" w:type="dxa"/>
          </w:tcPr>
          <w:p w14:paraId="5AEB6B7F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enquiries@pavs.org.uk</w:t>
            </w:r>
          </w:p>
        </w:tc>
        <w:tc>
          <w:tcPr>
            <w:tcW w:w="2997" w:type="dxa"/>
          </w:tcPr>
          <w:p w14:paraId="1487CCAB" w14:textId="3874BC78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24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https://www.pavs.org.uk</w:t>
              </w:r>
            </w:hyperlink>
          </w:p>
        </w:tc>
      </w:tr>
      <w:tr w:rsidR="008758B7" w:rsidRPr="00246BA0" w14:paraId="592A98E9" w14:textId="77777777" w:rsidTr="008B0D55">
        <w:trPr>
          <w:jc w:val="center"/>
        </w:trPr>
        <w:tc>
          <w:tcPr>
            <w:tcW w:w="1798" w:type="dxa"/>
          </w:tcPr>
          <w:p w14:paraId="3D522A1B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Mid &amp; West Wales</w:t>
            </w:r>
          </w:p>
        </w:tc>
        <w:tc>
          <w:tcPr>
            <w:tcW w:w="2037" w:type="dxa"/>
          </w:tcPr>
          <w:p w14:paraId="1426301E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Powys</w:t>
            </w:r>
          </w:p>
        </w:tc>
        <w:tc>
          <w:tcPr>
            <w:tcW w:w="2037" w:type="dxa"/>
          </w:tcPr>
          <w:p w14:paraId="1810AE5E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Powys Association of Voluntary Organisations (PAVO)</w:t>
            </w:r>
          </w:p>
        </w:tc>
        <w:tc>
          <w:tcPr>
            <w:tcW w:w="1976" w:type="dxa"/>
          </w:tcPr>
          <w:p w14:paraId="52FDF9DB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Unit 30, Ddole Road Enterprise Park, Llandrindod Wells LD1 6DF</w:t>
            </w:r>
          </w:p>
        </w:tc>
        <w:tc>
          <w:tcPr>
            <w:tcW w:w="1814" w:type="dxa"/>
          </w:tcPr>
          <w:p w14:paraId="746718C1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01597 822191</w:t>
            </w:r>
          </w:p>
        </w:tc>
        <w:tc>
          <w:tcPr>
            <w:tcW w:w="2869" w:type="dxa"/>
          </w:tcPr>
          <w:p w14:paraId="322D87EB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info@pavo.org.uk</w:t>
            </w:r>
          </w:p>
        </w:tc>
        <w:tc>
          <w:tcPr>
            <w:tcW w:w="2997" w:type="dxa"/>
          </w:tcPr>
          <w:p w14:paraId="17C41A1D" w14:textId="25711AF4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25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https://www.pavo.org.uk</w:t>
              </w:r>
            </w:hyperlink>
          </w:p>
        </w:tc>
      </w:tr>
      <w:tr w:rsidR="008758B7" w:rsidRPr="00246BA0" w14:paraId="3908A51A" w14:textId="77777777" w:rsidTr="008B0D55">
        <w:trPr>
          <w:jc w:val="center"/>
        </w:trPr>
        <w:tc>
          <w:tcPr>
            <w:tcW w:w="1798" w:type="dxa"/>
          </w:tcPr>
          <w:p w14:paraId="5238FC55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South Wales</w:t>
            </w:r>
          </w:p>
        </w:tc>
        <w:tc>
          <w:tcPr>
            <w:tcW w:w="2037" w:type="dxa"/>
          </w:tcPr>
          <w:p w14:paraId="6F3532FA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Bridgend</w:t>
            </w:r>
          </w:p>
        </w:tc>
        <w:tc>
          <w:tcPr>
            <w:tcW w:w="2037" w:type="dxa"/>
          </w:tcPr>
          <w:p w14:paraId="66F18273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Bridgend Association of Voluntary Organisations (BAVO)</w:t>
            </w:r>
          </w:p>
        </w:tc>
        <w:tc>
          <w:tcPr>
            <w:tcW w:w="1976" w:type="dxa"/>
          </w:tcPr>
          <w:p w14:paraId="5A2669B1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112-113 Commercial Street, Maesteg CF34 9DL</w:t>
            </w:r>
          </w:p>
        </w:tc>
        <w:tc>
          <w:tcPr>
            <w:tcW w:w="1814" w:type="dxa"/>
          </w:tcPr>
          <w:p w14:paraId="0EB18511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01656 810400</w:t>
            </w:r>
          </w:p>
        </w:tc>
        <w:tc>
          <w:tcPr>
            <w:tcW w:w="2869" w:type="dxa"/>
          </w:tcPr>
          <w:p w14:paraId="4B4AA7E1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bavo@bavo.org.uk</w:t>
            </w:r>
          </w:p>
        </w:tc>
        <w:tc>
          <w:tcPr>
            <w:tcW w:w="2997" w:type="dxa"/>
          </w:tcPr>
          <w:p w14:paraId="0A174041" w14:textId="0A1FE14D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26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https://www.bavo.org.uk</w:t>
              </w:r>
            </w:hyperlink>
          </w:p>
        </w:tc>
      </w:tr>
      <w:tr w:rsidR="008758B7" w:rsidRPr="00246BA0" w14:paraId="41DCF7B3" w14:textId="77777777" w:rsidTr="008B0D55">
        <w:trPr>
          <w:jc w:val="center"/>
        </w:trPr>
        <w:tc>
          <w:tcPr>
            <w:tcW w:w="1798" w:type="dxa"/>
          </w:tcPr>
          <w:p w14:paraId="1BB2A5B9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South Wales</w:t>
            </w:r>
          </w:p>
        </w:tc>
        <w:tc>
          <w:tcPr>
            <w:tcW w:w="2037" w:type="dxa"/>
          </w:tcPr>
          <w:p w14:paraId="2F8C646D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Cardiff</w:t>
            </w:r>
          </w:p>
        </w:tc>
        <w:tc>
          <w:tcPr>
            <w:tcW w:w="2037" w:type="dxa"/>
          </w:tcPr>
          <w:p w14:paraId="37F5889C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Cardiff Third Sector Council (C3SC)</w:t>
            </w:r>
          </w:p>
        </w:tc>
        <w:tc>
          <w:tcPr>
            <w:tcW w:w="1976" w:type="dxa"/>
          </w:tcPr>
          <w:p w14:paraId="6186886F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Butetown Community Centre, Loudon Square, Cardiff CF10 5UZ</w:t>
            </w:r>
          </w:p>
        </w:tc>
        <w:tc>
          <w:tcPr>
            <w:tcW w:w="1814" w:type="dxa"/>
          </w:tcPr>
          <w:p w14:paraId="012CFA45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029 2048 5722</w:t>
            </w:r>
          </w:p>
        </w:tc>
        <w:tc>
          <w:tcPr>
            <w:tcW w:w="2869" w:type="dxa"/>
          </w:tcPr>
          <w:p w14:paraId="3589EAC8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enquiries@c3sc.org.uk</w:t>
            </w:r>
          </w:p>
        </w:tc>
        <w:tc>
          <w:tcPr>
            <w:tcW w:w="2997" w:type="dxa"/>
          </w:tcPr>
          <w:p w14:paraId="0700B99A" w14:textId="74E00B92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27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https://www.c3sc.org.uk/</w:t>
              </w:r>
            </w:hyperlink>
          </w:p>
        </w:tc>
      </w:tr>
      <w:tr w:rsidR="00F40C65" w:rsidRPr="00246BA0" w14:paraId="4A61C348" w14:textId="77777777" w:rsidTr="007163B5">
        <w:trPr>
          <w:jc w:val="center"/>
        </w:trPr>
        <w:tc>
          <w:tcPr>
            <w:tcW w:w="1798" w:type="dxa"/>
            <w:shd w:val="clear" w:color="auto" w:fill="0B3A53"/>
          </w:tcPr>
          <w:p w14:paraId="4A33DE50" w14:textId="77777777" w:rsidR="00F40C65" w:rsidRPr="00246BA0" w:rsidRDefault="00F40C65" w:rsidP="007163B5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lastRenderedPageBreak/>
              <w:t>Region</w:t>
            </w:r>
          </w:p>
        </w:tc>
        <w:tc>
          <w:tcPr>
            <w:tcW w:w="2037" w:type="dxa"/>
            <w:shd w:val="clear" w:color="auto" w:fill="0B3A53"/>
          </w:tcPr>
          <w:p w14:paraId="42E46D77" w14:textId="77777777" w:rsidR="00F40C65" w:rsidRPr="00246BA0" w:rsidRDefault="00F40C65" w:rsidP="007163B5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Local authority area(s)</w:t>
            </w:r>
          </w:p>
        </w:tc>
        <w:tc>
          <w:tcPr>
            <w:tcW w:w="2037" w:type="dxa"/>
            <w:shd w:val="clear" w:color="auto" w:fill="0B3A53"/>
          </w:tcPr>
          <w:p w14:paraId="5048563B" w14:textId="77777777" w:rsidR="00F40C65" w:rsidRPr="00246BA0" w:rsidRDefault="00F40C65" w:rsidP="007163B5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CVC / volunteer support organisation</w:t>
            </w:r>
          </w:p>
        </w:tc>
        <w:tc>
          <w:tcPr>
            <w:tcW w:w="1976" w:type="dxa"/>
            <w:shd w:val="clear" w:color="auto" w:fill="0B3A53"/>
          </w:tcPr>
          <w:p w14:paraId="0220F3C6" w14:textId="77777777" w:rsidR="00F40C65" w:rsidRPr="00246BA0" w:rsidRDefault="00F40C65" w:rsidP="007163B5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Address</w:t>
            </w:r>
          </w:p>
        </w:tc>
        <w:tc>
          <w:tcPr>
            <w:tcW w:w="1814" w:type="dxa"/>
            <w:shd w:val="clear" w:color="auto" w:fill="0B3A53"/>
          </w:tcPr>
          <w:p w14:paraId="45349A58" w14:textId="77777777" w:rsidR="00F40C65" w:rsidRPr="00246BA0" w:rsidRDefault="00F40C65" w:rsidP="007163B5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Tel</w:t>
            </w:r>
          </w:p>
        </w:tc>
        <w:tc>
          <w:tcPr>
            <w:tcW w:w="2869" w:type="dxa"/>
            <w:shd w:val="clear" w:color="auto" w:fill="0B3A53"/>
          </w:tcPr>
          <w:p w14:paraId="0E11EA48" w14:textId="77777777" w:rsidR="00F40C65" w:rsidRPr="00246BA0" w:rsidRDefault="00F40C65" w:rsidP="007163B5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Email</w:t>
            </w:r>
          </w:p>
        </w:tc>
        <w:tc>
          <w:tcPr>
            <w:tcW w:w="2997" w:type="dxa"/>
            <w:shd w:val="clear" w:color="auto" w:fill="0B3A53"/>
          </w:tcPr>
          <w:p w14:paraId="60557B22" w14:textId="77777777" w:rsidR="00F40C65" w:rsidRPr="00246BA0" w:rsidRDefault="00F40C65" w:rsidP="007163B5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b/>
                <w:color w:val="FFFFFF"/>
                <w:sz w:val="16"/>
              </w:rPr>
              <w:t>Website</w:t>
            </w:r>
          </w:p>
        </w:tc>
      </w:tr>
      <w:tr w:rsidR="008758B7" w:rsidRPr="00246BA0" w14:paraId="2C50EE9A" w14:textId="77777777" w:rsidTr="008B0D55">
        <w:trPr>
          <w:jc w:val="center"/>
        </w:trPr>
        <w:tc>
          <w:tcPr>
            <w:tcW w:w="1798" w:type="dxa"/>
          </w:tcPr>
          <w:p w14:paraId="5517750E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South Wales</w:t>
            </w:r>
          </w:p>
        </w:tc>
        <w:tc>
          <w:tcPr>
            <w:tcW w:w="2037" w:type="dxa"/>
          </w:tcPr>
          <w:p w14:paraId="7FF26A8E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Blaenau Gwent, Caerphilly, Monmouthshire and Newport</w:t>
            </w:r>
          </w:p>
        </w:tc>
        <w:tc>
          <w:tcPr>
            <w:tcW w:w="2037" w:type="dxa"/>
          </w:tcPr>
          <w:p w14:paraId="11EECCF0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Gwent Association of Voluntary Organisations (GAVO)</w:t>
            </w:r>
          </w:p>
        </w:tc>
        <w:tc>
          <w:tcPr>
            <w:tcW w:w="1976" w:type="dxa"/>
          </w:tcPr>
          <w:p w14:paraId="1138D6B3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Ty Derwen, Church Road, Newport NP19 7EJ</w:t>
            </w:r>
          </w:p>
        </w:tc>
        <w:tc>
          <w:tcPr>
            <w:tcW w:w="1814" w:type="dxa"/>
          </w:tcPr>
          <w:p w14:paraId="4C915DC1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01633 241550</w:t>
            </w:r>
          </w:p>
        </w:tc>
        <w:tc>
          <w:tcPr>
            <w:tcW w:w="2869" w:type="dxa"/>
          </w:tcPr>
          <w:p w14:paraId="7FC68EF3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info@gavowales.org.uk</w:t>
            </w:r>
          </w:p>
        </w:tc>
        <w:tc>
          <w:tcPr>
            <w:tcW w:w="2997" w:type="dxa"/>
          </w:tcPr>
          <w:p w14:paraId="7F66F84F" w14:textId="1E45E83A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28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https://www.gavo.org.uk/</w:t>
              </w:r>
            </w:hyperlink>
          </w:p>
        </w:tc>
      </w:tr>
      <w:tr w:rsidR="008758B7" w:rsidRPr="00246BA0" w14:paraId="076F0170" w14:textId="77777777" w:rsidTr="008B0D55">
        <w:trPr>
          <w:jc w:val="center"/>
        </w:trPr>
        <w:tc>
          <w:tcPr>
            <w:tcW w:w="1798" w:type="dxa"/>
          </w:tcPr>
          <w:p w14:paraId="37DE662F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South Wales</w:t>
            </w:r>
          </w:p>
        </w:tc>
        <w:tc>
          <w:tcPr>
            <w:tcW w:w="2037" w:type="dxa"/>
          </w:tcPr>
          <w:p w14:paraId="6A02E38D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Rhondda Cynon Taf</w:t>
            </w:r>
          </w:p>
        </w:tc>
        <w:tc>
          <w:tcPr>
            <w:tcW w:w="2037" w:type="dxa"/>
          </w:tcPr>
          <w:p w14:paraId="0BE08732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Interlink RCT</w:t>
            </w:r>
          </w:p>
        </w:tc>
        <w:tc>
          <w:tcPr>
            <w:tcW w:w="1976" w:type="dxa"/>
          </w:tcPr>
          <w:p w14:paraId="3FAF3D04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6 Melin Corrwg, Cardiff Road, Upper Boat, Pontypridd CF37 5BE</w:t>
            </w:r>
          </w:p>
        </w:tc>
        <w:tc>
          <w:tcPr>
            <w:tcW w:w="1814" w:type="dxa"/>
          </w:tcPr>
          <w:p w14:paraId="40C4909B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01443 846200</w:t>
            </w:r>
          </w:p>
        </w:tc>
        <w:tc>
          <w:tcPr>
            <w:tcW w:w="2869" w:type="dxa"/>
          </w:tcPr>
          <w:p w14:paraId="4FEC4F18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info@interlinkrct.org.uk</w:t>
            </w:r>
          </w:p>
        </w:tc>
        <w:tc>
          <w:tcPr>
            <w:tcW w:w="2997" w:type="dxa"/>
          </w:tcPr>
          <w:p w14:paraId="37A31BD1" w14:textId="35B15616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29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http://www.interlinkrct.org.uk</w:t>
              </w:r>
            </w:hyperlink>
          </w:p>
        </w:tc>
      </w:tr>
      <w:tr w:rsidR="008758B7" w:rsidRPr="00246BA0" w14:paraId="20DBBDB3" w14:textId="77777777" w:rsidTr="008B0D55">
        <w:trPr>
          <w:jc w:val="center"/>
        </w:trPr>
        <w:tc>
          <w:tcPr>
            <w:tcW w:w="1798" w:type="dxa"/>
          </w:tcPr>
          <w:p w14:paraId="4896D75D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South Wales</w:t>
            </w:r>
          </w:p>
        </w:tc>
        <w:tc>
          <w:tcPr>
            <w:tcW w:w="2037" w:type="dxa"/>
          </w:tcPr>
          <w:p w14:paraId="5DD0F508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Neath Port Talbot</w:t>
            </w:r>
          </w:p>
        </w:tc>
        <w:tc>
          <w:tcPr>
            <w:tcW w:w="2037" w:type="dxa"/>
          </w:tcPr>
          <w:p w14:paraId="3455237A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Neath Port Talbot Council for Voluntary Services (NPTCVS)</w:t>
            </w:r>
          </w:p>
        </w:tc>
        <w:tc>
          <w:tcPr>
            <w:tcW w:w="1976" w:type="dxa"/>
          </w:tcPr>
          <w:p w14:paraId="413EC48E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Ty Margaret Thorne, 17-19 Alfred Street, Neath SA11 1EF</w:t>
            </w:r>
          </w:p>
        </w:tc>
        <w:tc>
          <w:tcPr>
            <w:tcW w:w="1814" w:type="dxa"/>
          </w:tcPr>
          <w:p w14:paraId="20074F22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01639 631246</w:t>
            </w:r>
          </w:p>
        </w:tc>
        <w:tc>
          <w:tcPr>
            <w:tcW w:w="2869" w:type="dxa"/>
          </w:tcPr>
          <w:p w14:paraId="53739322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info@nptcvs.org.uk</w:t>
            </w:r>
          </w:p>
        </w:tc>
        <w:tc>
          <w:tcPr>
            <w:tcW w:w="2997" w:type="dxa"/>
          </w:tcPr>
          <w:p w14:paraId="13E059A5" w14:textId="55E69E7E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30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https://www.nptcvs.wales</w:t>
              </w:r>
            </w:hyperlink>
          </w:p>
        </w:tc>
      </w:tr>
      <w:tr w:rsidR="008758B7" w:rsidRPr="00246BA0" w14:paraId="11A0C475" w14:textId="77777777" w:rsidTr="008B0D55">
        <w:trPr>
          <w:jc w:val="center"/>
        </w:trPr>
        <w:tc>
          <w:tcPr>
            <w:tcW w:w="1798" w:type="dxa"/>
          </w:tcPr>
          <w:p w14:paraId="29093CB1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South Wales</w:t>
            </w:r>
          </w:p>
        </w:tc>
        <w:tc>
          <w:tcPr>
            <w:tcW w:w="2037" w:type="dxa"/>
          </w:tcPr>
          <w:p w14:paraId="626A22C6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Swansea</w:t>
            </w:r>
          </w:p>
        </w:tc>
        <w:tc>
          <w:tcPr>
            <w:tcW w:w="2037" w:type="dxa"/>
          </w:tcPr>
          <w:p w14:paraId="1CC4E2EB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Swansea Council for Voluntary Service (SCVS)</w:t>
            </w:r>
          </w:p>
        </w:tc>
        <w:tc>
          <w:tcPr>
            <w:tcW w:w="1976" w:type="dxa"/>
          </w:tcPr>
          <w:p w14:paraId="484214CE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Voluntary Action Centre, 7 Walter Road, Swansea SA1 5NF</w:t>
            </w:r>
          </w:p>
        </w:tc>
        <w:tc>
          <w:tcPr>
            <w:tcW w:w="1814" w:type="dxa"/>
          </w:tcPr>
          <w:p w14:paraId="2A250EF6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01792 544000</w:t>
            </w:r>
          </w:p>
        </w:tc>
        <w:tc>
          <w:tcPr>
            <w:tcW w:w="2869" w:type="dxa"/>
          </w:tcPr>
          <w:p w14:paraId="6ABBAAF6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scvs@scvs.org.uk</w:t>
            </w:r>
          </w:p>
        </w:tc>
        <w:tc>
          <w:tcPr>
            <w:tcW w:w="2997" w:type="dxa"/>
          </w:tcPr>
          <w:p w14:paraId="3C9A9707" w14:textId="6A4A87EC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31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https://www.scvs.org.uk</w:t>
              </w:r>
            </w:hyperlink>
          </w:p>
        </w:tc>
      </w:tr>
      <w:tr w:rsidR="008758B7" w:rsidRPr="00246BA0" w14:paraId="2741E0C5" w14:textId="77777777" w:rsidTr="008B0D55">
        <w:trPr>
          <w:jc w:val="center"/>
        </w:trPr>
        <w:tc>
          <w:tcPr>
            <w:tcW w:w="1798" w:type="dxa"/>
          </w:tcPr>
          <w:p w14:paraId="5F9D78F8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South Wales</w:t>
            </w:r>
          </w:p>
        </w:tc>
        <w:tc>
          <w:tcPr>
            <w:tcW w:w="2037" w:type="dxa"/>
          </w:tcPr>
          <w:p w14:paraId="3736B256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Torfaen</w:t>
            </w:r>
          </w:p>
        </w:tc>
        <w:tc>
          <w:tcPr>
            <w:tcW w:w="2037" w:type="dxa"/>
          </w:tcPr>
          <w:p w14:paraId="48646AD4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Torfaen Voluntary Alliance (TVA)</w:t>
            </w:r>
          </w:p>
        </w:tc>
        <w:tc>
          <w:tcPr>
            <w:tcW w:w="1976" w:type="dxa"/>
          </w:tcPr>
          <w:p w14:paraId="4F631BD5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Portland Buildings, Commercial Street, Pontypool NP4 6JS</w:t>
            </w:r>
          </w:p>
        </w:tc>
        <w:tc>
          <w:tcPr>
            <w:tcW w:w="1814" w:type="dxa"/>
          </w:tcPr>
          <w:p w14:paraId="282FABE6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01495 742420</w:t>
            </w:r>
          </w:p>
        </w:tc>
        <w:tc>
          <w:tcPr>
            <w:tcW w:w="2869" w:type="dxa"/>
          </w:tcPr>
          <w:p w14:paraId="47E25126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info@tvawales.org.uk</w:t>
            </w:r>
          </w:p>
        </w:tc>
        <w:tc>
          <w:tcPr>
            <w:tcW w:w="2997" w:type="dxa"/>
          </w:tcPr>
          <w:p w14:paraId="504FFA4B" w14:textId="2C687272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32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https://www.tvawales.org.uk</w:t>
              </w:r>
            </w:hyperlink>
          </w:p>
        </w:tc>
      </w:tr>
      <w:tr w:rsidR="008758B7" w:rsidRPr="00246BA0" w14:paraId="5D8747B3" w14:textId="77777777" w:rsidTr="008B0D55">
        <w:trPr>
          <w:jc w:val="center"/>
        </w:trPr>
        <w:tc>
          <w:tcPr>
            <w:tcW w:w="1798" w:type="dxa"/>
          </w:tcPr>
          <w:p w14:paraId="2558B105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South Wales</w:t>
            </w:r>
          </w:p>
        </w:tc>
        <w:tc>
          <w:tcPr>
            <w:tcW w:w="2037" w:type="dxa"/>
          </w:tcPr>
          <w:p w14:paraId="568BE348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Vale of Glamorgan</w:t>
            </w:r>
          </w:p>
        </w:tc>
        <w:tc>
          <w:tcPr>
            <w:tcW w:w="2037" w:type="dxa"/>
          </w:tcPr>
          <w:p w14:paraId="4F9B3286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Glamorgan Voluntary Services (GVS)</w:t>
            </w:r>
          </w:p>
        </w:tc>
        <w:tc>
          <w:tcPr>
            <w:tcW w:w="1976" w:type="dxa"/>
          </w:tcPr>
          <w:p w14:paraId="0FEE11B4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Unit 11, Barry Community Enterprise Centre, Skomer Road, Barry CF62 9DA</w:t>
            </w:r>
          </w:p>
        </w:tc>
        <w:tc>
          <w:tcPr>
            <w:tcW w:w="1814" w:type="dxa"/>
          </w:tcPr>
          <w:p w14:paraId="3B29E3C2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01446 741706</w:t>
            </w:r>
          </w:p>
        </w:tc>
        <w:tc>
          <w:tcPr>
            <w:tcW w:w="2869" w:type="dxa"/>
          </w:tcPr>
          <w:p w14:paraId="51135A40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enquiries@gvs.wales</w:t>
            </w:r>
          </w:p>
        </w:tc>
        <w:tc>
          <w:tcPr>
            <w:tcW w:w="2997" w:type="dxa"/>
          </w:tcPr>
          <w:p w14:paraId="6E7A1BBE" w14:textId="46F8C278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33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https://www.gvs.wales</w:t>
              </w:r>
            </w:hyperlink>
          </w:p>
        </w:tc>
      </w:tr>
      <w:tr w:rsidR="008758B7" w:rsidRPr="00246BA0" w14:paraId="1B20D4C1" w14:textId="77777777" w:rsidTr="008B0D55">
        <w:trPr>
          <w:jc w:val="center"/>
        </w:trPr>
        <w:tc>
          <w:tcPr>
            <w:tcW w:w="1798" w:type="dxa"/>
          </w:tcPr>
          <w:p w14:paraId="29D68BA6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South Wales</w:t>
            </w:r>
          </w:p>
        </w:tc>
        <w:tc>
          <w:tcPr>
            <w:tcW w:w="2037" w:type="dxa"/>
          </w:tcPr>
          <w:p w14:paraId="26B82F2E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Merthyr Tydfil</w:t>
            </w:r>
          </w:p>
        </w:tc>
        <w:tc>
          <w:tcPr>
            <w:tcW w:w="2037" w:type="dxa"/>
          </w:tcPr>
          <w:p w14:paraId="02F6C351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Voluntary Action Merthyr Tydfil (VAMT)</w:t>
            </w:r>
          </w:p>
        </w:tc>
        <w:tc>
          <w:tcPr>
            <w:tcW w:w="1976" w:type="dxa"/>
          </w:tcPr>
          <w:p w14:paraId="4FAFB877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Voluntary Action Centre, 89-90 High Street, Merthyr Tydfil CF47 8UH</w:t>
            </w:r>
          </w:p>
        </w:tc>
        <w:tc>
          <w:tcPr>
            <w:tcW w:w="1814" w:type="dxa"/>
          </w:tcPr>
          <w:p w14:paraId="2344965C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01685 353900</w:t>
            </w:r>
          </w:p>
        </w:tc>
        <w:tc>
          <w:tcPr>
            <w:tcW w:w="2869" w:type="dxa"/>
          </w:tcPr>
          <w:p w14:paraId="19490BD6" w14:textId="77777777" w:rsidR="008758B7" w:rsidRPr="00246BA0" w:rsidRDefault="00000000">
            <w:pPr>
              <w:spacing w:after="0"/>
              <w:rPr>
                <w:rFonts w:ascii="Poppins" w:hAnsi="Poppins" w:cs="Poppins"/>
              </w:rPr>
            </w:pPr>
            <w:r w:rsidRPr="00246BA0">
              <w:rPr>
                <w:rFonts w:ascii="Poppins" w:hAnsi="Poppins" w:cs="Poppins"/>
                <w:sz w:val="16"/>
              </w:rPr>
              <w:t>enquiries@vamt.net</w:t>
            </w:r>
          </w:p>
        </w:tc>
        <w:tc>
          <w:tcPr>
            <w:tcW w:w="2997" w:type="dxa"/>
          </w:tcPr>
          <w:p w14:paraId="2257BE00" w14:textId="5FBE833F" w:rsidR="008758B7" w:rsidRPr="00246BA0" w:rsidRDefault="00766E17">
            <w:pPr>
              <w:spacing w:after="0"/>
              <w:rPr>
                <w:rFonts w:ascii="Poppins" w:hAnsi="Poppins" w:cs="Poppins"/>
              </w:rPr>
            </w:pPr>
            <w:hyperlink r:id="rId34" w:history="1">
              <w:r w:rsidR="00000000" w:rsidRPr="00766E17">
                <w:rPr>
                  <w:rStyle w:val="Hyperlink"/>
                  <w:rFonts w:ascii="Poppins" w:hAnsi="Poppins" w:cs="Poppins"/>
                  <w:sz w:val="16"/>
                </w:rPr>
                <w:t>https://www.vamt.net</w:t>
              </w:r>
            </w:hyperlink>
          </w:p>
        </w:tc>
      </w:tr>
    </w:tbl>
    <w:p w14:paraId="558E9FEB" w14:textId="704AE485" w:rsidR="008758B7" w:rsidRPr="00246BA0" w:rsidRDefault="008758B7">
      <w:pPr>
        <w:spacing w:before="120"/>
        <w:rPr>
          <w:rFonts w:ascii="Poppins" w:hAnsi="Poppins" w:cs="Poppins"/>
        </w:rPr>
      </w:pPr>
    </w:p>
    <w:sectPr w:rsidR="008758B7" w:rsidRPr="00246BA0" w:rsidSect="00034616">
      <w:headerReference w:type="default" r:id="rId35"/>
      <w:pgSz w:w="16834" w:h="11909" w:orient="landscape"/>
      <w:pgMar w:top="648" w:right="648" w:bottom="648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EB4C7" w14:textId="77777777" w:rsidR="00D27B3D" w:rsidRDefault="00D27B3D" w:rsidP="008B0D55">
      <w:pPr>
        <w:spacing w:after="0" w:line="240" w:lineRule="auto"/>
      </w:pPr>
      <w:r>
        <w:separator/>
      </w:r>
    </w:p>
  </w:endnote>
  <w:endnote w:type="continuationSeparator" w:id="0">
    <w:p w14:paraId="32FDDF45" w14:textId="77777777" w:rsidR="00D27B3D" w:rsidRDefault="00D27B3D" w:rsidP="008B0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1B2FF" w14:textId="77777777" w:rsidR="00D27B3D" w:rsidRDefault="00D27B3D" w:rsidP="008B0D55">
      <w:pPr>
        <w:spacing w:after="0" w:line="240" w:lineRule="auto"/>
      </w:pPr>
      <w:r>
        <w:separator/>
      </w:r>
    </w:p>
  </w:footnote>
  <w:footnote w:type="continuationSeparator" w:id="0">
    <w:p w14:paraId="4AB351C1" w14:textId="77777777" w:rsidR="00D27B3D" w:rsidRDefault="00D27B3D" w:rsidP="008B0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95A0" w14:textId="1367BE6A" w:rsidR="008B0D55" w:rsidRPr="008B0D55" w:rsidRDefault="008B0D55">
    <w:pPr>
      <w:pStyle w:val="Header"/>
      <w:rPr>
        <w:lang w:val="en-GB"/>
      </w:rPr>
    </w:pPr>
    <w:r>
      <w:rPr>
        <w:lang w:val="en-GB"/>
      </w:rPr>
      <w:t>Updated 26</w:t>
    </w:r>
    <w:r w:rsidRPr="008B0D55">
      <w:rPr>
        <w:vertAlign w:val="superscript"/>
        <w:lang w:val="en-GB"/>
      </w:rPr>
      <w:t>th</w:t>
    </w:r>
    <w:r>
      <w:rPr>
        <w:lang w:val="en-GB"/>
      </w:rPr>
      <w:t xml:space="preserve"> June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139897">
    <w:abstractNumId w:val="8"/>
  </w:num>
  <w:num w:numId="2" w16cid:durableId="2097239922">
    <w:abstractNumId w:val="6"/>
  </w:num>
  <w:num w:numId="3" w16cid:durableId="1501198708">
    <w:abstractNumId w:val="5"/>
  </w:num>
  <w:num w:numId="4" w16cid:durableId="1396005639">
    <w:abstractNumId w:val="4"/>
  </w:num>
  <w:num w:numId="5" w16cid:durableId="1667006200">
    <w:abstractNumId w:val="7"/>
  </w:num>
  <w:num w:numId="6" w16cid:durableId="1040282522">
    <w:abstractNumId w:val="3"/>
  </w:num>
  <w:num w:numId="7" w16cid:durableId="1527670129">
    <w:abstractNumId w:val="2"/>
  </w:num>
  <w:num w:numId="8" w16cid:durableId="979265288">
    <w:abstractNumId w:val="1"/>
  </w:num>
  <w:num w:numId="9" w16cid:durableId="1973293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1DBD"/>
    <w:rsid w:val="00246BA0"/>
    <w:rsid w:val="00294782"/>
    <w:rsid w:val="0029639D"/>
    <w:rsid w:val="002E71B8"/>
    <w:rsid w:val="00326F90"/>
    <w:rsid w:val="00433BCA"/>
    <w:rsid w:val="005171A8"/>
    <w:rsid w:val="005200DD"/>
    <w:rsid w:val="00766E17"/>
    <w:rsid w:val="008758B7"/>
    <w:rsid w:val="008B0D55"/>
    <w:rsid w:val="00A41282"/>
    <w:rsid w:val="00A664F2"/>
    <w:rsid w:val="00AA1D8D"/>
    <w:rsid w:val="00B2499A"/>
    <w:rsid w:val="00B47730"/>
    <w:rsid w:val="00B87105"/>
    <w:rsid w:val="00CB0664"/>
    <w:rsid w:val="00D27B3D"/>
    <w:rsid w:val="00EB4B22"/>
    <w:rsid w:val="00F40C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3064E4"/>
  <w14:defaultImageDpi w14:val="300"/>
  <w15:docId w15:val="{67C34F33-A2B3-4FE6-B802-EF662975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66E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E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olunteering-wales.net" TargetMode="External"/><Relationship Id="rId18" Type="http://schemas.openxmlformats.org/officeDocument/2006/relationships/hyperlink" Target="https://www.dvsc.co.uk/" TargetMode="External"/><Relationship Id="rId26" Type="http://schemas.openxmlformats.org/officeDocument/2006/relationships/hyperlink" Target="https://www.bavo.org.uk" TargetMode="External"/><Relationship Id="rId21" Type="http://schemas.openxmlformats.org/officeDocument/2006/relationships/hyperlink" Target="https://www.medrwnmon.org" TargetMode="External"/><Relationship Id="rId34" Type="http://schemas.openxmlformats.org/officeDocument/2006/relationships/hyperlink" Target="https://www.vamt.net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thirdsectorsupport.wales" TargetMode="External"/><Relationship Id="rId17" Type="http://schemas.openxmlformats.org/officeDocument/2006/relationships/hyperlink" Target="https://www.cvsc.org.uk/en/" TargetMode="External"/><Relationship Id="rId25" Type="http://schemas.openxmlformats.org/officeDocument/2006/relationships/hyperlink" Target="https://www.pavo.org.uk" TargetMode="External"/><Relationship Id="rId33" Type="http://schemas.openxmlformats.org/officeDocument/2006/relationships/hyperlink" Target="https://www.gvs.wal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vow.org" TargetMode="External"/><Relationship Id="rId20" Type="http://schemas.openxmlformats.org/officeDocument/2006/relationships/hyperlink" Target="https://www.mantellgwynedd.com" TargetMode="External"/><Relationship Id="rId29" Type="http://schemas.openxmlformats.org/officeDocument/2006/relationships/hyperlink" Target="http://www.interlinkrct.org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cva.cymru" TargetMode="External"/><Relationship Id="rId24" Type="http://schemas.openxmlformats.org/officeDocument/2006/relationships/hyperlink" Target="https://www.pavs.org.uk" TargetMode="External"/><Relationship Id="rId32" Type="http://schemas.openxmlformats.org/officeDocument/2006/relationships/hyperlink" Target="https://www.tvawales.org.uk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en.infoengine.cymru" TargetMode="External"/><Relationship Id="rId23" Type="http://schemas.openxmlformats.org/officeDocument/2006/relationships/hyperlink" Target="http://www.cavo.org.uk/" TargetMode="External"/><Relationship Id="rId28" Type="http://schemas.openxmlformats.org/officeDocument/2006/relationships/hyperlink" Target="https://www.gavo.org.uk/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flvc.org.uk" TargetMode="External"/><Relationship Id="rId31" Type="http://schemas.openxmlformats.org/officeDocument/2006/relationships/hyperlink" Target="https://www.scvs.org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unding.wales" TargetMode="External"/><Relationship Id="rId22" Type="http://schemas.openxmlformats.org/officeDocument/2006/relationships/hyperlink" Target="http://www.cavs.org.uk" TargetMode="External"/><Relationship Id="rId27" Type="http://schemas.openxmlformats.org/officeDocument/2006/relationships/hyperlink" Target="https://www.c3sc.org.uk/" TargetMode="External"/><Relationship Id="rId30" Type="http://schemas.openxmlformats.org/officeDocument/2006/relationships/hyperlink" Target="https://www.nptcvs.wales" TargetMode="External"/><Relationship Id="rId35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9a48e9-fb93-464c-93bd-69ef17485145">
      <Terms xmlns="http://schemas.microsoft.com/office/infopath/2007/PartnerControls"/>
    </lcf76f155ced4ddcb4097134ff3c332f>
    <TaxCatchAll xmlns="03372793-803f-4751-8071-2e95708973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2027DD6BC414C843EC196CF88D4B6" ma:contentTypeVersion="19" ma:contentTypeDescription="Create a new document." ma:contentTypeScope="" ma:versionID="f0ccb8a69a7b5822f2f89a4a8c2eda9a">
  <xsd:schema xmlns:xsd="http://www.w3.org/2001/XMLSchema" xmlns:xs="http://www.w3.org/2001/XMLSchema" xmlns:p="http://schemas.microsoft.com/office/2006/metadata/properties" xmlns:ns2="e19a48e9-fb93-464c-93bd-69ef17485145" xmlns:ns3="03372793-803f-4751-8071-2e95708973c8" targetNamespace="http://schemas.microsoft.com/office/2006/metadata/properties" ma:root="true" ma:fieldsID="4c3125162830dc7c18835b76585e58db" ns2:_="" ns3:_="">
    <xsd:import namespace="e19a48e9-fb93-464c-93bd-69ef17485145"/>
    <xsd:import namespace="03372793-803f-4751-8071-2e95708973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a48e9-fb93-464c-93bd-69ef174851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0df244-1976-4310-9dc1-ffd98cc4f7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72793-803f-4751-8071-2e95708973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b1d6c3-b83d-48c3-9234-452b5ee8133d}" ma:internalName="TaxCatchAll" ma:showField="CatchAllData" ma:web="03372793-803f-4751-8071-2e95708973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70C068-F079-4C0C-B8C7-4ECE554B5BB8}">
  <ds:schemaRefs>
    <ds:schemaRef ds:uri="http://schemas.microsoft.com/office/2006/metadata/properties"/>
    <ds:schemaRef ds:uri="http://schemas.microsoft.com/office/infopath/2007/PartnerControls"/>
    <ds:schemaRef ds:uri="e19a48e9-fb93-464c-93bd-69ef17485145"/>
    <ds:schemaRef ds:uri="03372793-803f-4751-8071-2e95708973c8"/>
  </ds:schemaRefs>
</ds:datastoreItem>
</file>

<file path=customXml/itemProps3.xml><?xml version="1.0" encoding="utf-8"?>
<ds:datastoreItem xmlns:ds="http://schemas.openxmlformats.org/officeDocument/2006/customXml" ds:itemID="{C6014630-9C4D-4DFE-95DC-6BA6B57F1B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6F7ED1-04CA-4246-B726-9230EE333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9a48e9-fb93-464c-93bd-69ef17485145"/>
    <ds:schemaRef ds:uri="03372793-803f-4751-8071-2e95708973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Francesca Williams</cp:lastModifiedBy>
  <cp:revision>8</cp:revision>
  <cp:lastPrinted>2026-06-26T15:42:00Z</cp:lastPrinted>
  <dcterms:created xsi:type="dcterms:W3CDTF">2026-06-26T15:38:00Z</dcterms:created>
  <dcterms:modified xsi:type="dcterms:W3CDTF">2026-06-26T15:46:00Z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0x0101009E52027DD6BC414C843EC196CF88D4B6</vt:lpwstr>
  </property>
  <property fmtid="{D5CDD505-2E9C-101B-9397-08002B2CF9AE}" pid="3" name="MediaServiceImageTags">
    <vt:lpwstr/>
  </property>
</Properties>
</file>