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4164BB2" w14:textId="77777777" w:rsidR="00291FC8" w:rsidRPr="000343C0" w:rsidRDefault="00000000">
      <w:pPr>
        <w:spacing w:before="160" w:after="120"/>
      </w:pPr>
      <w:r w:rsidRPr="000343C0">
        <w:rPr>
          <w:b/>
          <w:color w:val="172A3A"/>
          <w:sz w:val="50"/>
        </w:rPr>
        <w:t>REGULAMIN KONKURSU</w:t>
      </w:r>
    </w:p>
    <w:p w14:paraId="2662BED6" w14:textId="65EFB8EE" w:rsidR="00291FC8" w:rsidRPr="000343C0" w:rsidRDefault="00000000">
      <w:pPr>
        <w:spacing w:after="360"/>
      </w:pPr>
      <w:r w:rsidRPr="000343C0">
        <w:rPr>
          <w:b/>
          <w:color w:val="C62828"/>
          <w:sz w:val="32"/>
        </w:rPr>
        <w:t>„Kadr z Kina na leżakach”</w:t>
      </w:r>
    </w:p>
    <w:p w14:paraId="353FE30C" w14:textId="3896685D" w:rsidR="00291FC8" w:rsidRPr="000343C0" w:rsidRDefault="00000000">
      <w:pPr>
        <w:spacing w:after="280"/>
      </w:pPr>
      <w:r w:rsidRPr="000343C0">
        <w:rPr>
          <w:i/>
        </w:rPr>
        <w:t>organizowanego podczas wydarzeń Kino na leżakach</w:t>
      </w:r>
    </w:p>
    <w:p w14:paraId="6F23943F" w14:textId="501EA706" w:rsidR="00291FC8" w:rsidRPr="000343C0" w:rsidRDefault="00000000">
      <w:pPr>
        <w:spacing w:after="240"/>
      </w:pPr>
      <w:r w:rsidRPr="000343C0">
        <w:rPr>
          <w:i/>
        </w:rPr>
        <w:t>30 lipca 2026 r.</w:t>
      </w:r>
    </w:p>
    <w:p w14:paraId="42FB26B4" w14:textId="77777777" w:rsidR="00291FC8" w:rsidRPr="000343C0" w:rsidRDefault="00000000">
      <w:pPr>
        <w:pStyle w:val="Nagwek1"/>
      </w:pPr>
      <w:r w:rsidRPr="000343C0">
        <w:t>§ 1. Postanowienia ogólne</w:t>
      </w:r>
    </w:p>
    <w:p w14:paraId="38089DEF" w14:textId="6585D6C9" w:rsidR="00291FC8" w:rsidRPr="000343C0" w:rsidRDefault="00000000">
      <w:pPr>
        <w:pStyle w:val="Listanumerowana"/>
        <w:spacing w:after="80"/>
      </w:pPr>
      <w:r w:rsidRPr="000343C0">
        <w:t>Organizatorem Konkursu „Kadr z Kina na leżakach” (dalej: „Konkurs”) i fundatorem nagród jest Kinads Media sp. z o.o. z siedzibą w Warszawie, Aleja Wilanowska 67D/8, 02-765 Warszawa, wpisana do rejestru przedsiębiorców Krajowego Rejestru Sądowego pod numerem KRS 0000947586, NIP 5213718497, REGON 363501927, kapitał zakładowy 50 000 zł, e-mail: biuro@kinads.pl (dalej: „Organizator”).</w:t>
      </w:r>
    </w:p>
    <w:p w14:paraId="3D9FABCC" w14:textId="76030EC6" w:rsidR="00291FC8" w:rsidRPr="000343C0" w:rsidRDefault="00000000">
      <w:pPr>
        <w:pStyle w:val="Listanumerowana"/>
        <w:spacing w:after="80"/>
      </w:pPr>
      <w:r w:rsidRPr="000343C0">
        <w:t>Konkurs jest organizowany podczas wydarzeń z cyklu Kino na leżakach</w:t>
      </w:r>
      <w:r w:rsidR="00190B8B">
        <w:t xml:space="preserve">. </w:t>
      </w:r>
      <w:r w:rsidRPr="000343C0">
        <w:t>Konkurs przeprowadzany w danym mieście i terminie stanowi odrębną edycję Konkursu (dalej: „Edycja”). Dane Edycji, w tym dokładne miejsce, czas przyjmowania zgłoszeń oraz wartość nagrody, określa Załącznik nr 1 do Regulaminu i komunikat ogłaszany na miejscu wydarzenia.</w:t>
      </w:r>
    </w:p>
    <w:p w14:paraId="318E8003" w14:textId="375192BF" w:rsidR="00291FC8" w:rsidRPr="000343C0" w:rsidRDefault="00000000">
      <w:pPr>
        <w:pStyle w:val="Listanumerowana"/>
        <w:spacing w:after="80"/>
      </w:pPr>
      <w:r w:rsidRPr="000343C0">
        <w:t xml:space="preserve">Udział w Konkursie jest dobrowolny i nieodpłatny. Uczestnik ponosi wyłącznie zwykłe koszty korzystania z </w:t>
      </w:r>
      <w:commentRangeStart w:id="0"/>
      <w:r w:rsidR="00B25C0C">
        <w:t xml:space="preserve">własnego </w:t>
      </w:r>
      <w:commentRangeEnd w:id="0"/>
      <w:r w:rsidR="00B50D52" w:rsidRPr="000343C0">
        <w:rPr>
          <w:rStyle w:val="Odwoaniedokomentarza"/>
          <w:sz w:val="21"/>
          <w:szCs w:val="22"/>
        </w:rPr>
        <w:commentReference w:id="0"/>
      </w:r>
      <w:r w:rsidRPr="000343C0">
        <w:t>urządzenia i dostępu do Internetu, zgodnie z taryfą swojego operatora.</w:t>
      </w:r>
    </w:p>
    <w:p w14:paraId="42D1B0D5" w14:textId="77777777" w:rsidR="00291FC8" w:rsidRPr="000343C0" w:rsidRDefault="00000000">
      <w:pPr>
        <w:pStyle w:val="Listanumerowana"/>
        <w:spacing w:after="80"/>
      </w:pPr>
      <w:r w:rsidRPr="000343C0">
        <w:t>Konkurs jest konkursem kreatywnym. O wygranej nie decyduje przypadek. Konkurs nie jest grą losową, loterią promocyjną, zakładem wzajemnym ani inną grą hazardową w rozumieniu ustawy z 19 listopada 2009 r. o grach hazardowych.</w:t>
      </w:r>
    </w:p>
    <w:p w14:paraId="0179A8A2" w14:textId="77777777" w:rsidR="00291FC8" w:rsidRPr="000343C0" w:rsidRDefault="00000000">
      <w:pPr>
        <w:pStyle w:val="Listanumerowana"/>
        <w:spacing w:after="80"/>
      </w:pPr>
      <w:r w:rsidRPr="000343C0">
        <w:t>Instagram nie jest organizatorem, sponsorem, współorganizatorem ani administratorem Konkursu. Konkurs nie jest przez Instagram wspierany ani z nim związany. Każdy Uczestnik zwalnia Instagram z odpowiedzialności związanej z Konkursem w zakresie dopuszczalnym przez prawo. Pytania i reklamacje należy kierować wyłącznie do Organizatora.</w:t>
      </w:r>
    </w:p>
    <w:p w14:paraId="33470CBE" w14:textId="3445FEC6" w:rsidR="00291FC8" w:rsidRPr="000343C0" w:rsidRDefault="00000000">
      <w:pPr>
        <w:pStyle w:val="Listanumerowana"/>
        <w:spacing w:after="80"/>
      </w:pPr>
      <w:r w:rsidRPr="000343C0">
        <w:t xml:space="preserve">Regulamin jest dostępny przed rozpoczęciem i przez czas trwania Edycji </w:t>
      </w:r>
      <w:r w:rsidR="005D03F0">
        <w:t xml:space="preserve">u obsługi wydarzenia oraz pod adresem URL: </w:t>
      </w:r>
      <w:hyperlink r:id="rId15" w:history="1">
        <w:r w:rsidR="005D03F0" w:rsidRPr="00C437CA">
          <w:rPr>
            <w:rStyle w:val="Hipercze"/>
          </w:rPr>
          <w:t>https://www.kinads.pl/pliki-do-pobrania-kinads</w:t>
        </w:r>
      </w:hyperlink>
      <w:r w:rsidR="005D03F0">
        <w:t xml:space="preserve"> </w:t>
      </w:r>
      <w:r w:rsidRPr="000343C0">
        <w:t>w sposób umożliwiający jego zapisanie i odtworzenie.</w:t>
      </w:r>
    </w:p>
    <w:p w14:paraId="47C0B036" w14:textId="77777777" w:rsidR="00291FC8" w:rsidRPr="000343C0" w:rsidRDefault="00000000">
      <w:pPr>
        <w:pStyle w:val="Nagwek1"/>
      </w:pPr>
      <w:r w:rsidRPr="000343C0">
        <w:t>§ 2. Uczestnicy</w:t>
      </w:r>
    </w:p>
    <w:p w14:paraId="4634EF21" w14:textId="7A5C8B3A" w:rsidR="00291FC8" w:rsidRPr="000343C0" w:rsidRDefault="00000000">
      <w:pPr>
        <w:pStyle w:val="Listanumerowana"/>
        <w:spacing w:after="80"/>
      </w:pPr>
      <w:r w:rsidRPr="000343C0">
        <w:t>Uczestnikiem może być osoba fizyczna, która najpóźniej w chwili zgłoszenia ukończyła 18 lat, posiada pełną zdolność do czynności prawnych, ma miejsce zamieszkania na terytorium Rzeczypospolitej Polskiej, uczestniczy w danym wydarzeniu i posiada aktywne konto na Instagramie.</w:t>
      </w:r>
    </w:p>
    <w:p w14:paraId="77C6AF89" w14:textId="77777777" w:rsidR="00291FC8" w:rsidRPr="000343C0" w:rsidRDefault="00000000">
      <w:pPr>
        <w:pStyle w:val="Listanumerowana"/>
        <w:spacing w:after="80"/>
      </w:pPr>
      <w:r w:rsidRPr="000343C0">
        <w:t>W Konkursie nie mogą brać udziału pracownicy, członkowie organów ani stali współpracownicy Organizatora, osoby bezpośrednio zaangażowane w przygotowanie lub obsługę Konkursu, a także ich małżonkowie, wstępni, zstępni i rodzeństwo.</w:t>
      </w:r>
    </w:p>
    <w:p w14:paraId="1C48FFDA" w14:textId="77777777" w:rsidR="00291FC8" w:rsidRPr="000343C0" w:rsidRDefault="00000000">
      <w:pPr>
        <w:pStyle w:val="Listanumerowana"/>
        <w:spacing w:after="80"/>
      </w:pPr>
      <w:r w:rsidRPr="000343C0">
        <w:t>Jedna osoba może przesłać w danej Edycji jedno zgłoszenie i otrzymać jeden wydruk fotografii. Uczestnik może działać w imieniu własnym; niedopuszczalne jest zgłaszanie cudzych materiałów lub kont.</w:t>
      </w:r>
    </w:p>
    <w:p w14:paraId="378C0305" w14:textId="77777777" w:rsidR="00291FC8" w:rsidRPr="000343C0" w:rsidRDefault="00000000">
      <w:pPr>
        <w:pStyle w:val="Listanumerowana"/>
        <w:spacing w:after="80"/>
      </w:pPr>
      <w:r w:rsidRPr="000343C0">
        <w:t>Przystąpienie do Konkursu następuje przez wykonanie wszystkich czynności określonych w § 3 i oznacza akceptację Regulaminu.</w:t>
      </w:r>
    </w:p>
    <w:p w14:paraId="115CB2D5" w14:textId="77777777" w:rsidR="00291FC8" w:rsidRPr="000343C0" w:rsidRDefault="00000000">
      <w:pPr>
        <w:pStyle w:val="Nagwek1"/>
      </w:pPr>
      <w:r w:rsidRPr="000343C0">
        <w:lastRenderedPageBreak/>
        <w:t>§ 3. Zadanie konkursowe i zgłoszenie</w:t>
      </w:r>
    </w:p>
    <w:p w14:paraId="2C454AF4" w14:textId="3623862E" w:rsidR="00291FC8" w:rsidRPr="000343C0" w:rsidRDefault="00000000">
      <w:pPr>
        <w:pStyle w:val="Listanumerowana"/>
        <w:spacing w:after="80"/>
      </w:pPr>
      <w:r w:rsidRPr="000343C0">
        <w:t xml:space="preserve">Organizator dopuszcza do udziału maksymalnie 20 pierwszych osób, które zgłoszą chęć uczestnictwa obsłudze Konkursu przed seansem. O kolejności decyduje moment zgłoszenia się do </w:t>
      </w:r>
      <w:commentRangeStart w:id="1"/>
      <w:r w:rsidRPr="000343C0">
        <w:t>obsługi.</w:t>
      </w:r>
      <w:commentRangeEnd w:id="1"/>
      <w:r w:rsidR="000058CB">
        <w:rPr>
          <w:rStyle w:val="Odwoaniedokomentarza"/>
          <w:sz w:val="21"/>
          <w:szCs w:val="22"/>
        </w:rPr>
        <w:commentReference w:id="1"/>
      </w:r>
      <w:r w:rsidR="00AE3623">
        <w:t xml:space="preserve"> </w:t>
      </w:r>
      <w:commentRangeStart w:id="2"/>
      <w:r w:rsidR="00AE3623" w:rsidRPr="00AE3623">
        <w:t>Decyzja obsługi</w:t>
      </w:r>
      <w:r w:rsidR="005D03F0">
        <w:t xml:space="preserve"> wydarzenia</w:t>
      </w:r>
      <w:r w:rsidR="00AE3623" w:rsidRPr="00AE3623">
        <w:t xml:space="preserve"> co do kolejności zgłoszeń jest ostateczna i wynika z faktycznej kolejności zgłoszenia się do obsługi</w:t>
      </w:r>
      <w:r w:rsidR="005D03F0">
        <w:t xml:space="preserve"> Kina na leżakach</w:t>
      </w:r>
      <w:r w:rsidR="00AE3623" w:rsidRPr="00AE3623">
        <w:t>.</w:t>
      </w:r>
      <w:commentRangeEnd w:id="2"/>
      <w:r w:rsidR="00A74019" w:rsidRPr="000343C0">
        <w:rPr>
          <w:rStyle w:val="Odwoaniedokomentarza"/>
          <w:sz w:val="21"/>
          <w:szCs w:val="22"/>
        </w:rPr>
        <w:commentReference w:id="2"/>
      </w:r>
    </w:p>
    <w:p w14:paraId="7959479B" w14:textId="77777777" w:rsidR="00291FC8" w:rsidRPr="000343C0" w:rsidRDefault="00000000">
      <w:pPr>
        <w:pStyle w:val="Listanumerowana"/>
        <w:spacing w:after="80"/>
      </w:pPr>
      <w:r w:rsidRPr="000343C0">
        <w:t>Obsługa wykonuje Uczestnikowi albo Uczestnikowi i wskazanym przez niego osobom jedno zdjęcie w przestrzeni wydarzenia, drukuje je i przekazuje Uczestnikowi. Zdjęcie służy wyłącznie realizacji Konkursu i przekazaniu pamiątkowego wydruku.</w:t>
      </w:r>
    </w:p>
    <w:p w14:paraId="711D04C2" w14:textId="77777777" w:rsidR="00291FC8" w:rsidRPr="000343C0" w:rsidRDefault="00000000">
      <w:pPr>
        <w:pStyle w:val="Listanumerowana"/>
        <w:spacing w:after="80"/>
      </w:pPr>
      <w:r w:rsidRPr="000343C0">
        <w:t>Zadanie konkursowe polega na sfotografowaniu otrzymanego wydruku w kreatywny sposób w przestrzeni wydarzenia oraz opublikowaniu fotografii jako relacji Stories na Instagramie w czasie przyjmowania zgłoszeń określonym w Załączniku nr 1.</w:t>
      </w:r>
    </w:p>
    <w:p w14:paraId="014C85A2" w14:textId="4AB5BF7B" w:rsidR="00291FC8" w:rsidRPr="000343C0" w:rsidRDefault="00000000">
      <w:pPr>
        <w:pStyle w:val="Listanumerowana"/>
        <w:spacing w:after="80"/>
      </w:pPr>
      <w:r w:rsidRPr="000343C0">
        <w:t xml:space="preserve">Prawidłowa relacja musi zawierać: (a) </w:t>
      </w:r>
      <w:r w:rsidR="00A65384">
        <w:t>wyraźnie</w:t>
      </w:r>
      <w:r w:rsidR="00A65384" w:rsidRPr="000343C0">
        <w:t xml:space="preserve"> </w:t>
      </w:r>
      <w:r w:rsidRPr="000343C0">
        <w:t>widoczny otrzymany wydruk, (b) oznaczenie profilu @kinonalezakach oraz (c) oznaczenie lokalizacji wydarzenia dostępne na Instagramie albo - gdy właściwej lokalizacji nie ma w serwisie - wpisaną w relacji nazwę miejscowości i miejsca wydarzenia. Krótki opis wieczoru lub seansu jest dobrowolny.</w:t>
      </w:r>
    </w:p>
    <w:p w14:paraId="7467484F" w14:textId="5FC5BFBC" w:rsidR="00747DEB" w:rsidRPr="000343C0" w:rsidRDefault="00000000" w:rsidP="00747DEB">
      <w:pPr>
        <w:pStyle w:val="Listanumerowana"/>
        <w:spacing w:after="80"/>
      </w:pPr>
      <w:r w:rsidRPr="000343C0">
        <w:t>Po publikacji Uczestnik pokazuje relację członkowi obsługi. Obsługa weryfikuje spełnienie wymogów, zapisuje nazwę konta i numer zgłoszenia oraz wykonuje zrzut ekranu poprawnego zgłoszenia do celów oceny i ewentualnego postępowania reklamacyjnego.</w:t>
      </w:r>
    </w:p>
    <w:p w14:paraId="3453D6E5" w14:textId="77777777" w:rsidR="00291FC8" w:rsidRPr="000343C0" w:rsidRDefault="00000000">
      <w:pPr>
        <w:pStyle w:val="Listanumerowana"/>
        <w:spacing w:after="80"/>
      </w:pPr>
      <w:r w:rsidRPr="000343C0">
        <w:t>Konto Uczestnika powinno być publiczne do czasu ogłoszenia wyniku. Konto może pozostać prywatne, jeżeli Uczestnik pokaże opublikowaną relację obsłudze w sposób umożliwiający weryfikację i wykonanie zrzutu ekranu.</w:t>
      </w:r>
    </w:p>
    <w:p w14:paraId="0F67DF98" w14:textId="77777777" w:rsidR="00291FC8" w:rsidRPr="000343C0" w:rsidRDefault="00000000">
      <w:pPr>
        <w:pStyle w:val="Listanumerowana"/>
        <w:spacing w:after="80"/>
      </w:pPr>
      <w:r w:rsidRPr="000343C0">
        <w:t>Zgłoszenie musi być zgodne z prawem, Regulaminem i zasadami Instagrama, nie może naruszać praw osób trzecich, dóbr osobistych ani zasad współżycia społecznego, zawierać treści bezprawnych, dyskryminujących, wulgarnych, niebezpiecznych lub reklamujących podmioty konkurencyjne względem partnerów wydarzenia.</w:t>
      </w:r>
    </w:p>
    <w:p w14:paraId="1EF979E0" w14:textId="77777777" w:rsidR="00291FC8" w:rsidRPr="000343C0" w:rsidRDefault="00000000">
      <w:pPr>
        <w:pStyle w:val="Listanumerowana"/>
        <w:spacing w:after="80"/>
      </w:pPr>
      <w:r w:rsidRPr="000343C0">
        <w:t>Jeżeli w relacji albo na fotografii znajdują się inne rozpoznawalne osoby, Uczestnik powinien posiadać ich zgodę na wykonanie i wykorzystanie wizerunku w zakresie niezbędnym do udziału w Konkursie. Za osoby małoletnie zgodę wyraża ich przedstawiciel ustawowy.</w:t>
      </w:r>
    </w:p>
    <w:p w14:paraId="63C54DEE" w14:textId="77777777" w:rsidR="00291FC8" w:rsidRPr="000343C0" w:rsidRDefault="00000000">
      <w:pPr>
        <w:pStyle w:val="Listanumerowana"/>
        <w:spacing w:after="80"/>
      </w:pPr>
      <w:r w:rsidRPr="000343C0">
        <w:t>Zgłoszenia niekompletne, opublikowane po terminie, niesamodzielne lub naruszające ust. 7-8 mogą zostać pominięte. Przed pominięciem zgłoszenia Organizator, o ile jest to możliwe bez zakłócania harmonogramu Edycji, umożliwi Uczestnikowi wyjaśnienie wątpliwości.</w:t>
      </w:r>
    </w:p>
    <w:p w14:paraId="234B8F36" w14:textId="77777777" w:rsidR="00291FC8" w:rsidRPr="000343C0" w:rsidRDefault="00000000">
      <w:pPr>
        <w:pStyle w:val="Nagwek1"/>
      </w:pPr>
      <w:r w:rsidRPr="000343C0">
        <w:t>§ 4. Wybór zwycięzcy</w:t>
      </w:r>
    </w:p>
    <w:p w14:paraId="24C1C5BD" w14:textId="77777777" w:rsidR="00291FC8" w:rsidRPr="000343C0" w:rsidRDefault="00000000">
      <w:pPr>
        <w:pStyle w:val="Listanumerowana"/>
        <w:spacing w:after="80"/>
      </w:pPr>
      <w:r w:rsidRPr="000343C0">
        <w:t>Po zakończeniu przyjmowania zgłoszeń komisja konkursowa wyznaczona przez Organizatora ocenia wszystkie prawidłowe zgłoszenia. Komisja składa się z co najmniej dwóch osób.</w:t>
      </w:r>
    </w:p>
    <w:p w14:paraId="38CBA333" w14:textId="77777777" w:rsidR="00291FC8" w:rsidRPr="000343C0" w:rsidRDefault="00000000">
      <w:pPr>
        <w:pStyle w:val="Listanumerowana"/>
        <w:spacing w:after="80"/>
      </w:pPr>
      <w:r w:rsidRPr="000343C0">
        <w:t>Komisja przyznaje łącznie od 0 do 15 punktów, po 0-3 punkty za każde z następujących kryteriów: (a) kreatywne pokazanie wydruku, (b) oddanie klimatu letniego kina, (c) estetyka ujęcia, (d) widoczność elementów wydarzenia oraz (e) pomysł na relację, w tym jej opcjonalny opis.</w:t>
      </w:r>
    </w:p>
    <w:p w14:paraId="7740B690" w14:textId="57148750" w:rsidR="00291FC8" w:rsidRPr="000343C0" w:rsidRDefault="00000000">
      <w:pPr>
        <w:pStyle w:val="Listanumerowana"/>
        <w:spacing w:after="80"/>
      </w:pPr>
      <w:r w:rsidRPr="000343C0">
        <w:t xml:space="preserve">Zwycięża zgłoszenie z najwyższą liczbą punktów. W razie remisu komisja ponownie porównuje remisujące zgłoszenia, przy czym rozstrzygające znaczenie ma najpierw kreatywność, a następnie oddanie </w:t>
      </w:r>
      <w:r w:rsidR="0022569E">
        <w:t>„</w:t>
      </w:r>
      <w:r w:rsidRPr="000343C0">
        <w:t>klimatu</w:t>
      </w:r>
      <w:r w:rsidR="0022569E">
        <w:t>”</w:t>
      </w:r>
      <w:r w:rsidRPr="000343C0">
        <w:t xml:space="preserve"> wydarzenia. Z oceny sporządza się krótką notatkę lub protokół</w:t>
      </w:r>
      <w:r w:rsidR="001C3883">
        <w:t>, które pozostają u Organizatora</w:t>
      </w:r>
      <w:r w:rsidRPr="000343C0">
        <w:t>.</w:t>
      </w:r>
    </w:p>
    <w:p w14:paraId="08A8A6C1" w14:textId="287DB925" w:rsidR="00291FC8" w:rsidRPr="000343C0" w:rsidRDefault="00000000">
      <w:pPr>
        <w:pStyle w:val="Listanumerowana"/>
        <w:spacing w:after="80"/>
      </w:pPr>
      <w:r w:rsidRPr="000343C0">
        <w:t xml:space="preserve">Wynik zostanie ogłoszony przez prowadzącego </w:t>
      </w:r>
      <w:r w:rsidR="000343C0" w:rsidRPr="000343C0">
        <w:t>przed rozpoczęciem seansu</w:t>
      </w:r>
      <w:r w:rsidRPr="000343C0">
        <w:t>, w miejscu wydarzenia</w:t>
      </w:r>
      <w:r w:rsidR="000343C0">
        <w:t>, pod ekranem</w:t>
      </w:r>
      <w:r w:rsidRPr="000343C0">
        <w:t>. Zwycięzca musi być obecny w chwili ogłoszenia wyniku i zgłosić się do prowadzącego lub obsługi w ciągu 10 minut.</w:t>
      </w:r>
    </w:p>
    <w:p w14:paraId="11C98746" w14:textId="77777777" w:rsidR="003F59D4" w:rsidRDefault="00000000">
      <w:pPr>
        <w:pStyle w:val="Listanumerowana"/>
        <w:spacing w:after="80"/>
      </w:pPr>
      <w:r w:rsidRPr="000343C0">
        <w:t xml:space="preserve">Jeżeli zwycięzca nie jest obecny albo nie zgłosi się w terminie, traci prawo do nagrody, a komisja może przyznać ją autorowi kolejnego najwyżej ocenionego prawidłowego zgłoszenia. </w:t>
      </w:r>
    </w:p>
    <w:p w14:paraId="5166F96C" w14:textId="77777777" w:rsidR="00291FC8" w:rsidRPr="000343C0" w:rsidRDefault="00000000">
      <w:pPr>
        <w:pStyle w:val="Nagwek1"/>
      </w:pPr>
      <w:r w:rsidRPr="000343C0">
        <w:lastRenderedPageBreak/>
        <w:t>§ 5. Nagroda</w:t>
      </w:r>
    </w:p>
    <w:p w14:paraId="767B7C1F" w14:textId="77777777" w:rsidR="00291FC8" w:rsidRPr="000343C0" w:rsidRDefault="00000000">
      <w:pPr>
        <w:pStyle w:val="Listanumerowana"/>
        <w:spacing w:after="80"/>
      </w:pPr>
      <w:r w:rsidRPr="000343C0">
        <w:t>W każdej Edycji przyznawana jest jedna nagroda główna: torba prezentowa Kinads Media zawierająca kosmetyki, książki i przekąski. Dokładny skład torby może różnić się między Edycjami; jej wartość brutto oraz ewentualne istotne warunki dotyczące poszczególnych produktów wskazuje Załącznik nr 1.</w:t>
      </w:r>
    </w:p>
    <w:p w14:paraId="7A55B3EF" w14:textId="054D954A" w:rsidR="00291FC8" w:rsidRPr="000343C0" w:rsidRDefault="00000000">
      <w:pPr>
        <w:pStyle w:val="Listanumerowana"/>
        <w:spacing w:after="80"/>
      </w:pPr>
      <w:r w:rsidRPr="000343C0">
        <w:t>Nagrody nie można wymienić na ekwiwalent pieniężny ani inną nagrodę.</w:t>
      </w:r>
    </w:p>
    <w:p w14:paraId="44E4CFA2" w14:textId="14A09160" w:rsidR="00291FC8" w:rsidRPr="000343C0" w:rsidRDefault="00000000">
      <w:pPr>
        <w:pStyle w:val="Listanumerowana"/>
        <w:spacing w:after="80"/>
      </w:pPr>
      <w:r w:rsidRPr="000343C0">
        <w:t>Nagroda zostanie wydana na miejscu, po ogłoszeniu wyniku, za potwierdzeniem odbioru</w:t>
      </w:r>
      <w:r w:rsidR="00FE3EF1">
        <w:t>.</w:t>
      </w:r>
    </w:p>
    <w:p w14:paraId="56133EEB" w14:textId="77777777" w:rsidR="00291FC8" w:rsidRPr="000343C0" w:rsidRDefault="00000000">
      <w:pPr>
        <w:pStyle w:val="Nagwek1"/>
      </w:pPr>
      <w:r w:rsidRPr="000343C0">
        <w:t>§ 6. Prawa do zgłoszenia i wizerunek</w:t>
      </w:r>
    </w:p>
    <w:p w14:paraId="3B61945D" w14:textId="77777777" w:rsidR="00291FC8" w:rsidRPr="000343C0" w:rsidRDefault="00000000">
      <w:pPr>
        <w:pStyle w:val="Listanumerowana"/>
        <w:spacing w:after="80"/>
      </w:pPr>
      <w:r w:rsidRPr="000343C0">
        <w:t>Uczestnik oświadcza, że zgłoszenie jest jego samodzielnym materiałem albo że posiada prawa i zgody niezbędne do jego publikacji i udziału w Konkursie.</w:t>
      </w:r>
    </w:p>
    <w:p w14:paraId="29858935" w14:textId="77777777" w:rsidR="00291FC8" w:rsidRPr="000343C0" w:rsidRDefault="00000000">
      <w:pPr>
        <w:pStyle w:val="Listanumerowana"/>
        <w:spacing w:after="80"/>
      </w:pPr>
      <w:r w:rsidRPr="000343C0">
        <w:t>Samo zgłoszenie nie przenosi na Organizatora autorskich praw majątkowych. Organizator może przechowywać zrzut ekranu i okazać go komisji wyłącznie w celu przeprowadzenia Konkursu, udokumentowania wyniku oraz rozpatrywania reklamacji.</w:t>
      </w:r>
    </w:p>
    <w:p w14:paraId="02ED6C6E" w14:textId="77777777" w:rsidR="00291FC8" w:rsidRPr="000343C0" w:rsidRDefault="00000000">
      <w:pPr>
        <w:pStyle w:val="Listanumerowana"/>
        <w:spacing w:after="80"/>
      </w:pPr>
      <w:r w:rsidRPr="000343C0">
        <w:t>Organizator może udostępnić relację Uczestnika na profilu @kinonalezakach za pomocą natywnej funkcji Instagrama, jeżeli relacja oznacza ten profil i funkcjonalność platformy na to pozwala. Uczestnik może sprzeciwić się takiemu udostępnieniu, informując obsługę przed ogłoszeniem wyniku lub pisząc na biuro@kinads.pl; sprzeciw nie wpływa na ocenę zgłoszenia.</w:t>
      </w:r>
    </w:p>
    <w:p w14:paraId="696577F3" w14:textId="22B3DE38" w:rsidR="00291FC8" w:rsidRPr="000343C0" w:rsidRDefault="00000000">
      <w:pPr>
        <w:pStyle w:val="Listanumerowana"/>
        <w:spacing w:after="80"/>
      </w:pPr>
      <w:r w:rsidRPr="000343C0">
        <w:t>Wykonana przez obsługę fotografia nie będzie publikowana przez Organizatora na podstawie niniejszego Regulaminu.</w:t>
      </w:r>
    </w:p>
    <w:p w14:paraId="74B783C3" w14:textId="77777777" w:rsidR="00291FC8" w:rsidRPr="000343C0" w:rsidRDefault="00000000">
      <w:pPr>
        <w:pStyle w:val="Nagwek1"/>
      </w:pPr>
      <w:r w:rsidRPr="000343C0">
        <w:t>§ 7. Reklamacje</w:t>
      </w:r>
    </w:p>
    <w:p w14:paraId="3F46C28E" w14:textId="43A21000" w:rsidR="00291FC8" w:rsidRPr="000343C0" w:rsidRDefault="00000000">
      <w:pPr>
        <w:pStyle w:val="Listanumerowana"/>
        <w:spacing w:after="80"/>
      </w:pPr>
      <w:r w:rsidRPr="000343C0">
        <w:t xml:space="preserve">Reklamacje dotyczące przebiegu lub wyniku Edycji można składać w formie elektronicznej na adres biuro@kinads.pl albo pisemnie na adres siedziby Organizatora. Dla sprawnego rozpatrzenia reklamacja powinna zawierać imię i nazwisko </w:t>
      </w:r>
      <w:r w:rsidR="008748FA">
        <w:t>i</w:t>
      </w:r>
      <w:r w:rsidRPr="000343C0">
        <w:t xml:space="preserve"> nazwę konta</w:t>
      </w:r>
      <w:r w:rsidR="008748FA">
        <w:t xml:space="preserve"> na profilu Instagram</w:t>
      </w:r>
      <w:r w:rsidRPr="000343C0">
        <w:t>, oznaczenie Edycji, opis zastrzeżeń oraz adres do odpowiedzi.</w:t>
      </w:r>
    </w:p>
    <w:p w14:paraId="18A29F06" w14:textId="77777777" w:rsidR="00291FC8" w:rsidRPr="000343C0" w:rsidRDefault="00000000">
      <w:pPr>
        <w:pStyle w:val="Listanumerowana"/>
        <w:spacing w:after="80"/>
      </w:pPr>
      <w:r w:rsidRPr="000343C0">
        <w:t>Reklamację można złożyć w ciągu 30 dni od ogłoszenia wyniku danej Edycji. Upływ tego terminu nie wyłącza praw Uczestnika wynikających z bezwzględnie obowiązujących przepisów.</w:t>
      </w:r>
    </w:p>
    <w:p w14:paraId="31BB7010" w14:textId="77777777" w:rsidR="00291FC8" w:rsidRPr="000343C0" w:rsidRDefault="00000000">
      <w:pPr>
        <w:pStyle w:val="Listanumerowana"/>
        <w:spacing w:after="80"/>
      </w:pPr>
      <w:r w:rsidRPr="000343C0">
        <w:t>Organizator udzieli odpowiedzi w terminie 14 dni od otrzymania reklamacji, w sposób odpowiadający formie jej złożenia, chyba że Uczestnik wskaże inny sposób kontaktu.</w:t>
      </w:r>
    </w:p>
    <w:p w14:paraId="7EC6E934" w14:textId="77777777" w:rsidR="00291FC8" w:rsidRPr="000343C0" w:rsidRDefault="00000000">
      <w:pPr>
        <w:pStyle w:val="Listanumerowana"/>
        <w:spacing w:after="80"/>
      </w:pPr>
      <w:r w:rsidRPr="000343C0">
        <w:t>Postępowanie reklamacyjne jest dobrowolne i nie wyłącza prawa Uczestnika do dochodzenia roszczeń przed właściwym sądem.</w:t>
      </w:r>
    </w:p>
    <w:p w14:paraId="2FED7677" w14:textId="77777777" w:rsidR="00291FC8" w:rsidRPr="000343C0" w:rsidRDefault="00000000">
      <w:pPr>
        <w:pStyle w:val="Nagwek1"/>
      </w:pPr>
      <w:r w:rsidRPr="000343C0">
        <w:t>§ 8. Dane osobowe</w:t>
      </w:r>
    </w:p>
    <w:p w14:paraId="43E66F66" w14:textId="77777777" w:rsidR="00291FC8" w:rsidRPr="000343C0" w:rsidRDefault="00000000">
      <w:pPr>
        <w:pStyle w:val="Listanumerowana"/>
        <w:spacing w:after="80"/>
      </w:pPr>
      <w:r w:rsidRPr="000343C0">
        <w:t>Administratorem danych osobowych Uczestników jest Organizator. Z administratorem można skontaktować się listownie na adres siedziby lub e-mailem: biuro@kinads.pl.</w:t>
      </w:r>
    </w:p>
    <w:p w14:paraId="7A4C706C" w14:textId="77777777" w:rsidR="00291FC8" w:rsidRPr="00182F11" w:rsidRDefault="00000000">
      <w:pPr>
        <w:pStyle w:val="Listanumerowana"/>
        <w:spacing w:after="80"/>
        <w:rPr>
          <w:color w:val="auto"/>
        </w:rPr>
      </w:pPr>
      <w:r w:rsidRPr="000343C0">
        <w:t xml:space="preserve">Organizator przetwarza w szczególności nazwę konta na Instagramie, numer zgłoszenia, zrzut ekranu relacji, wizerunek utrwalony na fotografii, a w odniesieniu do zwycięzcy także imię i nazwisko, dane kontaktowe, potwierdzenie odbioru oraz </w:t>
      </w:r>
      <w:r w:rsidRPr="00182F11">
        <w:rPr>
          <w:color w:val="auto"/>
        </w:rPr>
        <w:t>- jeśli jest to konieczne - dane wymagane przepisami podatkowymi.</w:t>
      </w:r>
    </w:p>
    <w:p w14:paraId="6181CD4D" w14:textId="77777777" w:rsidR="00291FC8" w:rsidRPr="000343C0" w:rsidRDefault="00000000">
      <w:pPr>
        <w:pStyle w:val="Listanumerowana"/>
        <w:spacing w:after="80"/>
      </w:pPr>
      <w:r w:rsidRPr="000343C0">
        <w:t>Dane są przetwarzane: (a) w celu przeprowadzenia Konkursu i wydania nagrody - na podstawie art. 6 ust. 1 lit. b RODO; (b) w celu wykonania obowiązków prawnych, w szczególności podatkowych i rachunkowych - na podstawie art. 6 ust. 1 lit. c RODO; oraz (c) w celu ustalenia, dochodzenia lub obrony roszczeń i udokumentowania prawidłowości Konkursu - na podstawie art. 6 ust. 1 lit. f RODO, tj. prawnie uzasadnionego interesu Organizatora.</w:t>
      </w:r>
    </w:p>
    <w:p w14:paraId="4BADFCBB" w14:textId="77777777" w:rsidR="00291FC8" w:rsidRPr="000343C0" w:rsidRDefault="00000000">
      <w:pPr>
        <w:pStyle w:val="Listanumerowana"/>
        <w:spacing w:after="80"/>
      </w:pPr>
      <w:r w:rsidRPr="000343C0">
        <w:t>Podanie danych niezbędnych do zgłoszenia jest dobrowolne, ale konieczne do udziału. Podanie danych zwycięzcy wymaganych do wydania lub rozliczenia nagrody jest konieczne do jej otrzymania.</w:t>
      </w:r>
    </w:p>
    <w:p w14:paraId="6CC57224" w14:textId="77777777" w:rsidR="00291FC8" w:rsidRPr="00182F11" w:rsidRDefault="00000000">
      <w:pPr>
        <w:pStyle w:val="Listanumerowana"/>
        <w:spacing w:after="80"/>
        <w:rPr>
          <w:color w:val="auto"/>
        </w:rPr>
      </w:pPr>
      <w:r w:rsidRPr="000343C0">
        <w:lastRenderedPageBreak/>
        <w:t xml:space="preserve">Dane mogą być przekazywane podmiotom obsługującym Organizatora w zakresie IT, hostingu, obsługi prawnej, księgowej, podatkowej i organizacyjnej, na podstawie odpowiednich umów, a także organom publicznym, gdy wymagają tego przepisy. </w:t>
      </w:r>
      <w:r w:rsidRPr="00182F11">
        <w:rPr>
          <w:color w:val="auto"/>
        </w:rPr>
        <w:t>Dane publikowane w Instagramie są przetwarzane również na zasadach określonych przez operatora tej platformy i mogą wiązać się z transferem danych poza Europejski Obszar Gospodarczy.</w:t>
      </w:r>
    </w:p>
    <w:p w14:paraId="6DB8B19B" w14:textId="77777777" w:rsidR="00291FC8" w:rsidRPr="00182F11" w:rsidRDefault="00000000">
      <w:pPr>
        <w:pStyle w:val="Listanumerowana"/>
        <w:spacing w:after="80"/>
        <w:rPr>
          <w:color w:val="auto"/>
        </w:rPr>
      </w:pPr>
      <w:r w:rsidRPr="00182F11">
        <w:rPr>
          <w:color w:val="auto"/>
        </w:rPr>
        <w:t>Fotografie zapisane w urządzeniu lub drukarce zostaną usunięte niezwłocznie po prawidłowym wydrukowaniu i technicznym zakończeniu obsługi, nie później niż w ciągu 7 dni. Dane pozostałych Uczestników i zrzuty zgłoszeń będą przechowywane do upływu terminu reklamacyjnego i rozpatrzenia reklamacji, a następnie usunięte, chyba że dalsze przechowywanie jest potrzebne do obrony przed roszczeniami. Dane zwycięzcy objęte dokumentacją podatkową lub rachunkową będą przechowywane przez okres wymagany prawem.</w:t>
      </w:r>
    </w:p>
    <w:p w14:paraId="6182821D" w14:textId="77777777" w:rsidR="00291FC8" w:rsidRPr="00182F11" w:rsidRDefault="00000000">
      <w:pPr>
        <w:pStyle w:val="Listanumerowana"/>
        <w:spacing w:after="80"/>
        <w:rPr>
          <w:color w:val="auto"/>
        </w:rPr>
      </w:pPr>
      <w:r w:rsidRPr="00182F11">
        <w:rPr>
          <w:color w:val="auto"/>
        </w:rPr>
        <w:t>Osobie, której dane dotyczą, przysługuje - na zasadach określonych w RODO - prawo dostępu do danych, ich sprostowania, usunięcia, ograniczenia przetwarzania, przenoszenia danych przetwarzanych na podstawie umowy w sposób zautomatyzowany oraz wniesienia sprzeciwu wobec przetwarzania opartego na prawnie uzasadnionym interesie.</w:t>
      </w:r>
    </w:p>
    <w:p w14:paraId="66C687A5" w14:textId="77777777" w:rsidR="00291FC8" w:rsidRPr="00182F11" w:rsidRDefault="00000000">
      <w:pPr>
        <w:pStyle w:val="Listanumerowana"/>
        <w:spacing w:after="80"/>
        <w:rPr>
          <w:color w:val="auto"/>
        </w:rPr>
      </w:pPr>
      <w:r w:rsidRPr="00182F11">
        <w:rPr>
          <w:color w:val="auto"/>
        </w:rPr>
        <w:t>Osoba, której dane dotyczą, ma prawo wnieść skargę do Prezesa Urzędu Ochrony Danych Osobowych. Dane nie będą wykorzystywane do zautomatyzowanego podejmowania decyzji ani profilowania.</w:t>
      </w:r>
    </w:p>
    <w:p w14:paraId="694EC178" w14:textId="77777777" w:rsidR="00291FC8" w:rsidRPr="000343C0" w:rsidRDefault="00000000">
      <w:pPr>
        <w:pStyle w:val="Nagwek1"/>
      </w:pPr>
      <w:r w:rsidRPr="000343C0">
        <w:t>§ 9. Zmiany, odwołanie i postanowienia końcowe</w:t>
      </w:r>
    </w:p>
    <w:p w14:paraId="0D611474" w14:textId="77777777" w:rsidR="00291FC8" w:rsidRPr="000343C0" w:rsidRDefault="00000000">
      <w:pPr>
        <w:pStyle w:val="Listanumerowana"/>
        <w:spacing w:after="80"/>
      </w:pPr>
      <w:r w:rsidRPr="000343C0">
        <w:t>Organizator może zmienić Regulamin wyłącznie z ważnej przyczyny, takiej jak zmiana prawa, wiążąca decyzja organu, konieczność usunięcia oczywistej omyłki albo zmiana techniczna lub organizacyjna niezależna od Organizatora, pod warunkiem że zmiana nie naruszy praw nabytych Uczestników, nie pogorszy warunków już złożonych zgłoszeń i nie wpłynie na rzetelność oceny. Informacja o zmianie zostanie udostępniona w tym samym miejscu co Regulamin.</w:t>
      </w:r>
    </w:p>
    <w:p w14:paraId="605A6348" w14:textId="56F5F50E" w:rsidR="00291FC8" w:rsidRPr="000343C0" w:rsidRDefault="00000000">
      <w:pPr>
        <w:pStyle w:val="Listanumerowana"/>
        <w:spacing w:after="80"/>
      </w:pPr>
      <w:r w:rsidRPr="000343C0">
        <w:t xml:space="preserve">Organizator może odwołać, skrócić lub przerwać </w:t>
      </w:r>
      <w:r w:rsidR="003F59D4">
        <w:t>konkurs</w:t>
      </w:r>
      <w:r w:rsidRPr="000343C0">
        <w:t xml:space="preserve"> z powodu siły wyższej, zagrożenia bezpieczeństwa, odwołania wydarzenia albo innej przyczyny. W miarę możliwości informacja zostanie ogłoszona niezwłocznie na miejscu</w:t>
      </w:r>
      <w:r w:rsidR="003F59D4">
        <w:t>.</w:t>
      </w:r>
    </w:p>
    <w:p w14:paraId="069FA364" w14:textId="77777777" w:rsidR="00291FC8" w:rsidRPr="000343C0" w:rsidRDefault="00000000">
      <w:pPr>
        <w:pStyle w:val="Listanumerowana"/>
        <w:spacing w:after="80"/>
      </w:pPr>
      <w:r w:rsidRPr="000343C0">
        <w:t>W sprawach nieuregulowanych Regulaminem stosuje się prawo polskie. Właściwość sądu określają powszechnie obowiązujące przepisy.</w:t>
      </w:r>
    </w:p>
    <w:p w14:paraId="354BEBD3" w14:textId="69776641" w:rsidR="00291FC8" w:rsidRPr="000343C0" w:rsidRDefault="00000000">
      <w:pPr>
        <w:pStyle w:val="Listanumerowana"/>
        <w:spacing w:after="80"/>
      </w:pPr>
      <w:r w:rsidRPr="000343C0">
        <w:t xml:space="preserve">Regulamin wchodzi w życie </w:t>
      </w:r>
      <w:r w:rsidR="002D64A2">
        <w:t>1 sierpnia</w:t>
      </w:r>
      <w:r w:rsidRPr="000343C0">
        <w:t xml:space="preserve"> 2026 r.</w:t>
      </w:r>
    </w:p>
    <w:p w14:paraId="3CA2D5D8" w14:textId="77777777" w:rsidR="00291FC8" w:rsidRPr="000343C0" w:rsidRDefault="00000000">
      <w:r w:rsidRPr="000343C0">
        <w:br w:type="page"/>
      </w:r>
    </w:p>
    <w:p w14:paraId="4DF2914A" w14:textId="77777777" w:rsidR="00291FC8" w:rsidRPr="000343C0" w:rsidRDefault="00000000">
      <w:pPr>
        <w:pStyle w:val="Nagwek1"/>
      </w:pPr>
      <w:r w:rsidRPr="000343C0">
        <w:lastRenderedPageBreak/>
        <w:t>ZAŁĄCZNIK NR 1</w:t>
      </w:r>
    </w:p>
    <w:p w14:paraId="6DBCAB35" w14:textId="3B0290C5" w:rsidR="00291FC8" w:rsidRPr="000343C0" w:rsidRDefault="00291FC8">
      <w:pPr>
        <w:spacing w:after="200"/>
      </w:pPr>
    </w:p>
    <w:tbl>
      <w:tblPr>
        <w:tblW w:w="0" w:type="auto"/>
        <w:jc w:val="center"/>
        <w:tblLayout w:type="fixed"/>
        <w:tblLook w:val="04A0" w:firstRow="1" w:lastRow="0" w:firstColumn="1" w:lastColumn="0" w:noHBand="0" w:noVBand="1"/>
      </w:tblPr>
      <w:tblGrid>
        <w:gridCol w:w="2664"/>
        <w:gridCol w:w="7042"/>
      </w:tblGrid>
      <w:tr w:rsidR="00291FC8" w:rsidRPr="000343C0" w14:paraId="533DFC87" w14:textId="77777777">
        <w:trPr>
          <w:jc w:val="center"/>
        </w:trPr>
        <w:tc>
          <w:tcPr>
            <w:tcW w:w="2664" w:type="dxa"/>
            <w:shd w:val="clear" w:color="auto" w:fill="EEF2F4"/>
            <w:tcMar>
              <w:top w:w="95" w:type="dxa"/>
              <w:left w:w="120" w:type="dxa"/>
              <w:bottom w:w="95" w:type="dxa"/>
              <w:right w:w="120" w:type="dxa"/>
            </w:tcMar>
            <w:vAlign w:val="center"/>
          </w:tcPr>
          <w:p w14:paraId="7A00FC99" w14:textId="77777777" w:rsidR="00291FC8" w:rsidRPr="000343C0" w:rsidRDefault="00000000">
            <w:r w:rsidRPr="000343C0">
              <w:rPr>
                <w:b/>
                <w:color w:val="172A3A"/>
                <w:sz w:val="18"/>
              </w:rPr>
              <w:t>Nazwa Edycji</w:t>
            </w:r>
          </w:p>
        </w:tc>
        <w:tc>
          <w:tcPr>
            <w:tcW w:w="7042" w:type="dxa"/>
            <w:tcMar>
              <w:top w:w="95" w:type="dxa"/>
              <w:left w:w="120" w:type="dxa"/>
              <w:bottom w:w="95" w:type="dxa"/>
              <w:right w:w="120" w:type="dxa"/>
            </w:tcMar>
            <w:vAlign w:val="center"/>
          </w:tcPr>
          <w:p w14:paraId="12E76C9A" w14:textId="6DFC2E4B" w:rsidR="00291FC8" w:rsidRPr="00182F11" w:rsidRDefault="00000000">
            <w:pPr>
              <w:rPr>
                <w:color w:val="auto"/>
              </w:rPr>
            </w:pPr>
            <w:r w:rsidRPr="00182F11">
              <w:rPr>
                <w:color w:val="auto"/>
              </w:rPr>
              <w:t xml:space="preserve">Kadr z Kina na leżakach - PIOTRKÓW TRYBUNALSKI </w:t>
            </w:r>
          </w:p>
        </w:tc>
      </w:tr>
      <w:tr w:rsidR="00291FC8" w:rsidRPr="000343C0" w14:paraId="1BA6DA0F" w14:textId="77777777">
        <w:trPr>
          <w:jc w:val="center"/>
        </w:trPr>
        <w:tc>
          <w:tcPr>
            <w:tcW w:w="2664" w:type="dxa"/>
            <w:shd w:val="clear" w:color="auto" w:fill="EEF2F4"/>
            <w:tcMar>
              <w:top w:w="95" w:type="dxa"/>
              <w:left w:w="120" w:type="dxa"/>
              <w:bottom w:w="95" w:type="dxa"/>
              <w:right w:w="120" w:type="dxa"/>
            </w:tcMar>
            <w:vAlign w:val="center"/>
          </w:tcPr>
          <w:p w14:paraId="0C0DA3CF" w14:textId="77777777" w:rsidR="00291FC8" w:rsidRPr="000343C0" w:rsidRDefault="00000000">
            <w:r w:rsidRPr="000343C0">
              <w:rPr>
                <w:b/>
                <w:color w:val="172A3A"/>
                <w:sz w:val="18"/>
              </w:rPr>
              <w:t>Data i miejsce wydarzenia</w:t>
            </w:r>
          </w:p>
        </w:tc>
        <w:tc>
          <w:tcPr>
            <w:tcW w:w="7042" w:type="dxa"/>
            <w:tcMar>
              <w:top w:w="95" w:type="dxa"/>
              <w:left w:w="120" w:type="dxa"/>
              <w:bottom w:w="95" w:type="dxa"/>
              <w:right w:w="120" w:type="dxa"/>
            </w:tcMar>
            <w:vAlign w:val="center"/>
          </w:tcPr>
          <w:p w14:paraId="0251EABC" w14:textId="650C0CF8" w:rsidR="00291FC8" w:rsidRPr="00182F11" w:rsidRDefault="00182F11">
            <w:pPr>
              <w:rPr>
                <w:color w:val="auto"/>
              </w:rPr>
            </w:pPr>
            <w:r w:rsidRPr="00182F11">
              <w:rPr>
                <w:color w:val="auto"/>
                <w:sz w:val="18"/>
              </w:rPr>
              <w:t>7.08.2026 – PLAC POFRANCISZKAŃSKI, PIOTRKÓW TRYBUNALSKI</w:t>
            </w:r>
          </w:p>
        </w:tc>
      </w:tr>
      <w:tr w:rsidR="00291FC8" w:rsidRPr="000343C0" w14:paraId="4EC287F4" w14:textId="77777777">
        <w:trPr>
          <w:jc w:val="center"/>
        </w:trPr>
        <w:tc>
          <w:tcPr>
            <w:tcW w:w="2664" w:type="dxa"/>
            <w:shd w:val="clear" w:color="auto" w:fill="EEF2F4"/>
            <w:tcMar>
              <w:top w:w="95" w:type="dxa"/>
              <w:left w:w="120" w:type="dxa"/>
              <w:bottom w:w="95" w:type="dxa"/>
              <w:right w:w="120" w:type="dxa"/>
            </w:tcMar>
            <w:vAlign w:val="center"/>
          </w:tcPr>
          <w:p w14:paraId="6B0827EC" w14:textId="77777777" w:rsidR="00291FC8" w:rsidRPr="000343C0" w:rsidRDefault="00000000">
            <w:r w:rsidRPr="000343C0">
              <w:rPr>
                <w:b/>
                <w:color w:val="172A3A"/>
                <w:sz w:val="18"/>
              </w:rPr>
              <w:t>Start zgłoszeń</w:t>
            </w:r>
          </w:p>
        </w:tc>
        <w:tc>
          <w:tcPr>
            <w:tcW w:w="7042" w:type="dxa"/>
            <w:tcMar>
              <w:top w:w="95" w:type="dxa"/>
              <w:left w:w="120" w:type="dxa"/>
              <w:bottom w:w="95" w:type="dxa"/>
              <w:right w:w="120" w:type="dxa"/>
            </w:tcMar>
            <w:vAlign w:val="center"/>
          </w:tcPr>
          <w:p w14:paraId="32F07B9A" w14:textId="31DEF517" w:rsidR="00291FC8" w:rsidRPr="00182F11" w:rsidRDefault="00182F11">
            <w:pPr>
              <w:rPr>
                <w:color w:val="auto"/>
              </w:rPr>
            </w:pPr>
            <w:r w:rsidRPr="00182F11">
              <w:rPr>
                <w:color w:val="auto"/>
                <w:sz w:val="18"/>
              </w:rPr>
              <w:t>20:00</w:t>
            </w:r>
          </w:p>
        </w:tc>
      </w:tr>
      <w:tr w:rsidR="00291FC8" w:rsidRPr="000343C0" w14:paraId="7B433B27" w14:textId="77777777">
        <w:trPr>
          <w:jc w:val="center"/>
        </w:trPr>
        <w:tc>
          <w:tcPr>
            <w:tcW w:w="2664" w:type="dxa"/>
            <w:shd w:val="clear" w:color="auto" w:fill="EEF2F4"/>
            <w:tcMar>
              <w:top w:w="95" w:type="dxa"/>
              <w:left w:w="120" w:type="dxa"/>
              <w:bottom w:w="95" w:type="dxa"/>
              <w:right w:w="120" w:type="dxa"/>
            </w:tcMar>
            <w:vAlign w:val="center"/>
          </w:tcPr>
          <w:p w14:paraId="17E680A6" w14:textId="77777777" w:rsidR="00291FC8" w:rsidRPr="000343C0" w:rsidRDefault="00000000">
            <w:r w:rsidRPr="000343C0">
              <w:rPr>
                <w:b/>
                <w:color w:val="172A3A"/>
                <w:sz w:val="18"/>
              </w:rPr>
              <w:t>Koniec zgłoszeń</w:t>
            </w:r>
          </w:p>
        </w:tc>
        <w:tc>
          <w:tcPr>
            <w:tcW w:w="7042" w:type="dxa"/>
            <w:tcMar>
              <w:top w:w="95" w:type="dxa"/>
              <w:left w:w="120" w:type="dxa"/>
              <w:bottom w:w="95" w:type="dxa"/>
              <w:right w:w="120" w:type="dxa"/>
            </w:tcMar>
            <w:vAlign w:val="center"/>
          </w:tcPr>
          <w:p w14:paraId="00E20E17" w14:textId="1ABAD7ED" w:rsidR="00291FC8" w:rsidRPr="00182F11" w:rsidRDefault="00182F11">
            <w:pPr>
              <w:rPr>
                <w:color w:val="auto"/>
              </w:rPr>
            </w:pPr>
            <w:r w:rsidRPr="00182F11">
              <w:rPr>
                <w:color w:val="auto"/>
                <w:sz w:val="18"/>
              </w:rPr>
              <w:t>22:00</w:t>
            </w:r>
          </w:p>
        </w:tc>
      </w:tr>
      <w:tr w:rsidR="00291FC8" w:rsidRPr="000343C0" w14:paraId="75D988E3" w14:textId="77777777">
        <w:trPr>
          <w:jc w:val="center"/>
        </w:trPr>
        <w:tc>
          <w:tcPr>
            <w:tcW w:w="2664" w:type="dxa"/>
            <w:shd w:val="clear" w:color="auto" w:fill="EEF2F4"/>
            <w:tcMar>
              <w:top w:w="95" w:type="dxa"/>
              <w:left w:w="120" w:type="dxa"/>
              <w:bottom w:w="95" w:type="dxa"/>
              <w:right w:w="120" w:type="dxa"/>
            </w:tcMar>
            <w:vAlign w:val="center"/>
          </w:tcPr>
          <w:p w14:paraId="5D414D37" w14:textId="77777777" w:rsidR="00291FC8" w:rsidRPr="000343C0" w:rsidRDefault="00000000">
            <w:r w:rsidRPr="000343C0">
              <w:rPr>
                <w:b/>
                <w:color w:val="172A3A"/>
                <w:sz w:val="18"/>
              </w:rPr>
              <w:t>Maksymalna liczba zgłoszeń</w:t>
            </w:r>
          </w:p>
        </w:tc>
        <w:tc>
          <w:tcPr>
            <w:tcW w:w="7042" w:type="dxa"/>
            <w:tcMar>
              <w:top w:w="95" w:type="dxa"/>
              <w:left w:w="120" w:type="dxa"/>
              <w:bottom w:w="95" w:type="dxa"/>
              <w:right w:w="120" w:type="dxa"/>
            </w:tcMar>
            <w:vAlign w:val="center"/>
          </w:tcPr>
          <w:p w14:paraId="2D3C1AB6" w14:textId="77777777" w:rsidR="00291FC8" w:rsidRPr="00182F11" w:rsidRDefault="00000000">
            <w:pPr>
              <w:rPr>
                <w:color w:val="auto"/>
              </w:rPr>
            </w:pPr>
            <w:r w:rsidRPr="00182F11">
              <w:rPr>
                <w:color w:val="auto"/>
                <w:sz w:val="18"/>
              </w:rPr>
              <w:t>20</w:t>
            </w:r>
          </w:p>
        </w:tc>
      </w:tr>
      <w:tr w:rsidR="00291FC8" w:rsidRPr="000343C0" w14:paraId="575474B8" w14:textId="77777777">
        <w:trPr>
          <w:jc w:val="center"/>
        </w:trPr>
        <w:tc>
          <w:tcPr>
            <w:tcW w:w="2664" w:type="dxa"/>
            <w:shd w:val="clear" w:color="auto" w:fill="EEF2F4"/>
            <w:tcMar>
              <w:top w:w="95" w:type="dxa"/>
              <w:left w:w="120" w:type="dxa"/>
              <w:bottom w:w="95" w:type="dxa"/>
              <w:right w:w="120" w:type="dxa"/>
            </w:tcMar>
            <w:vAlign w:val="center"/>
          </w:tcPr>
          <w:p w14:paraId="35656553" w14:textId="77777777" w:rsidR="00291FC8" w:rsidRPr="000343C0" w:rsidRDefault="00000000">
            <w:r w:rsidRPr="000343C0">
              <w:rPr>
                <w:b/>
                <w:color w:val="172A3A"/>
                <w:sz w:val="18"/>
              </w:rPr>
              <w:t>Ogłoszenie wyniku</w:t>
            </w:r>
          </w:p>
        </w:tc>
        <w:tc>
          <w:tcPr>
            <w:tcW w:w="7042" w:type="dxa"/>
            <w:tcMar>
              <w:top w:w="95" w:type="dxa"/>
              <w:left w:w="120" w:type="dxa"/>
              <w:bottom w:w="95" w:type="dxa"/>
              <w:right w:w="120" w:type="dxa"/>
            </w:tcMar>
            <w:vAlign w:val="center"/>
          </w:tcPr>
          <w:p w14:paraId="0DECFA8C" w14:textId="44994A2A" w:rsidR="00291FC8" w:rsidRPr="00182F11" w:rsidRDefault="00000000">
            <w:pPr>
              <w:rPr>
                <w:color w:val="auto"/>
              </w:rPr>
            </w:pPr>
            <w:r w:rsidRPr="00182F11">
              <w:rPr>
                <w:color w:val="auto"/>
                <w:sz w:val="18"/>
              </w:rPr>
              <w:t xml:space="preserve">Po zakończeniu seansu, na miejscu wydarzenia, około </w:t>
            </w:r>
            <w:r w:rsidR="00182F11" w:rsidRPr="00182F11">
              <w:rPr>
                <w:color w:val="auto"/>
                <w:sz w:val="18"/>
              </w:rPr>
              <w:t>22:00</w:t>
            </w:r>
          </w:p>
        </w:tc>
      </w:tr>
      <w:tr w:rsidR="00291FC8" w:rsidRPr="000343C0" w14:paraId="5EC45DD9" w14:textId="77777777">
        <w:trPr>
          <w:jc w:val="center"/>
        </w:trPr>
        <w:tc>
          <w:tcPr>
            <w:tcW w:w="2664" w:type="dxa"/>
            <w:shd w:val="clear" w:color="auto" w:fill="EEF2F4"/>
            <w:tcMar>
              <w:top w:w="95" w:type="dxa"/>
              <w:left w:w="120" w:type="dxa"/>
              <w:bottom w:w="95" w:type="dxa"/>
              <w:right w:w="120" w:type="dxa"/>
            </w:tcMar>
            <w:vAlign w:val="center"/>
          </w:tcPr>
          <w:p w14:paraId="5E0EA8F5" w14:textId="77777777" w:rsidR="00291FC8" w:rsidRPr="000343C0" w:rsidRDefault="00000000">
            <w:r w:rsidRPr="000343C0">
              <w:rPr>
                <w:b/>
                <w:color w:val="172A3A"/>
                <w:sz w:val="18"/>
              </w:rPr>
              <w:t>Nagroda główna</w:t>
            </w:r>
          </w:p>
        </w:tc>
        <w:tc>
          <w:tcPr>
            <w:tcW w:w="7042" w:type="dxa"/>
            <w:tcMar>
              <w:top w:w="95" w:type="dxa"/>
              <w:left w:w="120" w:type="dxa"/>
              <w:bottom w:w="95" w:type="dxa"/>
              <w:right w:w="120" w:type="dxa"/>
            </w:tcMar>
            <w:vAlign w:val="center"/>
          </w:tcPr>
          <w:p w14:paraId="7374B157" w14:textId="4EDEE876" w:rsidR="00291FC8" w:rsidRPr="00182F11" w:rsidRDefault="00000000">
            <w:pPr>
              <w:rPr>
                <w:color w:val="auto"/>
              </w:rPr>
            </w:pPr>
            <w:r w:rsidRPr="00182F11">
              <w:rPr>
                <w:color w:val="auto"/>
              </w:rPr>
              <w:t>1 torba prezentowa Kinads Media zawierająca kosmetyki, książki i przekąski</w:t>
            </w:r>
          </w:p>
        </w:tc>
      </w:tr>
      <w:tr w:rsidR="00291FC8" w:rsidRPr="000343C0" w14:paraId="78BD8297" w14:textId="77777777">
        <w:trPr>
          <w:jc w:val="center"/>
        </w:trPr>
        <w:tc>
          <w:tcPr>
            <w:tcW w:w="2664" w:type="dxa"/>
            <w:shd w:val="clear" w:color="auto" w:fill="EEF2F4"/>
            <w:tcMar>
              <w:top w:w="95" w:type="dxa"/>
              <w:left w:w="120" w:type="dxa"/>
              <w:bottom w:w="95" w:type="dxa"/>
              <w:right w:w="120" w:type="dxa"/>
            </w:tcMar>
            <w:vAlign w:val="center"/>
          </w:tcPr>
          <w:p w14:paraId="2E5148CA" w14:textId="77777777" w:rsidR="00291FC8" w:rsidRPr="000343C0" w:rsidRDefault="00000000">
            <w:r w:rsidRPr="000343C0">
              <w:rPr>
                <w:b/>
                <w:color w:val="172A3A"/>
                <w:sz w:val="18"/>
              </w:rPr>
              <w:t>Wartość brutto nagrody</w:t>
            </w:r>
          </w:p>
        </w:tc>
        <w:tc>
          <w:tcPr>
            <w:tcW w:w="7042" w:type="dxa"/>
            <w:tcMar>
              <w:top w:w="95" w:type="dxa"/>
              <w:left w:w="120" w:type="dxa"/>
              <w:bottom w:w="95" w:type="dxa"/>
              <w:right w:w="120" w:type="dxa"/>
            </w:tcMar>
            <w:vAlign w:val="center"/>
          </w:tcPr>
          <w:p w14:paraId="7F6249FE" w14:textId="484528FD" w:rsidR="00291FC8" w:rsidRPr="00182F11" w:rsidRDefault="00182F11">
            <w:pPr>
              <w:rPr>
                <w:color w:val="auto"/>
              </w:rPr>
            </w:pPr>
            <w:r w:rsidRPr="00182F11">
              <w:rPr>
                <w:color w:val="auto"/>
                <w:sz w:val="18"/>
              </w:rPr>
              <w:t xml:space="preserve">100 </w:t>
            </w:r>
            <w:r w:rsidR="00000000" w:rsidRPr="00182F11">
              <w:rPr>
                <w:color w:val="auto"/>
                <w:sz w:val="18"/>
              </w:rPr>
              <w:t>zł</w:t>
            </w:r>
          </w:p>
        </w:tc>
      </w:tr>
      <w:tr w:rsidR="00291FC8" w:rsidRPr="000343C0" w14:paraId="6960CDA5" w14:textId="77777777">
        <w:trPr>
          <w:jc w:val="center"/>
        </w:trPr>
        <w:tc>
          <w:tcPr>
            <w:tcW w:w="2664" w:type="dxa"/>
            <w:shd w:val="clear" w:color="auto" w:fill="EEF2F4"/>
            <w:tcMar>
              <w:top w:w="95" w:type="dxa"/>
              <w:left w:w="120" w:type="dxa"/>
              <w:bottom w:w="95" w:type="dxa"/>
              <w:right w:w="120" w:type="dxa"/>
            </w:tcMar>
            <w:vAlign w:val="center"/>
          </w:tcPr>
          <w:p w14:paraId="1947DBA9" w14:textId="77777777" w:rsidR="00291FC8" w:rsidRPr="000343C0" w:rsidRDefault="00000000">
            <w:r w:rsidRPr="000343C0">
              <w:rPr>
                <w:b/>
                <w:color w:val="172A3A"/>
                <w:sz w:val="18"/>
              </w:rPr>
              <w:t>Dodatkowa nagroda pieniężna na podatek</w:t>
            </w:r>
          </w:p>
        </w:tc>
        <w:tc>
          <w:tcPr>
            <w:tcW w:w="7042" w:type="dxa"/>
            <w:tcMar>
              <w:top w:w="95" w:type="dxa"/>
              <w:left w:w="120" w:type="dxa"/>
              <w:bottom w:w="95" w:type="dxa"/>
              <w:right w:w="120" w:type="dxa"/>
            </w:tcMar>
            <w:vAlign w:val="center"/>
          </w:tcPr>
          <w:p w14:paraId="74C29F29" w14:textId="6395550B" w:rsidR="00291FC8" w:rsidRPr="00182F11" w:rsidRDefault="00000000">
            <w:pPr>
              <w:rPr>
                <w:color w:val="auto"/>
              </w:rPr>
            </w:pPr>
            <w:r w:rsidRPr="00182F11">
              <w:rPr>
                <w:color w:val="auto"/>
                <w:sz w:val="18"/>
              </w:rPr>
              <w:t>NIE DOTYCZY</w:t>
            </w:r>
          </w:p>
        </w:tc>
      </w:tr>
      <w:tr w:rsidR="00291FC8" w:rsidRPr="000343C0" w14:paraId="6352884B" w14:textId="77777777">
        <w:trPr>
          <w:jc w:val="center"/>
        </w:trPr>
        <w:tc>
          <w:tcPr>
            <w:tcW w:w="2664" w:type="dxa"/>
            <w:shd w:val="clear" w:color="auto" w:fill="EEF2F4"/>
            <w:tcMar>
              <w:top w:w="95" w:type="dxa"/>
              <w:left w:w="120" w:type="dxa"/>
              <w:bottom w:w="95" w:type="dxa"/>
              <w:right w:w="120" w:type="dxa"/>
            </w:tcMar>
            <w:vAlign w:val="center"/>
          </w:tcPr>
          <w:p w14:paraId="41BE268E" w14:textId="77777777" w:rsidR="00291FC8" w:rsidRPr="000343C0" w:rsidRDefault="00000000">
            <w:r w:rsidRPr="000343C0">
              <w:rPr>
                <w:b/>
                <w:color w:val="172A3A"/>
                <w:sz w:val="18"/>
              </w:rPr>
              <w:t>Sposób wydania</w:t>
            </w:r>
          </w:p>
        </w:tc>
        <w:tc>
          <w:tcPr>
            <w:tcW w:w="7042" w:type="dxa"/>
            <w:tcMar>
              <w:top w:w="95" w:type="dxa"/>
              <w:left w:w="120" w:type="dxa"/>
              <w:bottom w:w="95" w:type="dxa"/>
              <w:right w:w="120" w:type="dxa"/>
            </w:tcMar>
            <w:vAlign w:val="center"/>
          </w:tcPr>
          <w:p w14:paraId="36D9F9D7" w14:textId="48007062" w:rsidR="00291FC8" w:rsidRPr="00182F11" w:rsidRDefault="00000000">
            <w:pPr>
              <w:rPr>
                <w:color w:val="auto"/>
              </w:rPr>
            </w:pPr>
            <w:r w:rsidRPr="00182F11">
              <w:rPr>
                <w:color w:val="auto"/>
                <w:sz w:val="18"/>
              </w:rPr>
              <w:t>Na miejscu po ogłoszeniu wyniku</w:t>
            </w:r>
          </w:p>
        </w:tc>
      </w:tr>
      <w:tr w:rsidR="00291FC8" w:rsidRPr="000343C0" w14:paraId="0D0A920E" w14:textId="77777777">
        <w:trPr>
          <w:jc w:val="center"/>
        </w:trPr>
        <w:tc>
          <w:tcPr>
            <w:tcW w:w="2664" w:type="dxa"/>
            <w:shd w:val="clear" w:color="auto" w:fill="EEF2F4"/>
            <w:tcMar>
              <w:top w:w="95" w:type="dxa"/>
              <w:left w:w="120" w:type="dxa"/>
              <w:bottom w:w="95" w:type="dxa"/>
              <w:right w:w="120" w:type="dxa"/>
            </w:tcMar>
            <w:vAlign w:val="center"/>
          </w:tcPr>
          <w:p w14:paraId="70438141" w14:textId="77777777" w:rsidR="00291FC8" w:rsidRPr="000343C0" w:rsidRDefault="00000000">
            <w:r w:rsidRPr="000343C0">
              <w:rPr>
                <w:b/>
                <w:color w:val="172A3A"/>
                <w:sz w:val="18"/>
              </w:rPr>
              <w:t>Miejsce udostępnienia Regulaminu</w:t>
            </w:r>
          </w:p>
        </w:tc>
        <w:tc>
          <w:tcPr>
            <w:tcW w:w="7042" w:type="dxa"/>
            <w:tcMar>
              <w:top w:w="95" w:type="dxa"/>
              <w:left w:w="120" w:type="dxa"/>
              <w:bottom w:w="95" w:type="dxa"/>
              <w:right w:w="120" w:type="dxa"/>
            </w:tcMar>
            <w:vAlign w:val="center"/>
          </w:tcPr>
          <w:p w14:paraId="68C29CE9" w14:textId="4BC8F3D9" w:rsidR="00291FC8" w:rsidRPr="00182F11" w:rsidRDefault="00000000">
            <w:pPr>
              <w:rPr>
                <w:color w:val="auto"/>
              </w:rPr>
            </w:pPr>
            <w:r w:rsidRPr="00182F11">
              <w:rPr>
                <w:color w:val="auto"/>
                <w:sz w:val="18"/>
              </w:rPr>
              <w:t>PUNKT OBSŁUG</w:t>
            </w:r>
            <w:r w:rsidR="00182F11" w:rsidRPr="00182F11">
              <w:rPr>
                <w:color w:val="auto"/>
                <w:sz w:val="18"/>
              </w:rPr>
              <w:t>I</w:t>
            </w:r>
          </w:p>
        </w:tc>
      </w:tr>
    </w:tbl>
    <w:p w14:paraId="6991DCC7" w14:textId="77777777" w:rsidR="00291FC8" w:rsidRPr="000343C0" w:rsidRDefault="00000000">
      <w:pPr>
        <w:pStyle w:val="Nagwek2"/>
      </w:pPr>
      <w:r w:rsidRPr="000343C0">
        <w:t>Notatka komisji konkursowej</w:t>
      </w:r>
    </w:p>
    <w:p w14:paraId="1BCFB941" w14:textId="77777777" w:rsidR="00291FC8" w:rsidRPr="000343C0" w:rsidRDefault="00000000">
      <w:r w:rsidRPr="000343C0">
        <w:t>Numer/nazwa zwycięskiego zgłoszenia: ______________________________________________</w:t>
      </w:r>
    </w:p>
    <w:p w14:paraId="0B02A8DD" w14:textId="77777777" w:rsidR="00291FC8" w:rsidRPr="000343C0" w:rsidRDefault="00000000">
      <w:r w:rsidRPr="000343C0">
        <w:t>Liczba punktów: ______ / 15</w:t>
      </w:r>
    </w:p>
    <w:p w14:paraId="0014ED3F" w14:textId="77777777" w:rsidR="00291FC8" w:rsidRPr="000343C0" w:rsidRDefault="00000000">
      <w:r w:rsidRPr="000343C0">
        <w:t>Krótkie uzasadnienie: ____________________________________________________________</w:t>
      </w:r>
    </w:p>
    <w:p w14:paraId="3DDE3DE3" w14:textId="77777777" w:rsidR="00291FC8" w:rsidRPr="000343C0" w:rsidRDefault="00000000">
      <w:r w:rsidRPr="000343C0">
        <w:t>________________________________________________________________________________</w:t>
      </w:r>
    </w:p>
    <w:p w14:paraId="11F9098E" w14:textId="77777777" w:rsidR="00291FC8" w:rsidRPr="000343C0" w:rsidRDefault="00000000">
      <w:r w:rsidRPr="000343C0">
        <w:t>Imiona i podpisy członków komisji: _______________________________________________</w:t>
      </w:r>
    </w:p>
    <w:p w14:paraId="19F056C5" w14:textId="77777777" w:rsidR="00291FC8" w:rsidRDefault="00000000">
      <w:r w:rsidRPr="000343C0">
        <w:t>Data i godzina wyboru: __________________________________________________________</w:t>
      </w:r>
    </w:p>
    <w:p w14:paraId="58C5BC2B" w14:textId="77777777" w:rsidR="00182F11" w:rsidRDefault="00182F11"/>
    <w:p w14:paraId="3ACF58A9" w14:textId="77777777" w:rsidR="00182F11" w:rsidRDefault="00182F11" w:rsidP="00182F11">
      <w:pPr>
        <w:pStyle w:val="Nagwek1"/>
      </w:pPr>
    </w:p>
    <w:p w14:paraId="0863FA22" w14:textId="77777777" w:rsidR="00182F11" w:rsidRDefault="00182F11" w:rsidP="00182F11">
      <w:pPr>
        <w:pStyle w:val="Nagwek1"/>
      </w:pPr>
    </w:p>
    <w:p w14:paraId="0788D396" w14:textId="77777777" w:rsidR="00182F11" w:rsidRPr="00182F11" w:rsidRDefault="00182F11" w:rsidP="00182F11"/>
    <w:p w14:paraId="5D7EE347" w14:textId="77777777" w:rsidR="00182F11" w:rsidRPr="00182F11" w:rsidRDefault="00182F11" w:rsidP="00182F11"/>
    <w:p w14:paraId="259CB386" w14:textId="3F891128" w:rsidR="00182F11" w:rsidRPr="000343C0" w:rsidRDefault="00182F11" w:rsidP="00182F11">
      <w:pPr>
        <w:pStyle w:val="Nagwek1"/>
      </w:pPr>
      <w:r w:rsidRPr="000343C0">
        <w:lastRenderedPageBreak/>
        <w:t>ZAŁĄCZNIK NR 1</w:t>
      </w:r>
    </w:p>
    <w:p w14:paraId="079FDCF2" w14:textId="67E20F01" w:rsidR="00182F11" w:rsidRPr="000343C0" w:rsidRDefault="00182F11" w:rsidP="00182F11">
      <w:pPr>
        <w:spacing w:after="200"/>
      </w:pPr>
    </w:p>
    <w:tbl>
      <w:tblPr>
        <w:tblW w:w="0" w:type="auto"/>
        <w:jc w:val="center"/>
        <w:tblLayout w:type="fixed"/>
        <w:tblLook w:val="04A0" w:firstRow="1" w:lastRow="0" w:firstColumn="1" w:lastColumn="0" w:noHBand="0" w:noVBand="1"/>
      </w:tblPr>
      <w:tblGrid>
        <w:gridCol w:w="2664"/>
        <w:gridCol w:w="7042"/>
      </w:tblGrid>
      <w:tr w:rsidR="00182F11" w:rsidRPr="000343C0" w14:paraId="52F52CB1" w14:textId="77777777" w:rsidTr="00935AE2">
        <w:trPr>
          <w:jc w:val="center"/>
        </w:trPr>
        <w:tc>
          <w:tcPr>
            <w:tcW w:w="2664" w:type="dxa"/>
            <w:shd w:val="clear" w:color="auto" w:fill="EEF2F4"/>
            <w:tcMar>
              <w:top w:w="95" w:type="dxa"/>
              <w:left w:w="120" w:type="dxa"/>
              <w:bottom w:w="95" w:type="dxa"/>
              <w:right w:w="120" w:type="dxa"/>
            </w:tcMar>
            <w:vAlign w:val="center"/>
          </w:tcPr>
          <w:p w14:paraId="1AEBEB69" w14:textId="77777777" w:rsidR="00182F11" w:rsidRPr="000343C0" w:rsidRDefault="00182F11" w:rsidP="00935AE2">
            <w:r w:rsidRPr="000343C0">
              <w:rPr>
                <w:b/>
                <w:color w:val="172A3A"/>
                <w:sz w:val="18"/>
              </w:rPr>
              <w:t>Nazwa Edycji</w:t>
            </w:r>
          </w:p>
        </w:tc>
        <w:tc>
          <w:tcPr>
            <w:tcW w:w="7042" w:type="dxa"/>
            <w:tcMar>
              <w:top w:w="95" w:type="dxa"/>
              <w:left w:w="120" w:type="dxa"/>
              <w:bottom w:w="95" w:type="dxa"/>
              <w:right w:w="120" w:type="dxa"/>
            </w:tcMar>
            <w:vAlign w:val="center"/>
          </w:tcPr>
          <w:p w14:paraId="67B2D729" w14:textId="5459C26F" w:rsidR="00182F11" w:rsidRPr="000343C0" w:rsidRDefault="00182F11" w:rsidP="00935AE2">
            <w:r w:rsidRPr="000343C0">
              <w:t xml:space="preserve">Kadr z Kina na leżakach - </w:t>
            </w:r>
            <w:r>
              <w:t>GRODZISK MAZOWIECKI</w:t>
            </w:r>
          </w:p>
        </w:tc>
      </w:tr>
      <w:tr w:rsidR="00182F11" w:rsidRPr="000343C0" w14:paraId="3970DF93" w14:textId="77777777" w:rsidTr="00935AE2">
        <w:trPr>
          <w:jc w:val="center"/>
        </w:trPr>
        <w:tc>
          <w:tcPr>
            <w:tcW w:w="2664" w:type="dxa"/>
            <w:shd w:val="clear" w:color="auto" w:fill="EEF2F4"/>
            <w:tcMar>
              <w:top w:w="95" w:type="dxa"/>
              <w:left w:w="120" w:type="dxa"/>
              <w:bottom w:w="95" w:type="dxa"/>
              <w:right w:w="120" w:type="dxa"/>
            </w:tcMar>
            <w:vAlign w:val="center"/>
          </w:tcPr>
          <w:p w14:paraId="22C05240" w14:textId="77777777" w:rsidR="00182F11" w:rsidRPr="000343C0" w:rsidRDefault="00182F11" w:rsidP="00182F11">
            <w:r w:rsidRPr="000343C0">
              <w:rPr>
                <w:b/>
                <w:color w:val="172A3A"/>
                <w:sz w:val="18"/>
              </w:rPr>
              <w:t>Data i miejsce wydarzenia</w:t>
            </w:r>
          </w:p>
        </w:tc>
        <w:tc>
          <w:tcPr>
            <w:tcW w:w="7042" w:type="dxa"/>
            <w:tcMar>
              <w:top w:w="95" w:type="dxa"/>
              <w:left w:w="120" w:type="dxa"/>
              <w:bottom w:w="95" w:type="dxa"/>
              <w:right w:w="120" w:type="dxa"/>
            </w:tcMar>
            <w:vAlign w:val="center"/>
          </w:tcPr>
          <w:p w14:paraId="472033D2" w14:textId="5AFCECC0" w:rsidR="00182F11" w:rsidRPr="000343C0" w:rsidRDefault="00182F11" w:rsidP="00182F11">
            <w:r>
              <w:rPr>
                <w:color w:val="auto"/>
                <w:sz w:val="18"/>
              </w:rPr>
              <w:t>9</w:t>
            </w:r>
            <w:r w:rsidRPr="00182F11">
              <w:rPr>
                <w:color w:val="auto"/>
                <w:sz w:val="18"/>
              </w:rPr>
              <w:t xml:space="preserve">.08.2026 – </w:t>
            </w:r>
            <w:r>
              <w:rPr>
                <w:color w:val="auto"/>
                <w:sz w:val="18"/>
              </w:rPr>
              <w:t>PARK SKARBKÓW, GRODZISK MAZOWIECKI</w:t>
            </w:r>
          </w:p>
        </w:tc>
      </w:tr>
      <w:tr w:rsidR="00182F11" w:rsidRPr="000343C0" w14:paraId="3CD932AF" w14:textId="77777777" w:rsidTr="00935AE2">
        <w:trPr>
          <w:jc w:val="center"/>
        </w:trPr>
        <w:tc>
          <w:tcPr>
            <w:tcW w:w="2664" w:type="dxa"/>
            <w:shd w:val="clear" w:color="auto" w:fill="EEF2F4"/>
            <w:tcMar>
              <w:top w:w="95" w:type="dxa"/>
              <w:left w:w="120" w:type="dxa"/>
              <w:bottom w:w="95" w:type="dxa"/>
              <w:right w:w="120" w:type="dxa"/>
            </w:tcMar>
            <w:vAlign w:val="center"/>
          </w:tcPr>
          <w:p w14:paraId="3A3DCD8A" w14:textId="77777777" w:rsidR="00182F11" w:rsidRPr="000343C0" w:rsidRDefault="00182F11" w:rsidP="00182F11">
            <w:r w:rsidRPr="000343C0">
              <w:rPr>
                <w:b/>
                <w:color w:val="172A3A"/>
                <w:sz w:val="18"/>
              </w:rPr>
              <w:t>Start zgłoszeń</w:t>
            </w:r>
          </w:p>
        </w:tc>
        <w:tc>
          <w:tcPr>
            <w:tcW w:w="7042" w:type="dxa"/>
            <w:tcMar>
              <w:top w:w="95" w:type="dxa"/>
              <w:left w:w="120" w:type="dxa"/>
              <w:bottom w:w="95" w:type="dxa"/>
              <w:right w:w="120" w:type="dxa"/>
            </w:tcMar>
            <w:vAlign w:val="center"/>
          </w:tcPr>
          <w:p w14:paraId="7002F761" w14:textId="2BAB93FF" w:rsidR="00182F11" w:rsidRPr="000343C0" w:rsidRDefault="00182F11" w:rsidP="00182F11">
            <w:r w:rsidRPr="00182F11">
              <w:rPr>
                <w:color w:val="auto"/>
                <w:sz w:val="18"/>
              </w:rPr>
              <w:t>20:00</w:t>
            </w:r>
          </w:p>
        </w:tc>
      </w:tr>
      <w:tr w:rsidR="00182F11" w:rsidRPr="000343C0" w14:paraId="47ED6DAF" w14:textId="77777777" w:rsidTr="00935AE2">
        <w:trPr>
          <w:jc w:val="center"/>
        </w:trPr>
        <w:tc>
          <w:tcPr>
            <w:tcW w:w="2664" w:type="dxa"/>
            <w:shd w:val="clear" w:color="auto" w:fill="EEF2F4"/>
            <w:tcMar>
              <w:top w:w="95" w:type="dxa"/>
              <w:left w:w="120" w:type="dxa"/>
              <w:bottom w:w="95" w:type="dxa"/>
              <w:right w:w="120" w:type="dxa"/>
            </w:tcMar>
            <w:vAlign w:val="center"/>
          </w:tcPr>
          <w:p w14:paraId="737A3385" w14:textId="77777777" w:rsidR="00182F11" w:rsidRPr="000343C0" w:rsidRDefault="00182F11" w:rsidP="00182F11">
            <w:r w:rsidRPr="000343C0">
              <w:rPr>
                <w:b/>
                <w:color w:val="172A3A"/>
                <w:sz w:val="18"/>
              </w:rPr>
              <w:t>Koniec zgłoszeń</w:t>
            </w:r>
          </w:p>
        </w:tc>
        <w:tc>
          <w:tcPr>
            <w:tcW w:w="7042" w:type="dxa"/>
            <w:tcMar>
              <w:top w:w="95" w:type="dxa"/>
              <w:left w:w="120" w:type="dxa"/>
              <w:bottom w:w="95" w:type="dxa"/>
              <w:right w:w="120" w:type="dxa"/>
            </w:tcMar>
            <w:vAlign w:val="center"/>
          </w:tcPr>
          <w:p w14:paraId="32176E40" w14:textId="30E230AB" w:rsidR="00182F11" w:rsidRPr="000343C0" w:rsidRDefault="00182F11" w:rsidP="00182F11">
            <w:r w:rsidRPr="00182F11">
              <w:rPr>
                <w:color w:val="auto"/>
                <w:sz w:val="18"/>
              </w:rPr>
              <w:t>22:00</w:t>
            </w:r>
          </w:p>
        </w:tc>
      </w:tr>
      <w:tr w:rsidR="00182F11" w:rsidRPr="000343C0" w14:paraId="648AC8F7" w14:textId="77777777" w:rsidTr="00935AE2">
        <w:trPr>
          <w:jc w:val="center"/>
        </w:trPr>
        <w:tc>
          <w:tcPr>
            <w:tcW w:w="2664" w:type="dxa"/>
            <w:shd w:val="clear" w:color="auto" w:fill="EEF2F4"/>
            <w:tcMar>
              <w:top w:w="95" w:type="dxa"/>
              <w:left w:w="120" w:type="dxa"/>
              <w:bottom w:w="95" w:type="dxa"/>
              <w:right w:w="120" w:type="dxa"/>
            </w:tcMar>
            <w:vAlign w:val="center"/>
          </w:tcPr>
          <w:p w14:paraId="7A95A3A5" w14:textId="77777777" w:rsidR="00182F11" w:rsidRPr="000343C0" w:rsidRDefault="00182F11" w:rsidP="00182F11">
            <w:r w:rsidRPr="000343C0">
              <w:rPr>
                <w:b/>
                <w:color w:val="172A3A"/>
                <w:sz w:val="18"/>
              </w:rPr>
              <w:t>Maksymalna liczba zgłoszeń</w:t>
            </w:r>
          </w:p>
        </w:tc>
        <w:tc>
          <w:tcPr>
            <w:tcW w:w="7042" w:type="dxa"/>
            <w:tcMar>
              <w:top w:w="95" w:type="dxa"/>
              <w:left w:w="120" w:type="dxa"/>
              <w:bottom w:w="95" w:type="dxa"/>
              <w:right w:w="120" w:type="dxa"/>
            </w:tcMar>
            <w:vAlign w:val="center"/>
          </w:tcPr>
          <w:p w14:paraId="59B3DF4F" w14:textId="5D06D597" w:rsidR="00182F11" w:rsidRPr="000343C0" w:rsidRDefault="00182F11" w:rsidP="00182F11">
            <w:r w:rsidRPr="00182F11">
              <w:rPr>
                <w:color w:val="auto"/>
                <w:sz w:val="18"/>
              </w:rPr>
              <w:t>20</w:t>
            </w:r>
          </w:p>
        </w:tc>
      </w:tr>
      <w:tr w:rsidR="00182F11" w:rsidRPr="000343C0" w14:paraId="4B262749" w14:textId="77777777" w:rsidTr="00935AE2">
        <w:trPr>
          <w:jc w:val="center"/>
        </w:trPr>
        <w:tc>
          <w:tcPr>
            <w:tcW w:w="2664" w:type="dxa"/>
            <w:shd w:val="clear" w:color="auto" w:fill="EEF2F4"/>
            <w:tcMar>
              <w:top w:w="95" w:type="dxa"/>
              <w:left w:w="120" w:type="dxa"/>
              <w:bottom w:w="95" w:type="dxa"/>
              <w:right w:w="120" w:type="dxa"/>
            </w:tcMar>
            <w:vAlign w:val="center"/>
          </w:tcPr>
          <w:p w14:paraId="3B4CA1D1" w14:textId="77777777" w:rsidR="00182F11" w:rsidRPr="000343C0" w:rsidRDefault="00182F11" w:rsidP="00182F11">
            <w:r w:rsidRPr="000343C0">
              <w:rPr>
                <w:b/>
                <w:color w:val="172A3A"/>
                <w:sz w:val="18"/>
              </w:rPr>
              <w:t>Ogłoszenie wyniku</w:t>
            </w:r>
          </w:p>
        </w:tc>
        <w:tc>
          <w:tcPr>
            <w:tcW w:w="7042" w:type="dxa"/>
            <w:tcMar>
              <w:top w:w="95" w:type="dxa"/>
              <w:left w:w="120" w:type="dxa"/>
              <w:bottom w:w="95" w:type="dxa"/>
              <w:right w:w="120" w:type="dxa"/>
            </w:tcMar>
            <w:vAlign w:val="center"/>
          </w:tcPr>
          <w:p w14:paraId="05E8B2F5" w14:textId="3D62FAB7" w:rsidR="00182F11" w:rsidRPr="000343C0" w:rsidRDefault="00182F11" w:rsidP="00182F11">
            <w:r w:rsidRPr="00182F11">
              <w:rPr>
                <w:color w:val="auto"/>
                <w:sz w:val="18"/>
              </w:rPr>
              <w:t>Po zakończeniu seansu, na miejscu wydarzenia, około 22:00</w:t>
            </w:r>
          </w:p>
        </w:tc>
      </w:tr>
      <w:tr w:rsidR="00182F11" w:rsidRPr="000343C0" w14:paraId="6F1F5CE5" w14:textId="77777777" w:rsidTr="00935AE2">
        <w:trPr>
          <w:jc w:val="center"/>
        </w:trPr>
        <w:tc>
          <w:tcPr>
            <w:tcW w:w="2664" w:type="dxa"/>
            <w:shd w:val="clear" w:color="auto" w:fill="EEF2F4"/>
            <w:tcMar>
              <w:top w:w="95" w:type="dxa"/>
              <w:left w:w="120" w:type="dxa"/>
              <w:bottom w:w="95" w:type="dxa"/>
              <w:right w:w="120" w:type="dxa"/>
            </w:tcMar>
            <w:vAlign w:val="center"/>
          </w:tcPr>
          <w:p w14:paraId="11BE03E6" w14:textId="77777777" w:rsidR="00182F11" w:rsidRPr="000343C0" w:rsidRDefault="00182F11" w:rsidP="00182F11">
            <w:r w:rsidRPr="000343C0">
              <w:rPr>
                <w:b/>
                <w:color w:val="172A3A"/>
                <w:sz w:val="18"/>
              </w:rPr>
              <w:t>Nagroda główna</w:t>
            </w:r>
          </w:p>
        </w:tc>
        <w:tc>
          <w:tcPr>
            <w:tcW w:w="7042" w:type="dxa"/>
            <w:tcMar>
              <w:top w:w="95" w:type="dxa"/>
              <w:left w:w="120" w:type="dxa"/>
              <w:bottom w:w="95" w:type="dxa"/>
              <w:right w:w="120" w:type="dxa"/>
            </w:tcMar>
            <w:vAlign w:val="center"/>
          </w:tcPr>
          <w:p w14:paraId="41A84301" w14:textId="3BA3B347" w:rsidR="00182F11" w:rsidRPr="000343C0" w:rsidRDefault="00182F11" w:rsidP="00182F11">
            <w:r w:rsidRPr="00182F11">
              <w:rPr>
                <w:color w:val="auto"/>
              </w:rPr>
              <w:t>1 torba prezentowa Kinads Media zawierająca kosmetyki, książki i przekąski</w:t>
            </w:r>
          </w:p>
        </w:tc>
      </w:tr>
      <w:tr w:rsidR="00182F11" w:rsidRPr="000343C0" w14:paraId="48741EC4" w14:textId="77777777" w:rsidTr="00935AE2">
        <w:trPr>
          <w:jc w:val="center"/>
        </w:trPr>
        <w:tc>
          <w:tcPr>
            <w:tcW w:w="2664" w:type="dxa"/>
            <w:shd w:val="clear" w:color="auto" w:fill="EEF2F4"/>
            <w:tcMar>
              <w:top w:w="95" w:type="dxa"/>
              <w:left w:w="120" w:type="dxa"/>
              <w:bottom w:w="95" w:type="dxa"/>
              <w:right w:w="120" w:type="dxa"/>
            </w:tcMar>
            <w:vAlign w:val="center"/>
          </w:tcPr>
          <w:p w14:paraId="213BADBC" w14:textId="77777777" w:rsidR="00182F11" w:rsidRPr="000343C0" w:rsidRDefault="00182F11" w:rsidP="00182F11">
            <w:r w:rsidRPr="000343C0">
              <w:rPr>
                <w:b/>
                <w:color w:val="172A3A"/>
                <w:sz w:val="18"/>
              </w:rPr>
              <w:t>Wartość brutto nagrody</w:t>
            </w:r>
          </w:p>
        </w:tc>
        <w:tc>
          <w:tcPr>
            <w:tcW w:w="7042" w:type="dxa"/>
            <w:tcMar>
              <w:top w:w="95" w:type="dxa"/>
              <w:left w:w="120" w:type="dxa"/>
              <w:bottom w:w="95" w:type="dxa"/>
              <w:right w:w="120" w:type="dxa"/>
            </w:tcMar>
            <w:vAlign w:val="center"/>
          </w:tcPr>
          <w:p w14:paraId="0984D88C" w14:textId="278BB353" w:rsidR="00182F11" w:rsidRPr="000343C0" w:rsidRDefault="00182F11" w:rsidP="00182F11">
            <w:r w:rsidRPr="00182F11">
              <w:rPr>
                <w:color w:val="auto"/>
                <w:sz w:val="18"/>
              </w:rPr>
              <w:t>100 zł</w:t>
            </w:r>
          </w:p>
        </w:tc>
      </w:tr>
      <w:tr w:rsidR="00182F11" w:rsidRPr="000343C0" w14:paraId="522B86CD" w14:textId="77777777" w:rsidTr="00935AE2">
        <w:trPr>
          <w:jc w:val="center"/>
        </w:trPr>
        <w:tc>
          <w:tcPr>
            <w:tcW w:w="2664" w:type="dxa"/>
            <w:shd w:val="clear" w:color="auto" w:fill="EEF2F4"/>
            <w:tcMar>
              <w:top w:w="95" w:type="dxa"/>
              <w:left w:w="120" w:type="dxa"/>
              <w:bottom w:w="95" w:type="dxa"/>
              <w:right w:w="120" w:type="dxa"/>
            </w:tcMar>
            <w:vAlign w:val="center"/>
          </w:tcPr>
          <w:p w14:paraId="29CD2FFA" w14:textId="77777777" w:rsidR="00182F11" w:rsidRPr="000343C0" w:rsidRDefault="00182F11" w:rsidP="00182F11">
            <w:r w:rsidRPr="000343C0">
              <w:rPr>
                <w:b/>
                <w:color w:val="172A3A"/>
                <w:sz w:val="18"/>
              </w:rPr>
              <w:t>Dodatkowa nagroda pieniężna na podatek</w:t>
            </w:r>
          </w:p>
        </w:tc>
        <w:tc>
          <w:tcPr>
            <w:tcW w:w="7042" w:type="dxa"/>
            <w:tcMar>
              <w:top w:w="95" w:type="dxa"/>
              <w:left w:w="120" w:type="dxa"/>
              <w:bottom w:w="95" w:type="dxa"/>
              <w:right w:w="120" w:type="dxa"/>
            </w:tcMar>
            <w:vAlign w:val="center"/>
          </w:tcPr>
          <w:p w14:paraId="3FB65D71" w14:textId="6C8B65EF" w:rsidR="00182F11" w:rsidRPr="000343C0" w:rsidRDefault="00182F11" w:rsidP="00182F11">
            <w:r w:rsidRPr="00182F11">
              <w:rPr>
                <w:color w:val="auto"/>
                <w:sz w:val="18"/>
              </w:rPr>
              <w:t>NIE DOTYCZY</w:t>
            </w:r>
          </w:p>
        </w:tc>
      </w:tr>
      <w:tr w:rsidR="00182F11" w:rsidRPr="000343C0" w14:paraId="01CED71F" w14:textId="77777777" w:rsidTr="00935AE2">
        <w:trPr>
          <w:jc w:val="center"/>
        </w:trPr>
        <w:tc>
          <w:tcPr>
            <w:tcW w:w="2664" w:type="dxa"/>
            <w:shd w:val="clear" w:color="auto" w:fill="EEF2F4"/>
            <w:tcMar>
              <w:top w:w="95" w:type="dxa"/>
              <w:left w:w="120" w:type="dxa"/>
              <w:bottom w:w="95" w:type="dxa"/>
              <w:right w:w="120" w:type="dxa"/>
            </w:tcMar>
            <w:vAlign w:val="center"/>
          </w:tcPr>
          <w:p w14:paraId="6ADF3CA3" w14:textId="77777777" w:rsidR="00182F11" w:rsidRPr="000343C0" w:rsidRDefault="00182F11" w:rsidP="00182F11">
            <w:r w:rsidRPr="000343C0">
              <w:rPr>
                <w:b/>
                <w:color w:val="172A3A"/>
                <w:sz w:val="18"/>
              </w:rPr>
              <w:t>Sposób wydania</w:t>
            </w:r>
          </w:p>
        </w:tc>
        <w:tc>
          <w:tcPr>
            <w:tcW w:w="7042" w:type="dxa"/>
            <w:tcMar>
              <w:top w:w="95" w:type="dxa"/>
              <w:left w:w="120" w:type="dxa"/>
              <w:bottom w:w="95" w:type="dxa"/>
              <w:right w:w="120" w:type="dxa"/>
            </w:tcMar>
            <w:vAlign w:val="center"/>
          </w:tcPr>
          <w:p w14:paraId="11263513" w14:textId="34104F20" w:rsidR="00182F11" w:rsidRPr="000343C0" w:rsidRDefault="00182F11" w:rsidP="00182F11">
            <w:r w:rsidRPr="00182F11">
              <w:rPr>
                <w:color w:val="auto"/>
                <w:sz w:val="18"/>
              </w:rPr>
              <w:t>Na miejscu po ogłoszeniu wyniku</w:t>
            </w:r>
          </w:p>
        </w:tc>
      </w:tr>
      <w:tr w:rsidR="00182F11" w:rsidRPr="000343C0" w14:paraId="6F5ED7DB" w14:textId="77777777" w:rsidTr="00935AE2">
        <w:trPr>
          <w:jc w:val="center"/>
        </w:trPr>
        <w:tc>
          <w:tcPr>
            <w:tcW w:w="2664" w:type="dxa"/>
            <w:shd w:val="clear" w:color="auto" w:fill="EEF2F4"/>
            <w:tcMar>
              <w:top w:w="95" w:type="dxa"/>
              <w:left w:w="120" w:type="dxa"/>
              <w:bottom w:w="95" w:type="dxa"/>
              <w:right w:w="120" w:type="dxa"/>
            </w:tcMar>
            <w:vAlign w:val="center"/>
          </w:tcPr>
          <w:p w14:paraId="771F8318" w14:textId="77777777" w:rsidR="00182F11" w:rsidRPr="000343C0" w:rsidRDefault="00182F11" w:rsidP="00182F11">
            <w:r w:rsidRPr="000343C0">
              <w:rPr>
                <w:b/>
                <w:color w:val="172A3A"/>
                <w:sz w:val="18"/>
              </w:rPr>
              <w:t>Miejsce udostępnienia Regulaminu</w:t>
            </w:r>
          </w:p>
        </w:tc>
        <w:tc>
          <w:tcPr>
            <w:tcW w:w="7042" w:type="dxa"/>
            <w:tcMar>
              <w:top w:w="95" w:type="dxa"/>
              <w:left w:w="120" w:type="dxa"/>
              <w:bottom w:w="95" w:type="dxa"/>
              <w:right w:w="120" w:type="dxa"/>
            </w:tcMar>
            <w:vAlign w:val="center"/>
          </w:tcPr>
          <w:p w14:paraId="0EF530D3" w14:textId="6985D1A7" w:rsidR="00182F11" w:rsidRPr="000343C0" w:rsidRDefault="00182F11" w:rsidP="00182F11">
            <w:r w:rsidRPr="00182F11">
              <w:rPr>
                <w:color w:val="auto"/>
                <w:sz w:val="18"/>
              </w:rPr>
              <w:t>PUNKT OBSŁUGI</w:t>
            </w:r>
          </w:p>
        </w:tc>
      </w:tr>
    </w:tbl>
    <w:p w14:paraId="248BD828" w14:textId="77777777" w:rsidR="00182F11" w:rsidRPr="000343C0" w:rsidRDefault="00182F11" w:rsidP="00182F11">
      <w:pPr>
        <w:pStyle w:val="Nagwek2"/>
      </w:pPr>
      <w:r w:rsidRPr="000343C0">
        <w:t>Notatka komisji konkursowej</w:t>
      </w:r>
    </w:p>
    <w:p w14:paraId="23F04A14" w14:textId="77777777" w:rsidR="00182F11" w:rsidRPr="000343C0" w:rsidRDefault="00182F11" w:rsidP="00182F11">
      <w:r w:rsidRPr="000343C0">
        <w:t>Numer/nazwa zwycięskiego zgłoszenia: ______________________________________________</w:t>
      </w:r>
    </w:p>
    <w:p w14:paraId="5456A90C" w14:textId="77777777" w:rsidR="00182F11" w:rsidRPr="000343C0" w:rsidRDefault="00182F11" w:rsidP="00182F11">
      <w:r w:rsidRPr="000343C0">
        <w:t>Liczba punktów: ______ / 15</w:t>
      </w:r>
    </w:p>
    <w:p w14:paraId="1BA00BA7" w14:textId="77777777" w:rsidR="00182F11" w:rsidRPr="000343C0" w:rsidRDefault="00182F11" w:rsidP="00182F11">
      <w:r w:rsidRPr="000343C0">
        <w:t>Krótkie uzasadnienie: ____________________________________________________________</w:t>
      </w:r>
    </w:p>
    <w:p w14:paraId="65EBB46C" w14:textId="77777777" w:rsidR="00182F11" w:rsidRPr="000343C0" w:rsidRDefault="00182F11" w:rsidP="00182F11">
      <w:r w:rsidRPr="000343C0">
        <w:t>________________________________________________________________________________</w:t>
      </w:r>
    </w:p>
    <w:p w14:paraId="1E757A43" w14:textId="77777777" w:rsidR="00182F11" w:rsidRPr="000343C0" w:rsidRDefault="00182F11" w:rsidP="00182F11">
      <w:r w:rsidRPr="000343C0">
        <w:t>Imiona i podpisy członków komisji: _______________________________________________</w:t>
      </w:r>
    </w:p>
    <w:p w14:paraId="1BE02CD1" w14:textId="77777777" w:rsidR="00182F11" w:rsidRDefault="00182F11" w:rsidP="00182F11">
      <w:r w:rsidRPr="000343C0">
        <w:t>Data i godzina wyboru: __________________________________________________________</w:t>
      </w:r>
    </w:p>
    <w:p w14:paraId="45854B0B" w14:textId="77777777" w:rsidR="00182F11" w:rsidRDefault="00182F11"/>
    <w:p w14:paraId="03F2DBDE" w14:textId="77777777" w:rsidR="00182F11" w:rsidRDefault="00182F11"/>
    <w:p w14:paraId="194A98C8" w14:textId="77777777" w:rsidR="00182F11" w:rsidRDefault="00182F11"/>
    <w:p w14:paraId="69C6B252" w14:textId="77777777" w:rsidR="00182F11" w:rsidRDefault="00182F11"/>
    <w:p w14:paraId="3F5F578F" w14:textId="77777777" w:rsidR="00182F11" w:rsidRDefault="00182F11"/>
    <w:p w14:paraId="60716A98" w14:textId="77777777" w:rsidR="00182F11" w:rsidRDefault="00182F11"/>
    <w:p w14:paraId="1BFA08A7" w14:textId="77777777" w:rsidR="00182F11" w:rsidRDefault="00182F11"/>
    <w:p w14:paraId="59BE741A" w14:textId="77777777" w:rsidR="00182F11" w:rsidRPr="000343C0" w:rsidRDefault="00182F11" w:rsidP="00182F11">
      <w:pPr>
        <w:pStyle w:val="Nagwek1"/>
      </w:pPr>
      <w:r w:rsidRPr="000343C0">
        <w:lastRenderedPageBreak/>
        <w:t>ZAŁĄCZNIK NR 1</w:t>
      </w:r>
    </w:p>
    <w:p w14:paraId="7A78EA66" w14:textId="622AA25E" w:rsidR="00182F11" w:rsidRPr="000343C0" w:rsidRDefault="00182F11" w:rsidP="00182F11">
      <w:pPr>
        <w:spacing w:after="200"/>
      </w:pPr>
    </w:p>
    <w:tbl>
      <w:tblPr>
        <w:tblW w:w="0" w:type="auto"/>
        <w:jc w:val="center"/>
        <w:tblLayout w:type="fixed"/>
        <w:tblLook w:val="04A0" w:firstRow="1" w:lastRow="0" w:firstColumn="1" w:lastColumn="0" w:noHBand="0" w:noVBand="1"/>
      </w:tblPr>
      <w:tblGrid>
        <w:gridCol w:w="2664"/>
        <w:gridCol w:w="7042"/>
      </w:tblGrid>
      <w:tr w:rsidR="00182F11" w:rsidRPr="000343C0" w14:paraId="269A5729" w14:textId="77777777" w:rsidTr="00935AE2">
        <w:trPr>
          <w:jc w:val="center"/>
        </w:trPr>
        <w:tc>
          <w:tcPr>
            <w:tcW w:w="2664" w:type="dxa"/>
            <w:shd w:val="clear" w:color="auto" w:fill="EEF2F4"/>
            <w:tcMar>
              <w:top w:w="95" w:type="dxa"/>
              <w:left w:w="120" w:type="dxa"/>
              <w:bottom w:w="95" w:type="dxa"/>
              <w:right w:w="120" w:type="dxa"/>
            </w:tcMar>
            <w:vAlign w:val="center"/>
          </w:tcPr>
          <w:p w14:paraId="0BC54CE9" w14:textId="77777777" w:rsidR="00182F11" w:rsidRPr="000343C0" w:rsidRDefault="00182F11" w:rsidP="00935AE2">
            <w:r w:rsidRPr="000343C0">
              <w:rPr>
                <w:b/>
                <w:color w:val="172A3A"/>
                <w:sz w:val="18"/>
              </w:rPr>
              <w:t>Nazwa Edycji</w:t>
            </w:r>
          </w:p>
        </w:tc>
        <w:tc>
          <w:tcPr>
            <w:tcW w:w="7042" w:type="dxa"/>
            <w:tcMar>
              <w:top w:w="95" w:type="dxa"/>
              <w:left w:w="120" w:type="dxa"/>
              <w:bottom w:w="95" w:type="dxa"/>
              <w:right w:w="120" w:type="dxa"/>
            </w:tcMar>
            <w:vAlign w:val="center"/>
          </w:tcPr>
          <w:p w14:paraId="2B2431E1" w14:textId="69B8A903" w:rsidR="00182F11" w:rsidRPr="000343C0" w:rsidRDefault="00182F11" w:rsidP="00935AE2">
            <w:r w:rsidRPr="000343C0">
              <w:t xml:space="preserve">Kadr z Kina na leżakach - </w:t>
            </w:r>
            <w:r>
              <w:t>ZAMOŚĆ</w:t>
            </w:r>
          </w:p>
        </w:tc>
      </w:tr>
      <w:tr w:rsidR="00182F11" w:rsidRPr="000343C0" w14:paraId="4E8DB06B" w14:textId="77777777" w:rsidTr="00935AE2">
        <w:trPr>
          <w:jc w:val="center"/>
        </w:trPr>
        <w:tc>
          <w:tcPr>
            <w:tcW w:w="2664" w:type="dxa"/>
            <w:shd w:val="clear" w:color="auto" w:fill="EEF2F4"/>
            <w:tcMar>
              <w:top w:w="95" w:type="dxa"/>
              <w:left w:w="120" w:type="dxa"/>
              <w:bottom w:w="95" w:type="dxa"/>
              <w:right w:w="120" w:type="dxa"/>
            </w:tcMar>
            <w:vAlign w:val="center"/>
          </w:tcPr>
          <w:p w14:paraId="0A0E923F" w14:textId="77777777" w:rsidR="00182F11" w:rsidRPr="000343C0" w:rsidRDefault="00182F11" w:rsidP="00182F11">
            <w:r w:rsidRPr="000343C0">
              <w:rPr>
                <w:b/>
                <w:color w:val="172A3A"/>
                <w:sz w:val="18"/>
              </w:rPr>
              <w:t>Data i miejsce wydarzenia</w:t>
            </w:r>
          </w:p>
        </w:tc>
        <w:tc>
          <w:tcPr>
            <w:tcW w:w="7042" w:type="dxa"/>
            <w:tcMar>
              <w:top w:w="95" w:type="dxa"/>
              <w:left w:w="120" w:type="dxa"/>
              <w:bottom w:w="95" w:type="dxa"/>
              <w:right w:w="120" w:type="dxa"/>
            </w:tcMar>
            <w:vAlign w:val="center"/>
          </w:tcPr>
          <w:p w14:paraId="6C0D1FE6" w14:textId="7A919E38" w:rsidR="00182F11" w:rsidRPr="000343C0" w:rsidRDefault="00182F11" w:rsidP="00182F11">
            <w:r>
              <w:rPr>
                <w:color w:val="auto"/>
                <w:sz w:val="18"/>
              </w:rPr>
              <w:t>20</w:t>
            </w:r>
            <w:r w:rsidRPr="00182F11">
              <w:rPr>
                <w:color w:val="auto"/>
                <w:sz w:val="18"/>
              </w:rPr>
              <w:t xml:space="preserve">.08.2026 – </w:t>
            </w:r>
            <w:r>
              <w:rPr>
                <w:color w:val="auto"/>
                <w:sz w:val="18"/>
              </w:rPr>
              <w:t>RYNEK WIELKI 8, ZAMOŚĆ</w:t>
            </w:r>
          </w:p>
        </w:tc>
      </w:tr>
      <w:tr w:rsidR="00182F11" w:rsidRPr="000343C0" w14:paraId="45E29F4C" w14:textId="77777777" w:rsidTr="00935AE2">
        <w:trPr>
          <w:jc w:val="center"/>
        </w:trPr>
        <w:tc>
          <w:tcPr>
            <w:tcW w:w="2664" w:type="dxa"/>
            <w:shd w:val="clear" w:color="auto" w:fill="EEF2F4"/>
            <w:tcMar>
              <w:top w:w="95" w:type="dxa"/>
              <w:left w:w="120" w:type="dxa"/>
              <w:bottom w:w="95" w:type="dxa"/>
              <w:right w:w="120" w:type="dxa"/>
            </w:tcMar>
            <w:vAlign w:val="center"/>
          </w:tcPr>
          <w:p w14:paraId="2CB5C812" w14:textId="77777777" w:rsidR="00182F11" w:rsidRPr="000343C0" w:rsidRDefault="00182F11" w:rsidP="00182F11">
            <w:r w:rsidRPr="000343C0">
              <w:rPr>
                <w:b/>
                <w:color w:val="172A3A"/>
                <w:sz w:val="18"/>
              </w:rPr>
              <w:t>Start zgłoszeń</w:t>
            </w:r>
          </w:p>
        </w:tc>
        <w:tc>
          <w:tcPr>
            <w:tcW w:w="7042" w:type="dxa"/>
            <w:tcMar>
              <w:top w:w="95" w:type="dxa"/>
              <w:left w:w="120" w:type="dxa"/>
              <w:bottom w:w="95" w:type="dxa"/>
              <w:right w:w="120" w:type="dxa"/>
            </w:tcMar>
            <w:vAlign w:val="center"/>
          </w:tcPr>
          <w:p w14:paraId="54C93427" w14:textId="4EAB74CC" w:rsidR="00182F11" w:rsidRPr="000343C0" w:rsidRDefault="00182F11" w:rsidP="00182F11">
            <w:r>
              <w:rPr>
                <w:color w:val="auto"/>
                <w:sz w:val="18"/>
              </w:rPr>
              <w:t>18:30</w:t>
            </w:r>
          </w:p>
        </w:tc>
      </w:tr>
      <w:tr w:rsidR="00182F11" w:rsidRPr="000343C0" w14:paraId="0D6892C9" w14:textId="77777777" w:rsidTr="00935AE2">
        <w:trPr>
          <w:jc w:val="center"/>
        </w:trPr>
        <w:tc>
          <w:tcPr>
            <w:tcW w:w="2664" w:type="dxa"/>
            <w:shd w:val="clear" w:color="auto" w:fill="EEF2F4"/>
            <w:tcMar>
              <w:top w:w="95" w:type="dxa"/>
              <w:left w:w="120" w:type="dxa"/>
              <w:bottom w:w="95" w:type="dxa"/>
              <w:right w:w="120" w:type="dxa"/>
            </w:tcMar>
            <w:vAlign w:val="center"/>
          </w:tcPr>
          <w:p w14:paraId="22060C5D" w14:textId="77777777" w:rsidR="00182F11" w:rsidRPr="000343C0" w:rsidRDefault="00182F11" w:rsidP="00182F11">
            <w:r w:rsidRPr="000343C0">
              <w:rPr>
                <w:b/>
                <w:color w:val="172A3A"/>
                <w:sz w:val="18"/>
              </w:rPr>
              <w:t>Koniec zgłoszeń</w:t>
            </w:r>
          </w:p>
        </w:tc>
        <w:tc>
          <w:tcPr>
            <w:tcW w:w="7042" w:type="dxa"/>
            <w:tcMar>
              <w:top w:w="95" w:type="dxa"/>
              <w:left w:w="120" w:type="dxa"/>
              <w:bottom w:w="95" w:type="dxa"/>
              <w:right w:w="120" w:type="dxa"/>
            </w:tcMar>
            <w:vAlign w:val="center"/>
          </w:tcPr>
          <w:p w14:paraId="5D1518E3" w14:textId="2BD4055F" w:rsidR="00182F11" w:rsidRPr="000343C0" w:rsidRDefault="00182F11" w:rsidP="00182F11">
            <w:r w:rsidRPr="00182F11">
              <w:rPr>
                <w:color w:val="auto"/>
                <w:sz w:val="18"/>
              </w:rPr>
              <w:t>2</w:t>
            </w:r>
            <w:r>
              <w:rPr>
                <w:color w:val="auto"/>
                <w:sz w:val="18"/>
              </w:rPr>
              <w:t>0:30</w:t>
            </w:r>
          </w:p>
        </w:tc>
      </w:tr>
      <w:tr w:rsidR="00182F11" w:rsidRPr="000343C0" w14:paraId="3DEC61BE" w14:textId="77777777" w:rsidTr="00935AE2">
        <w:trPr>
          <w:jc w:val="center"/>
        </w:trPr>
        <w:tc>
          <w:tcPr>
            <w:tcW w:w="2664" w:type="dxa"/>
            <w:shd w:val="clear" w:color="auto" w:fill="EEF2F4"/>
            <w:tcMar>
              <w:top w:w="95" w:type="dxa"/>
              <w:left w:w="120" w:type="dxa"/>
              <w:bottom w:w="95" w:type="dxa"/>
              <w:right w:w="120" w:type="dxa"/>
            </w:tcMar>
            <w:vAlign w:val="center"/>
          </w:tcPr>
          <w:p w14:paraId="7FD3E615" w14:textId="77777777" w:rsidR="00182F11" w:rsidRPr="000343C0" w:rsidRDefault="00182F11" w:rsidP="00182F11">
            <w:r w:rsidRPr="000343C0">
              <w:rPr>
                <w:b/>
                <w:color w:val="172A3A"/>
                <w:sz w:val="18"/>
              </w:rPr>
              <w:t>Maksymalna liczba zgłoszeń</w:t>
            </w:r>
          </w:p>
        </w:tc>
        <w:tc>
          <w:tcPr>
            <w:tcW w:w="7042" w:type="dxa"/>
            <w:tcMar>
              <w:top w:w="95" w:type="dxa"/>
              <w:left w:w="120" w:type="dxa"/>
              <w:bottom w:w="95" w:type="dxa"/>
              <w:right w:w="120" w:type="dxa"/>
            </w:tcMar>
            <w:vAlign w:val="center"/>
          </w:tcPr>
          <w:p w14:paraId="7F2EB540" w14:textId="21C419AF" w:rsidR="00182F11" w:rsidRPr="000343C0" w:rsidRDefault="00182F11" w:rsidP="00182F11">
            <w:r w:rsidRPr="00182F11">
              <w:rPr>
                <w:color w:val="auto"/>
                <w:sz w:val="18"/>
              </w:rPr>
              <w:t>20</w:t>
            </w:r>
          </w:p>
        </w:tc>
      </w:tr>
      <w:tr w:rsidR="00182F11" w:rsidRPr="000343C0" w14:paraId="0FBED8E7" w14:textId="77777777" w:rsidTr="00935AE2">
        <w:trPr>
          <w:jc w:val="center"/>
        </w:trPr>
        <w:tc>
          <w:tcPr>
            <w:tcW w:w="2664" w:type="dxa"/>
            <w:shd w:val="clear" w:color="auto" w:fill="EEF2F4"/>
            <w:tcMar>
              <w:top w:w="95" w:type="dxa"/>
              <w:left w:w="120" w:type="dxa"/>
              <w:bottom w:w="95" w:type="dxa"/>
              <w:right w:w="120" w:type="dxa"/>
            </w:tcMar>
            <w:vAlign w:val="center"/>
          </w:tcPr>
          <w:p w14:paraId="306E9BDA" w14:textId="77777777" w:rsidR="00182F11" w:rsidRPr="000343C0" w:rsidRDefault="00182F11" w:rsidP="00182F11">
            <w:r w:rsidRPr="000343C0">
              <w:rPr>
                <w:b/>
                <w:color w:val="172A3A"/>
                <w:sz w:val="18"/>
              </w:rPr>
              <w:t>Ogłoszenie wyniku</w:t>
            </w:r>
          </w:p>
        </w:tc>
        <w:tc>
          <w:tcPr>
            <w:tcW w:w="7042" w:type="dxa"/>
            <w:tcMar>
              <w:top w:w="95" w:type="dxa"/>
              <w:left w:w="120" w:type="dxa"/>
              <w:bottom w:w="95" w:type="dxa"/>
              <w:right w:w="120" w:type="dxa"/>
            </w:tcMar>
            <w:vAlign w:val="center"/>
          </w:tcPr>
          <w:p w14:paraId="1E5DCE44" w14:textId="31D2E71E" w:rsidR="00182F11" w:rsidRPr="000343C0" w:rsidRDefault="00182F11" w:rsidP="00182F11">
            <w:r w:rsidRPr="00182F11">
              <w:rPr>
                <w:color w:val="auto"/>
                <w:sz w:val="18"/>
              </w:rPr>
              <w:t>Po zakończeniu seansu, na miejscu wydarzenia, około 22:00</w:t>
            </w:r>
          </w:p>
        </w:tc>
      </w:tr>
      <w:tr w:rsidR="00182F11" w:rsidRPr="000343C0" w14:paraId="0A7D41A3" w14:textId="77777777" w:rsidTr="00935AE2">
        <w:trPr>
          <w:jc w:val="center"/>
        </w:trPr>
        <w:tc>
          <w:tcPr>
            <w:tcW w:w="2664" w:type="dxa"/>
            <w:shd w:val="clear" w:color="auto" w:fill="EEF2F4"/>
            <w:tcMar>
              <w:top w:w="95" w:type="dxa"/>
              <w:left w:w="120" w:type="dxa"/>
              <w:bottom w:w="95" w:type="dxa"/>
              <w:right w:w="120" w:type="dxa"/>
            </w:tcMar>
            <w:vAlign w:val="center"/>
          </w:tcPr>
          <w:p w14:paraId="2793D35C" w14:textId="77777777" w:rsidR="00182F11" w:rsidRPr="000343C0" w:rsidRDefault="00182F11" w:rsidP="00182F11">
            <w:r w:rsidRPr="000343C0">
              <w:rPr>
                <w:b/>
                <w:color w:val="172A3A"/>
                <w:sz w:val="18"/>
              </w:rPr>
              <w:t>Nagroda główna</w:t>
            </w:r>
          </w:p>
        </w:tc>
        <w:tc>
          <w:tcPr>
            <w:tcW w:w="7042" w:type="dxa"/>
            <w:tcMar>
              <w:top w:w="95" w:type="dxa"/>
              <w:left w:w="120" w:type="dxa"/>
              <w:bottom w:w="95" w:type="dxa"/>
              <w:right w:w="120" w:type="dxa"/>
            </w:tcMar>
            <w:vAlign w:val="center"/>
          </w:tcPr>
          <w:p w14:paraId="6D204829" w14:textId="2DAE9218" w:rsidR="00182F11" w:rsidRPr="000343C0" w:rsidRDefault="00182F11" w:rsidP="00182F11">
            <w:r w:rsidRPr="00182F11">
              <w:rPr>
                <w:color w:val="auto"/>
              </w:rPr>
              <w:t>1 torba prezentowa Kinads Media zawierająca kosmetyki, książki i przekąski</w:t>
            </w:r>
          </w:p>
        </w:tc>
      </w:tr>
      <w:tr w:rsidR="00182F11" w:rsidRPr="000343C0" w14:paraId="0A6729DA" w14:textId="77777777" w:rsidTr="00935AE2">
        <w:trPr>
          <w:jc w:val="center"/>
        </w:trPr>
        <w:tc>
          <w:tcPr>
            <w:tcW w:w="2664" w:type="dxa"/>
            <w:shd w:val="clear" w:color="auto" w:fill="EEF2F4"/>
            <w:tcMar>
              <w:top w:w="95" w:type="dxa"/>
              <w:left w:w="120" w:type="dxa"/>
              <w:bottom w:w="95" w:type="dxa"/>
              <w:right w:w="120" w:type="dxa"/>
            </w:tcMar>
            <w:vAlign w:val="center"/>
          </w:tcPr>
          <w:p w14:paraId="024BBDB2" w14:textId="77777777" w:rsidR="00182F11" w:rsidRPr="000343C0" w:rsidRDefault="00182F11" w:rsidP="00182F11">
            <w:r w:rsidRPr="000343C0">
              <w:rPr>
                <w:b/>
                <w:color w:val="172A3A"/>
                <w:sz w:val="18"/>
              </w:rPr>
              <w:t>Wartość brutto nagrody</w:t>
            </w:r>
          </w:p>
        </w:tc>
        <w:tc>
          <w:tcPr>
            <w:tcW w:w="7042" w:type="dxa"/>
            <w:tcMar>
              <w:top w:w="95" w:type="dxa"/>
              <w:left w:w="120" w:type="dxa"/>
              <w:bottom w:w="95" w:type="dxa"/>
              <w:right w:w="120" w:type="dxa"/>
            </w:tcMar>
            <w:vAlign w:val="center"/>
          </w:tcPr>
          <w:p w14:paraId="2EB900F9" w14:textId="0E47299C" w:rsidR="00182F11" w:rsidRPr="000343C0" w:rsidRDefault="00182F11" w:rsidP="00182F11">
            <w:r w:rsidRPr="00182F11">
              <w:rPr>
                <w:color w:val="auto"/>
                <w:sz w:val="18"/>
              </w:rPr>
              <w:t>100 zł</w:t>
            </w:r>
          </w:p>
        </w:tc>
      </w:tr>
      <w:tr w:rsidR="00182F11" w:rsidRPr="000343C0" w14:paraId="3A878A4D" w14:textId="77777777" w:rsidTr="00935AE2">
        <w:trPr>
          <w:jc w:val="center"/>
        </w:trPr>
        <w:tc>
          <w:tcPr>
            <w:tcW w:w="2664" w:type="dxa"/>
            <w:shd w:val="clear" w:color="auto" w:fill="EEF2F4"/>
            <w:tcMar>
              <w:top w:w="95" w:type="dxa"/>
              <w:left w:w="120" w:type="dxa"/>
              <w:bottom w:w="95" w:type="dxa"/>
              <w:right w:w="120" w:type="dxa"/>
            </w:tcMar>
            <w:vAlign w:val="center"/>
          </w:tcPr>
          <w:p w14:paraId="32BD4F10" w14:textId="77777777" w:rsidR="00182F11" w:rsidRPr="000343C0" w:rsidRDefault="00182F11" w:rsidP="00182F11">
            <w:r w:rsidRPr="000343C0">
              <w:rPr>
                <w:b/>
                <w:color w:val="172A3A"/>
                <w:sz w:val="18"/>
              </w:rPr>
              <w:t>Dodatkowa nagroda pieniężna na podatek</w:t>
            </w:r>
          </w:p>
        </w:tc>
        <w:tc>
          <w:tcPr>
            <w:tcW w:w="7042" w:type="dxa"/>
            <w:tcMar>
              <w:top w:w="95" w:type="dxa"/>
              <w:left w:w="120" w:type="dxa"/>
              <w:bottom w:w="95" w:type="dxa"/>
              <w:right w:w="120" w:type="dxa"/>
            </w:tcMar>
            <w:vAlign w:val="center"/>
          </w:tcPr>
          <w:p w14:paraId="238EDB80" w14:textId="2B7773E1" w:rsidR="00182F11" w:rsidRPr="000343C0" w:rsidRDefault="00182F11" w:rsidP="00182F11">
            <w:r w:rsidRPr="00182F11">
              <w:rPr>
                <w:color w:val="auto"/>
                <w:sz w:val="18"/>
              </w:rPr>
              <w:t>NIE DOTYCZY</w:t>
            </w:r>
          </w:p>
        </w:tc>
      </w:tr>
      <w:tr w:rsidR="00182F11" w:rsidRPr="000343C0" w14:paraId="7BE5A517" w14:textId="77777777" w:rsidTr="00935AE2">
        <w:trPr>
          <w:jc w:val="center"/>
        </w:trPr>
        <w:tc>
          <w:tcPr>
            <w:tcW w:w="2664" w:type="dxa"/>
            <w:shd w:val="clear" w:color="auto" w:fill="EEF2F4"/>
            <w:tcMar>
              <w:top w:w="95" w:type="dxa"/>
              <w:left w:w="120" w:type="dxa"/>
              <w:bottom w:w="95" w:type="dxa"/>
              <w:right w:w="120" w:type="dxa"/>
            </w:tcMar>
            <w:vAlign w:val="center"/>
          </w:tcPr>
          <w:p w14:paraId="7CD18CC7" w14:textId="77777777" w:rsidR="00182F11" w:rsidRPr="000343C0" w:rsidRDefault="00182F11" w:rsidP="00182F11">
            <w:r w:rsidRPr="000343C0">
              <w:rPr>
                <w:b/>
                <w:color w:val="172A3A"/>
                <w:sz w:val="18"/>
              </w:rPr>
              <w:t>Sposób wydania</w:t>
            </w:r>
          </w:p>
        </w:tc>
        <w:tc>
          <w:tcPr>
            <w:tcW w:w="7042" w:type="dxa"/>
            <w:tcMar>
              <w:top w:w="95" w:type="dxa"/>
              <w:left w:w="120" w:type="dxa"/>
              <w:bottom w:w="95" w:type="dxa"/>
              <w:right w:w="120" w:type="dxa"/>
            </w:tcMar>
            <w:vAlign w:val="center"/>
          </w:tcPr>
          <w:p w14:paraId="0E12A236" w14:textId="7FE572B9" w:rsidR="00182F11" w:rsidRPr="000343C0" w:rsidRDefault="00182F11" w:rsidP="00182F11">
            <w:r w:rsidRPr="00182F11">
              <w:rPr>
                <w:color w:val="auto"/>
                <w:sz w:val="18"/>
              </w:rPr>
              <w:t>Na miejscu po ogłoszeniu wyniku</w:t>
            </w:r>
          </w:p>
        </w:tc>
      </w:tr>
      <w:tr w:rsidR="00182F11" w:rsidRPr="000343C0" w14:paraId="5D71F4CF" w14:textId="77777777" w:rsidTr="00935AE2">
        <w:trPr>
          <w:jc w:val="center"/>
        </w:trPr>
        <w:tc>
          <w:tcPr>
            <w:tcW w:w="2664" w:type="dxa"/>
            <w:shd w:val="clear" w:color="auto" w:fill="EEF2F4"/>
            <w:tcMar>
              <w:top w:w="95" w:type="dxa"/>
              <w:left w:w="120" w:type="dxa"/>
              <w:bottom w:w="95" w:type="dxa"/>
              <w:right w:w="120" w:type="dxa"/>
            </w:tcMar>
            <w:vAlign w:val="center"/>
          </w:tcPr>
          <w:p w14:paraId="33FB5B64" w14:textId="77777777" w:rsidR="00182F11" w:rsidRPr="000343C0" w:rsidRDefault="00182F11" w:rsidP="00182F11">
            <w:r w:rsidRPr="000343C0">
              <w:rPr>
                <w:b/>
                <w:color w:val="172A3A"/>
                <w:sz w:val="18"/>
              </w:rPr>
              <w:t>Miejsce udostępnienia Regulaminu</w:t>
            </w:r>
          </w:p>
        </w:tc>
        <w:tc>
          <w:tcPr>
            <w:tcW w:w="7042" w:type="dxa"/>
            <w:tcMar>
              <w:top w:w="95" w:type="dxa"/>
              <w:left w:w="120" w:type="dxa"/>
              <w:bottom w:w="95" w:type="dxa"/>
              <w:right w:w="120" w:type="dxa"/>
            </w:tcMar>
            <w:vAlign w:val="center"/>
          </w:tcPr>
          <w:p w14:paraId="4CEDE4DE" w14:textId="60B17BDB" w:rsidR="00182F11" w:rsidRPr="000343C0" w:rsidRDefault="00182F11" w:rsidP="00182F11">
            <w:r w:rsidRPr="00182F11">
              <w:rPr>
                <w:color w:val="auto"/>
                <w:sz w:val="18"/>
              </w:rPr>
              <w:t>PUNKT OBSŁUGI</w:t>
            </w:r>
          </w:p>
        </w:tc>
      </w:tr>
    </w:tbl>
    <w:p w14:paraId="77C99312" w14:textId="77777777" w:rsidR="00182F11" w:rsidRPr="000343C0" w:rsidRDefault="00182F11" w:rsidP="00182F11">
      <w:pPr>
        <w:pStyle w:val="Nagwek2"/>
      </w:pPr>
      <w:r w:rsidRPr="000343C0">
        <w:t>Notatka komisji konkursowej</w:t>
      </w:r>
    </w:p>
    <w:p w14:paraId="0B1C0CA2" w14:textId="77777777" w:rsidR="00182F11" w:rsidRPr="000343C0" w:rsidRDefault="00182F11" w:rsidP="00182F11">
      <w:r w:rsidRPr="000343C0">
        <w:t>Numer/nazwa zwycięskiego zgłoszenia: ______________________________________________</w:t>
      </w:r>
    </w:p>
    <w:p w14:paraId="4E1D5654" w14:textId="77777777" w:rsidR="00182F11" w:rsidRPr="000343C0" w:rsidRDefault="00182F11" w:rsidP="00182F11">
      <w:r w:rsidRPr="000343C0">
        <w:t>Liczba punktów: ______ / 15</w:t>
      </w:r>
    </w:p>
    <w:p w14:paraId="5685A630" w14:textId="77777777" w:rsidR="00182F11" w:rsidRPr="000343C0" w:rsidRDefault="00182F11" w:rsidP="00182F11">
      <w:r w:rsidRPr="000343C0">
        <w:t>Krótkie uzasadnienie: ____________________________________________________________</w:t>
      </w:r>
    </w:p>
    <w:p w14:paraId="604558D3" w14:textId="77777777" w:rsidR="00182F11" w:rsidRPr="000343C0" w:rsidRDefault="00182F11" w:rsidP="00182F11">
      <w:r w:rsidRPr="000343C0">
        <w:t>________________________________________________________________________________</w:t>
      </w:r>
    </w:p>
    <w:p w14:paraId="5F6D8B3D" w14:textId="77777777" w:rsidR="00182F11" w:rsidRPr="000343C0" w:rsidRDefault="00182F11" w:rsidP="00182F11">
      <w:r w:rsidRPr="000343C0">
        <w:t>Imiona i podpisy członków komisji: _______________________________________________</w:t>
      </w:r>
    </w:p>
    <w:p w14:paraId="08839548" w14:textId="77777777" w:rsidR="00182F11" w:rsidRDefault="00182F11" w:rsidP="00182F11">
      <w:r w:rsidRPr="000343C0">
        <w:t>Data i godzina wyboru: __________________________________________________________</w:t>
      </w:r>
    </w:p>
    <w:p w14:paraId="2573778F" w14:textId="77777777" w:rsidR="00182F11" w:rsidRDefault="00182F11"/>
    <w:sectPr w:rsidR="00182F11">
      <w:headerReference w:type="default" r:id="rId16"/>
      <w:footerReference w:type="default" r:id="rId17"/>
      <w:pgSz w:w="12240" w:h="15840"/>
      <w:pgMar w:top="1123" w:right="1267" w:bottom="1037" w:left="1267" w:header="504" w:footer="504" w:gutter="0"/>
      <w:cols w:space="720"/>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0" w:author="Kancelaria" w:date="2026-08-04T07:54:00Z" w:initials="Kancelari">
    <w:p w14:paraId="792BEA99" w14:textId="77777777" w:rsidR="00B50D52" w:rsidRDefault="00B50D52" w:rsidP="00B50D52">
      <w:pPr>
        <w:pStyle w:val="Tekstkomentarza"/>
      </w:pPr>
      <w:r>
        <w:rPr>
          <w:rStyle w:val="Odwoaniedokomentarza"/>
        </w:rPr>
        <w:annotationRef/>
      </w:r>
      <w:r>
        <w:t>Proponuję dodać „własnego” urządzenia, jeżeli Organizator nie zapewnia tego urządzenia.</w:t>
      </w:r>
    </w:p>
  </w:comment>
  <w:comment w:id="1" w:author="Kancelaria" w:date="2026-08-04T07:55:00Z" w:initials="Kancelari">
    <w:p w14:paraId="29FA00A3" w14:textId="77777777" w:rsidR="000058CB" w:rsidRDefault="000058CB" w:rsidP="000058CB">
      <w:pPr>
        <w:pStyle w:val="Tekstkomentarza"/>
      </w:pPr>
      <w:r>
        <w:rPr>
          <w:rStyle w:val="Odwoaniedokomentarza"/>
        </w:rPr>
        <w:annotationRef/>
      </w:r>
      <w:r>
        <w:t>Proponuję doprecyzowanie, o jaką obsługę chodzi, np. obsługę Kina, obsługę wydarzenia …., itp.</w:t>
      </w:r>
    </w:p>
  </w:comment>
  <w:comment w:id="2" w:author="Kancelaria" w:date="2026-08-04T08:05:00Z" w:initials="Kancelari">
    <w:p w14:paraId="2DB834DE" w14:textId="77777777" w:rsidR="00A74019" w:rsidRDefault="00A74019" w:rsidP="00A74019">
      <w:pPr>
        <w:pStyle w:val="Tekstkomentarza"/>
      </w:pPr>
      <w:r>
        <w:rPr>
          <w:rStyle w:val="Odwoaniedokomentarza"/>
        </w:rPr>
        <w:annotationRef/>
      </w:r>
      <w:r>
        <w:t>Proponuję dodanie, aby uniknąć sytuacji, np. gdyby w obsłudze były np. 2 osoby i dwóch uczestników zgłosiło się do obsługi jednocześnie.</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792BEA99" w15:done="0"/>
  <w15:commentEx w15:paraId="29FA00A3" w15:done="0"/>
  <w15:commentEx w15:paraId="2DB834DE"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227FB8EB" w16cex:dateUtc="2026-08-04T05:54:00Z">
    <w16cex:extLst>
      <w16:ext w16:uri="{CE6994B0-6A32-4C9F-8C6B-6E91EDA988CE}">
        <cr:reactions xmlns:cr="http://schemas.microsoft.com/office/comments/2020/reactions">
          <cr:reaction reactionType="1">
            <cr:reactionInfo dateUtc="2026-08-04T11:06:13Z">
              <cr:user userId="S::alicja@kinads.onmicrosoft.com::7a7d56c4-1188-4289-b51a-32951d5aa2eb" userProvider="AD" userName="Alicja Banaszkiewicz"/>
            </cr:reactionInfo>
          </cr:reaction>
        </cr:reactions>
      </w16:ext>
    </w16cex:extLst>
  </w16cex:commentExtensible>
  <w16cex:commentExtensible w16cex:durableId="4EB4B2E4" w16cex:dateUtc="2026-08-04T05:55:00Z">
    <w16cex:extLst>
      <w16:ext w16:uri="{CE6994B0-6A32-4C9F-8C6B-6E91EDA988CE}">
        <cr:reactions xmlns:cr="http://schemas.microsoft.com/office/comments/2020/reactions">
          <cr:reaction reactionType="1">
            <cr:reactionInfo dateUtc="2026-08-04T11:13:06Z">
              <cr:user userId="S::alicja@kinads.onmicrosoft.com::7a7d56c4-1188-4289-b51a-32951d5aa2eb" userProvider="AD" userName="Alicja Banaszkiewicz"/>
            </cr:reactionInfo>
          </cr:reaction>
        </cr:reactions>
      </w16:ext>
    </w16cex:extLst>
  </w16cex:commentExtensible>
  <w16cex:commentExtensible w16cex:durableId="1C844F38" w16cex:dateUtc="2026-08-04T06:05: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792BEA99" w16cid:durableId="227FB8EB"/>
  <w16cid:commentId w16cid:paraId="29FA00A3" w16cid:durableId="4EB4B2E4"/>
  <w16cid:commentId w16cid:paraId="2DB834DE" w16cid:durableId="1C844F38"/>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B2E3D26" w14:textId="77777777" w:rsidR="00324475" w:rsidRPr="000343C0" w:rsidRDefault="00324475">
      <w:pPr>
        <w:spacing w:after="0" w:line="240" w:lineRule="auto"/>
      </w:pPr>
      <w:r w:rsidRPr="000343C0">
        <w:separator/>
      </w:r>
    </w:p>
  </w:endnote>
  <w:endnote w:type="continuationSeparator" w:id="0">
    <w:p w14:paraId="4C656BEF" w14:textId="77777777" w:rsidR="00324475" w:rsidRPr="000343C0" w:rsidRDefault="00324475">
      <w:pPr>
        <w:spacing w:after="0" w:line="240" w:lineRule="auto"/>
      </w:pPr>
      <w:r w:rsidRPr="000343C0">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A26C4E" w14:textId="77777777" w:rsidR="00291FC8" w:rsidRPr="000343C0" w:rsidRDefault="00000000">
    <w:pPr>
      <w:pStyle w:val="Stopka"/>
      <w:jc w:val="center"/>
    </w:pPr>
    <w:r w:rsidRPr="000343C0">
      <w:fldChar w:fldCharType="begin"/>
    </w:r>
    <w:r w:rsidRPr="000343C0">
      <w:instrText>PAGE</w:instrText>
    </w:r>
    <w:r w:rsidRPr="000343C0">
      <w:fldChar w:fldCharType="separate"/>
    </w:r>
    <w:r w:rsidR="00747DEB" w:rsidRPr="000343C0">
      <w:t>1</w:t>
    </w:r>
    <w:r w:rsidRPr="000343C0">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D70CE9E" w14:textId="77777777" w:rsidR="00324475" w:rsidRPr="000343C0" w:rsidRDefault="00324475">
      <w:pPr>
        <w:spacing w:after="0" w:line="240" w:lineRule="auto"/>
      </w:pPr>
      <w:r w:rsidRPr="000343C0">
        <w:separator/>
      </w:r>
    </w:p>
  </w:footnote>
  <w:footnote w:type="continuationSeparator" w:id="0">
    <w:p w14:paraId="4E1D7B87" w14:textId="77777777" w:rsidR="00324475" w:rsidRPr="000343C0" w:rsidRDefault="00324475">
      <w:pPr>
        <w:spacing w:after="0" w:line="240" w:lineRule="auto"/>
      </w:pPr>
      <w:r w:rsidRPr="000343C0">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0FA012" w14:textId="24297810" w:rsidR="00291FC8" w:rsidRPr="000343C0" w:rsidRDefault="00000000">
    <w:pPr>
      <w:pStyle w:val="Nagwek"/>
      <w:jc w:val="right"/>
    </w:pPr>
    <w:r w:rsidRPr="000343C0">
      <w:rPr>
        <w:b/>
        <w:color w:val="66717A"/>
        <w:sz w:val="16"/>
      </w:rPr>
      <w:t>KINO NA LEŻAKACH  |  REGULAMIN KONKURSU</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anumerowana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anumerowana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apunktowana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apunktowana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076C0604"/>
    <w:lvl w:ilvl="0">
      <w:start w:val="1"/>
      <w:numFmt w:val="decimal"/>
      <w:pStyle w:val="Listanumerowana"/>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apunktowana"/>
      <w:lvlText w:val=""/>
      <w:lvlJc w:val="left"/>
      <w:pPr>
        <w:tabs>
          <w:tab w:val="num" w:pos="360"/>
        </w:tabs>
        <w:ind w:left="360" w:hanging="360"/>
      </w:pPr>
      <w:rPr>
        <w:rFonts w:ascii="Symbol" w:hAnsi="Symbol" w:hint="default"/>
      </w:rPr>
    </w:lvl>
  </w:abstractNum>
  <w:num w:numId="1" w16cid:durableId="1663464115">
    <w:abstractNumId w:val="8"/>
  </w:num>
  <w:num w:numId="2" w16cid:durableId="712123065">
    <w:abstractNumId w:val="6"/>
  </w:num>
  <w:num w:numId="3" w16cid:durableId="252327508">
    <w:abstractNumId w:val="5"/>
  </w:num>
  <w:num w:numId="4" w16cid:durableId="2032678550">
    <w:abstractNumId w:val="4"/>
  </w:num>
  <w:num w:numId="5" w16cid:durableId="970093299">
    <w:abstractNumId w:val="7"/>
  </w:num>
  <w:num w:numId="6" w16cid:durableId="1024482054">
    <w:abstractNumId w:val="3"/>
  </w:num>
  <w:num w:numId="7" w16cid:durableId="812914812">
    <w:abstractNumId w:val="2"/>
  </w:num>
  <w:num w:numId="8" w16cid:durableId="693380146">
    <w:abstractNumId w:val="1"/>
  </w:num>
  <w:num w:numId="9" w16cid:durableId="1925917490">
    <w:abstractNumId w:val="0"/>
  </w:num>
  <w:num w:numId="10" w16cid:durableId="1991786543">
    <w:abstractNumId w:val="7"/>
  </w:num>
  <w:num w:numId="11" w16cid:durableId="563103037">
    <w:abstractNumId w:val="7"/>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Kancelaria">
    <w15:presenceInfo w15:providerId="None" w15:userId="Kancelaria"/>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058CB"/>
    <w:rsid w:val="00007838"/>
    <w:rsid w:val="000343C0"/>
    <w:rsid w:val="00034616"/>
    <w:rsid w:val="0006063C"/>
    <w:rsid w:val="000B0B20"/>
    <w:rsid w:val="00120394"/>
    <w:rsid w:val="001358AE"/>
    <w:rsid w:val="0015074B"/>
    <w:rsid w:val="00182F11"/>
    <w:rsid w:val="00190B8B"/>
    <w:rsid w:val="001C3883"/>
    <w:rsid w:val="001E2D6F"/>
    <w:rsid w:val="0022569E"/>
    <w:rsid w:val="00291FC8"/>
    <w:rsid w:val="0029639D"/>
    <w:rsid w:val="002D64A2"/>
    <w:rsid w:val="002F158A"/>
    <w:rsid w:val="00324475"/>
    <w:rsid w:val="00326F90"/>
    <w:rsid w:val="003F59D4"/>
    <w:rsid w:val="00422C43"/>
    <w:rsid w:val="00496834"/>
    <w:rsid w:val="004F5D8D"/>
    <w:rsid w:val="005A036A"/>
    <w:rsid w:val="005D03F0"/>
    <w:rsid w:val="00747DEB"/>
    <w:rsid w:val="007748A7"/>
    <w:rsid w:val="008748FA"/>
    <w:rsid w:val="008A5643"/>
    <w:rsid w:val="00A65384"/>
    <w:rsid w:val="00A74019"/>
    <w:rsid w:val="00AA1D8D"/>
    <w:rsid w:val="00AE357E"/>
    <w:rsid w:val="00AE3623"/>
    <w:rsid w:val="00B15D1B"/>
    <w:rsid w:val="00B25C0C"/>
    <w:rsid w:val="00B450BC"/>
    <w:rsid w:val="00B47730"/>
    <w:rsid w:val="00B50D52"/>
    <w:rsid w:val="00BE7D82"/>
    <w:rsid w:val="00C90549"/>
    <w:rsid w:val="00CB0664"/>
    <w:rsid w:val="00E0298F"/>
    <w:rsid w:val="00FC693F"/>
    <w:rsid w:val="00FC69EF"/>
    <w:rsid w:val="00FE3EF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43BFDD4D"/>
  <w14:defaultImageDpi w14:val="300"/>
  <w15:docId w15:val="{A907359A-7EDF-4751-A582-8A97880809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FC693F"/>
    <w:pPr>
      <w:spacing w:after="100" w:line="259" w:lineRule="auto"/>
    </w:pPr>
    <w:rPr>
      <w:rFonts w:ascii="Arial" w:hAnsi="Arial"/>
      <w:color w:val="111111"/>
      <w:sz w:val="21"/>
      <w:lang w:val="pl-PL"/>
    </w:rPr>
  </w:style>
  <w:style w:type="paragraph" w:styleId="Nagwek1">
    <w:name w:val="heading 1"/>
    <w:basedOn w:val="Normalny"/>
    <w:next w:val="Normalny"/>
    <w:link w:val="Nagwek1Znak"/>
    <w:uiPriority w:val="9"/>
    <w:qFormat/>
    <w:rsid w:val="00FC693F"/>
    <w:pPr>
      <w:keepNext/>
      <w:keepLines/>
      <w:spacing w:before="280" w:after="140"/>
      <w:outlineLvl w:val="0"/>
    </w:pPr>
    <w:rPr>
      <w:rFonts w:asciiTheme="majorHAnsi" w:eastAsiaTheme="majorEastAsia" w:hAnsiTheme="majorHAnsi" w:cstheme="majorBidi"/>
      <w:b/>
      <w:bCs/>
      <w:color w:val="172A3A"/>
      <w:sz w:val="30"/>
      <w:szCs w:val="28"/>
    </w:rPr>
  </w:style>
  <w:style w:type="paragraph" w:styleId="Nagwek2">
    <w:name w:val="heading 2"/>
    <w:basedOn w:val="Normalny"/>
    <w:next w:val="Normalny"/>
    <w:link w:val="Nagwek2Znak"/>
    <w:uiPriority w:val="9"/>
    <w:unhideWhenUsed/>
    <w:qFormat/>
    <w:rsid w:val="00FC693F"/>
    <w:pPr>
      <w:keepNext/>
      <w:keepLines/>
      <w:spacing w:before="200"/>
      <w:outlineLvl w:val="1"/>
    </w:pPr>
    <w:rPr>
      <w:rFonts w:asciiTheme="majorHAnsi" w:eastAsiaTheme="majorEastAsia" w:hAnsiTheme="majorHAnsi" w:cstheme="majorBidi"/>
      <w:b/>
      <w:bCs/>
      <w:color w:val="172A3A"/>
      <w:sz w:val="24"/>
      <w:szCs w:val="26"/>
    </w:rPr>
  </w:style>
  <w:style w:type="paragraph" w:styleId="Nagwek3">
    <w:name w:val="heading 3"/>
    <w:basedOn w:val="Normalny"/>
    <w:next w:val="Normalny"/>
    <w:link w:val="Nagwek3Znak"/>
    <w:uiPriority w:val="9"/>
    <w:unhideWhenUsed/>
    <w:qFormat/>
    <w:rsid w:val="00FC693F"/>
    <w:pPr>
      <w:keepNext/>
      <w:keepLines/>
      <w:spacing w:before="160" w:after="80"/>
      <w:outlineLvl w:val="2"/>
    </w:pPr>
    <w:rPr>
      <w:rFonts w:asciiTheme="majorHAnsi" w:eastAsiaTheme="majorEastAsia" w:hAnsiTheme="majorHAnsi" w:cstheme="majorBidi"/>
      <w:b/>
      <w:bCs/>
      <w:color w:val="172A3A"/>
    </w:rPr>
  </w:style>
  <w:style w:type="paragraph" w:styleId="Nagwek4">
    <w:name w:val="heading 4"/>
    <w:basedOn w:val="Normalny"/>
    <w:next w:val="Normalny"/>
    <w:link w:val="Nagwek4Znak"/>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Nagwek5">
    <w:name w:val="heading 5"/>
    <w:basedOn w:val="Normalny"/>
    <w:next w:val="Normalny"/>
    <w:link w:val="Nagwek5Znak"/>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Nagwek6">
    <w:name w:val="heading 6"/>
    <w:basedOn w:val="Normalny"/>
    <w:next w:val="Normalny"/>
    <w:link w:val="Nagwek6Znak"/>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Nagwek7">
    <w:name w:val="heading 7"/>
    <w:basedOn w:val="Normalny"/>
    <w:next w:val="Normalny"/>
    <w:link w:val="Nagwek7Znak"/>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Nagwek8">
    <w:name w:val="heading 8"/>
    <w:basedOn w:val="Normalny"/>
    <w:next w:val="Normalny"/>
    <w:link w:val="Nagwek8Znak"/>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Nagwek9">
    <w:name w:val="heading 9"/>
    <w:basedOn w:val="Normalny"/>
    <w:next w:val="Normalny"/>
    <w:link w:val="Nagwek9Znak"/>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iPriority w:val="99"/>
    <w:unhideWhenUsed/>
    <w:rsid w:val="00E618BF"/>
    <w:pPr>
      <w:tabs>
        <w:tab w:val="center" w:pos="4680"/>
        <w:tab w:val="right" w:pos="9360"/>
      </w:tabs>
      <w:spacing w:after="0" w:line="240" w:lineRule="auto"/>
    </w:pPr>
  </w:style>
  <w:style w:type="character" w:customStyle="1" w:styleId="NagwekZnak">
    <w:name w:val="Nagłówek Znak"/>
    <w:basedOn w:val="Domylnaczcionkaakapitu"/>
    <w:link w:val="Nagwek"/>
    <w:uiPriority w:val="99"/>
    <w:rsid w:val="00E618BF"/>
  </w:style>
  <w:style w:type="paragraph" w:styleId="Stopka">
    <w:name w:val="footer"/>
    <w:basedOn w:val="Normalny"/>
    <w:link w:val="StopkaZnak"/>
    <w:uiPriority w:val="99"/>
    <w:unhideWhenUsed/>
    <w:rsid w:val="00E618BF"/>
    <w:pPr>
      <w:tabs>
        <w:tab w:val="center" w:pos="4680"/>
        <w:tab w:val="right" w:pos="9360"/>
      </w:tabs>
      <w:spacing w:after="0" w:line="240" w:lineRule="auto"/>
    </w:pPr>
  </w:style>
  <w:style w:type="character" w:customStyle="1" w:styleId="StopkaZnak">
    <w:name w:val="Stopka Znak"/>
    <w:basedOn w:val="Domylnaczcionkaakapitu"/>
    <w:link w:val="Stopka"/>
    <w:uiPriority w:val="99"/>
    <w:rsid w:val="00E618BF"/>
  </w:style>
  <w:style w:type="paragraph" w:styleId="Bezodstpw">
    <w:name w:val="No Spacing"/>
    <w:uiPriority w:val="1"/>
    <w:qFormat/>
    <w:rsid w:val="00FC693F"/>
    <w:pPr>
      <w:spacing w:after="0" w:line="240" w:lineRule="auto"/>
    </w:pPr>
  </w:style>
  <w:style w:type="character" w:customStyle="1" w:styleId="Nagwek1Znak">
    <w:name w:val="Nagłówek 1 Znak"/>
    <w:basedOn w:val="Domylnaczcionkaakapitu"/>
    <w:link w:val="Nagwek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Nagwek2Znak">
    <w:name w:val="Nagłówek 2 Znak"/>
    <w:basedOn w:val="Domylnaczcionkaakapitu"/>
    <w:link w:val="Nagwek2"/>
    <w:uiPriority w:val="9"/>
    <w:rsid w:val="00FC693F"/>
    <w:rPr>
      <w:rFonts w:asciiTheme="majorHAnsi" w:eastAsiaTheme="majorEastAsia" w:hAnsiTheme="majorHAnsi" w:cstheme="majorBidi"/>
      <w:b/>
      <w:bCs/>
      <w:color w:val="4F81BD" w:themeColor="accent1"/>
      <w:sz w:val="26"/>
      <w:szCs w:val="26"/>
    </w:rPr>
  </w:style>
  <w:style w:type="character" w:customStyle="1" w:styleId="Nagwek3Znak">
    <w:name w:val="Nagłówek 3 Znak"/>
    <w:basedOn w:val="Domylnaczcionkaakapitu"/>
    <w:link w:val="Nagwek3"/>
    <w:uiPriority w:val="9"/>
    <w:rsid w:val="00FC693F"/>
    <w:rPr>
      <w:rFonts w:asciiTheme="majorHAnsi" w:eastAsiaTheme="majorEastAsia" w:hAnsiTheme="majorHAnsi" w:cstheme="majorBidi"/>
      <w:b/>
      <w:bCs/>
      <w:color w:val="4F81BD" w:themeColor="accent1"/>
    </w:rPr>
  </w:style>
  <w:style w:type="paragraph" w:styleId="Tytu">
    <w:name w:val="Title"/>
    <w:basedOn w:val="Normalny"/>
    <w:next w:val="Normalny"/>
    <w:link w:val="TytuZnak"/>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ytuZnak">
    <w:name w:val="Tytuł Znak"/>
    <w:basedOn w:val="Domylnaczcionkaakapitu"/>
    <w:link w:val="Tytu"/>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Podtytu">
    <w:name w:val="Subtitle"/>
    <w:basedOn w:val="Normalny"/>
    <w:next w:val="Normalny"/>
    <w:link w:val="PodtytuZnak"/>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PodtytuZnak">
    <w:name w:val="Podtytuł Znak"/>
    <w:basedOn w:val="Domylnaczcionkaakapitu"/>
    <w:link w:val="Podtytu"/>
    <w:uiPriority w:val="11"/>
    <w:rsid w:val="00FC693F"/>
    <w:rPr>
      <w:rFonts w:asciiTheme="majorHAnsi" w:eastAsiaTheme="majorEastAsia" w:hAnsiTheme="majorHAnsi" w:cstheme="majorBidi"/>
      <w:i/>
      <w:iCs/>
      <w:color w:val="4F81BD" w:themeColor="accent1"/>
      <w:spacing w:val="15"/>
      <w:sz w:val="24"/>
      <w:szCs w:val="24"/>
    </w:rPr>
  </w:style>
  <w:style w:type="paragraph" w:styleId="Akapitzlist">
    <w:name w:val="List Paragraph"/>
    <w:basedOn w:val="Normalny"/>
    <w:uiPriority w:val="34"/>
    <w:qFormat/>
    <w:rsid w:val="00FC693F"/>
    <w:pPr>
      <w:ind w:left="720"/>
      <w:contextualSpacing/>
    </w:pPr>
  </w:style>
  <w:style w:type="paragraph" w:styleId="Tekstpodstawowy">
    <w:name w:val="Body Text"/>
    <w:basedOn w:val="Normalny"/>
    <w:link w:val="TekstpodstawowyZnak"/>
    <w:uiPriority w:val="99"/>
    <w:unhideWhenUsed/>
    <w:rsid w:val="00AA1D8D"/>
    <w:pPr>
      <w:spacing w:after="120"/>
    </w:pPr>
  </w:style>
  <w:style w:type="character" w:customStyle="1" w:styleId="TekstpodstawowyZnak">
    <w:name w:val="Tekst podstawowy Znak"/>
    <w:basedOn w:val="Domylnaczcionkaakapitu"/>
    <w:link w:val="Tekstpodstawowy"/>
    <w:uiPriority w:val="99"/>
    <w:rsid w:val="00AA1D8D"/>
  </w:style>
  <w:style w:type="paragraph" w:styleId="Tekstpodstawowy2">
    <w:name w:val="Body Text 2"/>
    <w:basedOn w:val="Normalny"/>
    <w:link w:val="Tekstpodstawowy2Znak"/>
    <w:uiPriority w:val="99"/>
    <w:unhideWhenUsed/>
    <w:rsid w:val="00AA1D8D"/>
    <w:pPr>
      <w:spacing w:after="120" w:line="480" w:lineRule="auto"/>
    </w:pPr>
  </w:style>
  <w:style w:type="character" w:customStyle="1" w:styleId="Tekstpodstawowy2Znak">
    <w:name w:val="Tekst podstawowy 2 Znak"/>
    <w:basedOn w:val="Domylnaczcionkaakapitu"/>
    <w:link w:val="Tekstpodstawowy2"/>
    <w:uiPriority w:val="99"/>
    <w:rsid w:val="00AA1D8D"/>
  </w:style>
  <w:style w:type="paragraph" w:styleId="Tekstpodstawowy3">
    <w:name w:val="Body Text 3"/>
    <w:basedOn w:val="Normalny"/>
    <w:link w:val="Tekstpodstawowy3Znak"/>
    <w:uiPriority w:val="99"/>
    <w:unhideWhenUsed/>
    <w:rsid w:val="00AA1D8D"/>
    <w:pPr>
      <w:spacing w:after="120"/>
    </w:pPr>
    <w:rPr>
      <w:sz w:val="16"/>
      <w:szCs w:val="16"/>
    </w:rPr>
  </w:style>
  <w:style w:type="character" w:customStyle="1" w:styleId="Tekstpodstawowy3Znak">
    <w:name w:val="Tekst podstawowy 3 Znak"/>
    <w:basedOn w:val="Domylnaczcionkaakapitu"/>
    <w:link w:val="Tekstpodstawowy3"/>
    <w:uiPriority w:val="99"/>
    <w:rsid w:val="00AA1D8D"/>
    <w:rPr>
      <w:sz w:val="16"/>
      <w:szCs w:val="16"/>
    </w:rPr>
  </w:style>
  <w:style w:type="paragraph" w:styleId="Lista">
    <w:name w:val="List"/>
    <w:basedOn w:val="Normalny"/>
    <w:uiPriority w:val="99"/>
    <w:unhideWhenUsed/>
    <w:rsid w:val="00AA1D8D"/>
    <w:pPr>
      <w:ind w:left="360" w:hanging="360"/>
      <w:contextualSpacing/>
    </w:pPr>
  </w:style>
  <w:style w:type="paragraph" w:styleId="Lista2">
    <w:name w:val="List 2"/>
    <w:basedOn w:val="Normalny"/>
    <w:uiPriority w:val="99"/>
    <w:unhideWhenUsed/>
    <w:rsid w:val="00326F90"/>
    <w:pPr>
      <w:ind w:left="720" w:hanging="360"/>
      <w:contextualSpacing/>
    </w:pPr>
  </w:style>
  <w:style w:type="paragraph" w:styleId="Lista3">
    <w:name w:val="List 3"/>
    <w:basedOn w:val="Normalny"/>
    <w:uiPriority w:val="99"/>
    <w:unhideWhenUsed/>
    <w:rsid w:val="00326F90"/>
    <w:pPr>
      <w:ind w:left="1080" w:hanging="360"/>
      <w:contextualSpacing/>
    </w:pPr>
  </w:style>
  <w:style w:type="paragraph" w:styleId="Listapunktowana">
    <w:name w:val="List Bullet"/>
    <w:basedOn w:val="Normalny"/>
    <w:uiPriority w:val="99"/>
    <w:unhideWhenUsed/>
    <w:rsid w:val="00326F90"/>
    <w:pPr>
      <w:numPr>
        <w:numId w:val="1"/>
      </w:numPr>
      <w:contextualSpacing/>
    </w:pPr>
  </w:style>
  <w:style w:type="paragraph" w:styleId="Listapunktowana2">
    <w:name w:val="List Bullet 2"/>
    <w:basedOn w:val="Normalny"/>
    <w:uiPriority w:val="99"/>
    <w:unhideWhenUsed/>
    <w:rsid w:val="00326F90"/>
    <w:pPr>
      <w:numPr>
        <w:numId w:val="2"/>
      </w:numPr>
      <w:contextualSpacing/>
    </w:pPr>
  </w:style>
  <w:style w:type="paragraph" w:styleId="Listapunktowana3">
    <w:name w:val="List Bullet 3"/>
    <w:basedOn w:val="Normalny"/>
    <w:uiPriority w:val="99"/>
    <w:unhideWhenUsed/>
    <w:rsid w:val="00326F90"/>
    <w:pPr>
      <w:numPr>
        <w:numId w:val="3"/>
      </w:numPr>
      <w:contextualSpacing/>
    </w:pPr>
  </w:style>
  <w:style w:type="paragraph" w:styleId="Listanumerowana">
    <w:name w:val="List Number"/>
    <w:basedOn w:val="Normalny"/>
    <w:uiPriority w:val="99"/>
    <w:unhideWhenUsed/>
    <w:rsid w:val="00326F90"/>
    <w:pPr>
      <w:numPr>
        <w:numId w:val="5"/>
      </w:numPr>
      <w:contextualSpacing/>
    </w:pPr>
  </w:style>
  <w:style w:type="paragraph" w:styleId="Listanumerowana2">
    <w:name w:val="List Number 2"/>
    <w:basedOn w:val="Normalny"/>
    <w:uiPriority w:val="99"/>
    <w:unhideWhenUsed/>
    <w:rsid w:val="0029639D"/>
    <w:pPr>
      <w:numPr>
        <w:numId w:val="6"/>
      </w:numPr>
      <w:contextualSpacing/>
    </w:pPr>
  </w:style>
  <w:style w:type="paragraph" w:styleId="Listanumerowana3">
    <w:name w:val="List Number 3"/>
    <w:basedOn w:val="Normalny"/>
    <w:uiPriority w:val="99"/>
    <w:unhideWhenUsed/>
    <w:rsid w:val="0029639D"/>
    <w:pPr>
      <w:numPr>
        <w:numId w:val="7"/>
      </w:numPr>
      <w:contextualSpacing/>
    </w:pPr>
  </w:style>
  <w:style w:type="paragraph" w:styleId="Lista-kontynuacja">
    <w:name w:val="List Continue"/>
    <w:basedOn w:val="Normalny"/>
    <w:uiPriority w:val="99"/>
    <w:unhideWhenUsed/>
    <w:rsid w:val="0029639D"/>
    <w:pPr>
      <w:spacing w:after="120"/>
      <w:ind w:left="360"/>
      <w:contextualSpacing/>
    </w:pPr>
  </w:style>
  <w:style w:type="paragraph" w:styleId="Lista-kontynuacja2">
    <w:name w:val="List Continue 2"/>
    <w:basedOn w:val="Normalny"/>
    <w:uiPriority w:val="99"/>
    <w:unhideWhenUsed/>
    <w:rsid w:val="0029639D"/>
    <w:pPr>
      <w:spacing w:after="120"/>
      <w:ind w:left="720"/>
      <w:contextualSpacing/>
    </w:pPr>
  </w:style>
  <w:style w:type="paragraph" w:styleId="Lista-kontynuacja3">
    <w:name w:val="List Continue 3"/>
    <w:basedOn w:val="Normalny"/>
    <w:uiPriority w:val="99"/>
    <w:unhideWhenUsed/>
    <w:rsid w:val="0029639D"/>
    <w:pPr>
      <w:spacing w:after="120"/>
      <w:ind w:left="1080"/>
      <w:contextualSpacing/>
    </w:pPr>
  </w:style>
  <w:style w:type="paragraph" w:styleId="Tekstmakra">
    <w:name w:val="macro"/>
    <w:link w:val="TekstmakraZnak"/>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TekstmakraZnak">
    <w:name w:val="Tekst makra Znak"/>
    <w:basedOn w:val="Domylnaczcionkaakapitu"/>
    <w:link w:val="Tekstmakra"/>
    <w:uiPriority w:val="99"/>
    <w:rsid w:val="0029639D"/>
    <w:rPr>
      <w:rFonts w:ascii="Courier" w:hAnsi="Courier"/>
      <w:sz w:val="20"/>
      <w:szCs w:val="20"/>
    </w:rPr>
  </w:style>
  <w:style w:type="paragraph" w:styleId="Cytat">
    <w:name w:val="Quote"/>
    <w:basedOn w:val="Normalny"/>
    <w:next w:val="Normalny"/>
    <w:link w:val="CytatZnak"/>
    <w:uiPriority w:val="29"/>
    <w:qFormat/>
    <w:rsid w:val="00FC693F"/>
    <w:rPr>
      <w:i/>
      <w:iCs/>
      <w:color w:val="000000" w:themeColor="text1"/>
    </w:rPr>
  </w:style>
  <w:style w:type="character" w:customStyle="1" w:styleId="CytatZnak">
    <w:name w:val="Cytat Znak"/>
    <w:basedOn w:val="Domylnaczcionkaakapitu"/>
    <w:link w:val="Cytat"/>
    <w:uiPriority w:val="29"/>
    <w:rsid w:val="00FC693F"/>
    <w:rPr>
      <w:i/>
      <w:iCs/>
      <w:color w:val="000000" w:themeColor="text1"/>
    </w:rPr>
  </w:style>
  <w:style w:type="character" w:customStyle="1" w:styleId="Nagwek4Znak">
    <w:name w:val="Nagłówek 4 Znak"/>
    <w:basedOn w:val="Domylnaczcionkaakapitu"/>
    <w:link w:val="Nagwek4"/>
    <w:uiPriority w:val="9"/>
    <w:semiHidden/>
    <w:rsid w:val="00FC693F"/>
    <w:rPr>
      <w:rFonts w:asciiTheme="majorHAnsi" w:eastAsiaTheme="majorEastAsia" w:hAnsiTheme="majorHAnsi" w:cstheme="majorBidi"/>
      <w:b/>
      <w:bCs/>
      <w:i/>
      <w:iCs/>
      <w:color w:val="4F81BD" w:themeColor="accent1"/>
    </w:rPr>
  </w:style>
  <w:style w:type="character" w:customStyle="1" w:styleId="Nagwek5Znak">
    <w:name w:val="Nagłówek 5 Znak"/>
    <w:basedOn w:val="Domylnaczcionkaakapitu"/>
    <w:link w:val="Nagwek5"/>
    <w:uiPriority w:val="9"/>
    <w:semiHidden/>
    <w:rsid w:val="00FC693F"/>
    <w:rPr>
      <w:rFonts w:asciiTheme="majorHAnsi" w:eastAsiaTheme="majorEastAsia" w:hAnsiTheme="majorHAnsi" w:cstheme="majorBidi"/>
      <w:color w:val="243F60" w:themeColor="accent1" w:themeShade="7F"/>
    </w:rPr>
  </w:style>
  <w:style w:type="character" w:customStyle="1" w:styleId="Nagwek6Znak">
    <w:name w:val="Nagłówek 6 Znak"/>
    <w:basedOn w:val="Domylnaczcionkaakapitu"/>
    <w:link w:val="Nagwek6"/>
    <w:uiPriority w:val="9"/>
    <w:semiHidden/>
    <w:rsid w:val="00FC693F"/>
    <w:rPr>
      <w:rFonts w:asciiTheme="majorHAnsi" w:eastAsiaTheme="majorEastAsia" w:hAnsiTheme="majorHAnsi" w:cstheme="majorBidi"/>
      <w:i/>
      <w:iCs/>
      <w:color w:val="243F60" w:themeColor="accent1" w:themeShade="7F"/>
    </w:rPr>
  </w:style>
  <w:style w:type="character" w:customStyle="1" w:styleId="Nagwek7Znak">
    <w:name w:val="Nagłówek 7 Znak"/>
    <w:basedOn w:val="Domylnaczcionkaakapitu"/>
    <w:link w:val="Nagwek7"/>
    <w:uiPriority w:val="9"/>
    <w:semiHidden/>
    <w:rsid w:val="00FC693F"/>
    <w:rPr>
      <w:rFonts w:asciiTheme="majorHAnsi" w:eastAsiaTheme="majorEastAsia" w:hAnsiTheme="majorHAnsi" w:cstheme="majorBidi"/>
      <w:i/>
      <w:iCs/>
      <w:color w:val="404040" w:themeColor="text1" w:themeTint="BF"/>
    </w:rPr>
  </w:style>
  <w:style w:type="character" w:customStyle="1" w:styleId="Nagwek8Znak">
    <w:name w:val="Nagłówek 8 Znak"/>
    <w:basedOn w:val="Domylnaczcionkaakapitu"/>
    <w:link w:val="Nagwek8"/>
    <w:uiPriority w:val="9"/>
    <w:semiHidden/>
    <w:rsid w:val="00FC693F"/>
    <w:rPr>
      <w:rFonts w:asciiTheme="majorHAnsi" w:eastAsiaTheme="majorEastAsia" w:hAnsiTheme="majorHAnsi" w:cstheme="majorBidi"/>
      <w:color w:val="4F81BD" w:themeColor="accent1"/>
      <w:sz w:val="20"/>
      <w:szCs w:val="20"/>
    </w:rPr>
  </w:style>
  <w:style w:type="character" w:customStyle="1" w:styleId="Nagwek9Znak">
    <w:name w:val="Nagłówek 9 Znak"/>
    <w:basedOn w:val="Domylnaczcionkaakapitu"/>
    <w:link w:val="Nagwek9"/>
    <w:uiPriority w:val="9"/>
    <w:semiHidden/>
    <w:rsid w:val="00FC693F"/>
    <w:rPr>
      <w:rFonts w:asciiTheme="majorHAnsi" w:eastAsiaTheme="majorEastAsia" w:hAnsiTheme="majorHAnsi" w:cstheme="majorBidi"/>
      <w:i/>
      <w:iCs/>
      <w:color w:val="404040" w:themeColor="text1" w:themeTint="BF"/>
      <w:sz w:val="20"/>
      <w:szCs w:val="20"/>
    </w:rPr>
  </w:style>
  <w:style w:type="paragraph" w:styleId="Legenda">
    <w:name w:val="caption"/>
    <w:basedOn w:val="Normalny"/>
    <w:next w:val="Normalny"/>
    <w:uiPriority w:val="35"/>
    <w:semiHidden/>
    <w:unhideWhenUsed/>
    <w:qFormat/>
    <w:rsid w:val="00FC693F"/>
    <w:pPr>
      <w:spacing w:line="240" w:lineRule="auto"/>
    </w:pPr>
    <w:rPr>
      <w:b/>
      <w:bCs/>
      <w:color w:val="4F81BD" w:themeColor="accent1"/>
      <w:sz w:val="18"/>
      <w:szCs w:val="18"/>
    </w:rPr>
  </w:style>
  <w:style w:type="character" w:styleId="Pogrubienie">
    <w:name w:val="Strong"/>
    <w:basedOn w:val="Domylnaczcionkaakapitu"/>
    <w:uiPriority w:val="22"/>
    <w:qFormat/>
    <w:rsid w:val="00FC693F"/>
    <w:rPr>
      <w:b/>
      <w:bCs/>
    </w:rPr>
  </w:style>
  <w:style w:type="character" w:styleId="Uwydatnienie">
    <w:name w:val="Emphasis"/>
    <w:basedOn w:val="Domylnaczcionkaakapitu"/>
    <w:uiPriority w:val="20"/>
    <w:qFormat/>
    <w:rsid w:val="00FC693F"/>
    <w:rPr>
      <w:i/>
      <w:iCs/>
    </w:rPr>
  </w:style>
  <w:style w:type="paragraph" w:styleId="Cytatintensywny">
    <w:name w:val="Intense Quote"/>
    <w:basedOn w:val="Normalny"/>
    <w:next w:val="Normalny"/>
    <w:link w:val="CytatintensywnyZnak"/>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CytatintensywnyZnak">
    <w:name w:val="Cytat intensywny Znak"/>
    <w:basedOn w:val="Domylnaczcionkaakapitu"/>
    <w:link w:val="Cytatintensywny"/>
    <w:uiPriority w:val="30"/>
    <w:rsid w:val="00FC693F"/>
    <w:rPr>
      <w:b/>
      <w:bCs/>
      <w:i/>
      <w:iCs/>
      <w:color w:val="4F81BD" w:themeColor="accent1"/>
    </w:rPr>
  </w:style>
  <w:style w:type="character" w:styleId="Wyrnieniedelikatne">
    <w:name w:val="Subtle Emphasis"/>
    <w:basedOn w:val="Domylnaczcionkaakapitu"/>
    <w:uiPriority w:val="19"/>
    <w:qFormat/>
    <w:rsid w:val="00FC693F"/>
    <w:rPr>
      <w:i/>
      <w:iCs/>
      <w:color w:val="808080" w:themeColor="text1" w:themeTint="7F"/>
    </w:rPr>
  </w:style>
  <w:style w:type="character" w:styleId="Wyrnienieintensywne">
    <w:name w:val="Intense Emphasis"/>
    <w:basedOn w:val="Domylnaczcionkaakapitu"/>
    <w:uiPriority w:val="21"/>
    <w:qFormat/>
    <w:rsid w:val="00FC693F"/>
    <w:rPr>
      <w:b/>
      <w:bCs/>
      <w:i/>
      <w:iCs/>
      <w:color w:val="4F81BD" w:themeColor="accent1"/>
    </w:rPr>
  </w:style>
  <w:style w:type="character" w:styleId="Odwoaniedelikatne">
    <w:name w:val="Subtle Reference"/>
    <w:basedOn w:val="Domylnaczcionkaakapitu"/>
    <w:uiPriority w:val="31"/>
    <w:qFormat/>
    <w:rsid w:val="00FC693F"/>
    <w:rPr>
      <w:smallCaps/>
      <w:color w:val="C0504D" w:themeColor="accent2"/>
      <w:u w:val="single"/>
    </w:rPr>
  </w:style>
  <w:style w:type="character" w:styleId="Odwoanieintensywne">
    <w:name w:val="Intense Reference"/>
    <w:basedOn w:val="Domylnaczcionkaakapitu"/>
    <w:uiPriority w:val="32"/>
    <w:qFormat/>
    <w:rsid w:val="00FC693F"/>
    <w:rPr>
      <w:b/>
      <w:bCs/>
      <w:smallCaps/>
      <w:color w:val="C0504D" w:themeColor="accent2"/>
      <w:spacing w:val="5"/>
      <w:u w:val="single"/>
    </w:rPr>
  </w:style>
  <w:style w:type="character" w:styleId="Tytuksiki">
    <w:name w:val="Book Title"/>
    <w:basedOn w:val="Domylnaczcionkaakapitu"/>
    <w:uiPriority w:val="33"/>
    <w:qFormat/>
    <w:rsid w:val="00FC693F"/>
    <w:rPr>
      <w:b/>
      <w:bCs/>
      <w:smallCaps/>
      <w:spacing w:val="5"/>
    </w:rPr>
  </w:style>
  <w:style w:type="paragraph" w:styleId="Nagwekspisutreci">
    <w:name w:val="TOC Heading"/>
    <w:basedOn w:val="Nagwek1"/>
    <w:next w:val="Normalny"/>
    <w:uiPriority w:val="39"/>
    <w:semiHidden/>
    <w:unhideWhenUsed/>
    <w:qFormat/>
    <w:rsid w:val="00FC693F"/>
    <w:pPr>
      <w:outlineLvl w:val="9"/>
    </w:pPr>
  </w:style>
  <w:style w:type="table" w:styleId="Tabela-Siatka">
    <w:name w:val="Table Grid"/>
    <w:basedOn w:val="Standardowy"/>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Jasnecieniowanie">
    <w:name w:val="Light Shading"/>
    <w:basedOn w:val="Standardowy"/>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Jasnecieniowanieakcent1">
    <w:name w:val="Light Shading Accent 1"/>
    <w:basedOn w:val="Standardowy"/>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Jasnecieniowanieakcent2">
    <w:name w:val="Light Shading Accent 2"/>
    <w:basedOn w:val="Standardowy"/>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Jasnecieniowanieakcent3">
    <w:name w:val="Light Shading Accent 3"/>
    <w:basedOn w:val="Standardowy"/>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Jasnecieniowanieakcent4">
    <w:name w:val="Light Shading Accent 4"/>
    <w:basedOn w:val="Standardowy"/>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Jasnecieniowanieakcent5">
    <w:name w:val="Light Shading Accent 5"/>
    <w:basedOn w:val="Standardowy"/>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Jasnecieniowanieakcent6">
    <w:name w:val="Light Shading Accent 6"/>
    <w:basedOn w:val="Standardowy"/>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Jasnalista">
    <w:name w:val="Light List"/>
    <w:basedOn w:val="Standardowy"/>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Jasnalistaakcent1">
    <w:name w:val="Light List Accent 1"/>
    <w:basedOn w:val="Standardowy"/>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Jasnalistaakcent2">
    <w:name w:val="Light List Accent 2"/>
    <w:basedOn w:val="Standardowy"/>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Jasnalistaakcent3">
    <w:name w:val="Light List Accent 3"/>
    <w:basedOn w:val="Standardowy"/>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Jasnalistaakcent4">
    <w:name w:val="Light List Accent 4"/>
    <w:basedOn w:val="Standardowy"/>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Jasnalistaakcent5">
    <w:name w:val="Light List Accent 5"/>
    <w:basedOn w:val="Standardowy"/>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Jasnalistaakcent6">
    <w:name w:val="Light List Accent 6"/>
    <w:basedOn w:val="Standardowy"/>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Jasnasiatka">
    <w:name w:val="Light Grid"/>
    <w:basedOn w:val="Standardowy"/>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Jasnasiatkaakcent1">
    <w:name w:val="Light Grid Accent 1"/>
    <w:basedOn w:val="Standardowy"/>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Jasnasiatkaakcent2">
    <w:name w:val="Light Grid Accent 2"/>
    <w:basedOn w:val="Standardowy"/>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Jasnasiatkaakcent3">
    <w:name w:val="Light Grid Accent 3"/>
    <w:basedOn w:val="Standardowy"/>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Jasnasiatkaakcent4">
    <w:name w:val="Light Grid Accent 4"/>
    <w:basedOn w:val="Standardowy"/>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Jasnasiatkaakcent5">
    <w:name w:val="Light Grid Accent 5"/>
    <w:basedOn w:val="Standardowy"/>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Jasnasiatkaakcent6">
    <w:name w:val="Light Grid Accent 6"/>
    <w:basedOn w:val="Standardowy"/>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redniecieniowanie1">
    <w:name w:val="Medium Shading 1"/>
    <w:basedOn w:val="Standardowy"/>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redniecieniowanie1akcent1">
    <w:name w:val="Medium Shading 1 Accent 1"/>
    <w:basedOn w:val="Standardowy"/>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redniecieniowanie1akcent2">
    <w:name w:val="Medium Shading 1 Accent 2"/>
    <w:basedOn w:val="Standardowy"/>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redniecieniowanie1akcent3">
    <w:name w:val="Medium Shading 1 Accent 3"/>
    <w:basedOn w:val="Standardowy"/>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redniecieniowanie1akcent4">
    <w:name w:val="Medium Shading 1 Accent 4"/>
    <w:basedOn w:val="Standardowy"/>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redniecieniowanie1akcent5">
    <w:name w:val="Medium Shading 1 Accent 5"/>
    <w:basedOn w:val="Standardowy"/>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redniecieniowanie1akcent6">
    <w:name w:val="Medium Shading 1 Accent 6"/>
    <w:basedOn w:val="Standardowy"/>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redniecieniowanie2">
    <w:name w:val="Medium Shading 2"/>
    <w:basedOn w:val="Standardowy"/>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redniecieniowanie2akcent1">
    <w:name w:val="Medium Shading 2 Accent 1"/>
    <w:basedOn w:val="Standardowy"/>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redniecieniowanie2akcent2">
    <w:name w:val="Medium Shading 2 Accent 2"/>
    <w:basedOn w:val="Standardowy"/>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redniecieniowanie2akcent3">
    <w:name w:val="Medium Shading 2 Accent 3"/>
    <w:basedOn w:val="Standardowy"/>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redniecieniowanie2akcent4">
    <w:name w:val="Medium Shading 2 Accent 4"/>
    <w:basedOn w:val="Standardowy"/>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redniecieniowanie2akcent5">
    <w:name w:val="Medium Shading 2 Accent 5"/>
    <w:basedOn w:val="Standardowy"/>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redniecieniowanie2akcent6">
    <w:name w:val="Medium Shading 2 Accent 6"/>
    <w:basedOn w:val="Standardowy"/>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rednialista1">
    <w:name w:val="Medium List 1"/>
    <w:basedOn w:val="Standardowy"/>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rednialista1akcent1">
    <w:name w:val="Medium List 1 Accent 1"/>
    <w:basedOn w:val="Standardowy"/>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rednialista1akcent2">
    <w:name w:val="Medium List 1 Accent 2"/>
    <w:basedOn w:val="Standardowy"/>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rednialista1akcent3">
    <w:name w:val="Medium List 1 Accent 3"/>
    <w:basedOn w:val="Standardowy"/>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rednialista1akcent4">
    <w:name w:val="Medium List 1 Accent 4"/>
    <w:basedOn w:val="Standardowy"/>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rednialista1akcent5">
    <w:name w:val="Medium List 1 Accent 5"/>
    <w:basedOn w:val="Standardowy"/>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rednialista1akcent6">
    <w:name w:val="Medium List 1 Accent 6"/>
    <w:basedOn w:val="Standardowy"/>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rednialista2">
    <w:name w:val="Medium List 2"/>
    <w:basedOn w:val="Standardowy"/>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rednialista2akcent1">
    <w:name w:val="Medium List 2 Accent 1"/>
    <w:basedOn w:val="Standardowy"/>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rednialista2akcent2">
    <w:name w:val="Medium List 2 Accent 2"/>
    <w:basedOn w:val="Standardowy"/>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rednialista2akcent3">
    <w:name w:val="Medium List 2 Accent 3"/>
    <w:basedOn w:val="Standardowy"/>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rednialista2akcent4">
    <w:name w:val="Medium List 2 Accent 4"/>
    <w:basedOn w:val="Standardowy"/>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rednialista2akcent5">
    <w:name w:val="Medium List 2 Accent 5"/>
    <w:basedOn w:val="Standardowy"/>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rednialista2akcent6">
    <w:name w:val="Medium List 2 Accent 6"/>
    <w:basedOn w:val="Standardowy"/>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redniasiatka1">
    <w:name w:val="Medium Grid 1"/>
    <w:basedOn w:val="Standardowy"/>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redniasiatka1akcent1">
    <w:name w:val="Medium Grid 1 Accent 1"/>
    <w:basedOn w:val="Standardowy"/>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redniasiatka1akcent2">
    <w:name w:val="Medium Grid 1 Accent 2"/>
    <w:basedOn w:val="Standardowy"/>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redniasiatka1akcent3">
    <w:name w:val="Medium Grid 1 Accent 3"/>
    <w:basedOn w:val="Standardowy"/>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redniasiatka1akcent4">
    <w:name w:val="Medium Grid 1 Accent 4"/>
    <w:basedOn w:val="Standardowy"/>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redniasiatka1akcent5">
    <w:name w:val="Medium Grid 1 Accent 5"/>
    <w:basedOn w:val="Standardowy"/>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redniasiatka1akcent6">
    <w:name w:val="Medium Grid 1 Accent 6"/>
    <w:basedOn w:val="Standardowy"/>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redniasiatka2">
    <w:name w:val="Medium Grid 2"/>
    <w:basedOn w:val="Standardowy"/>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redniasiatka2akcent1">
    <w:name w:val="Medium Grid 2 Accent 1"/>
    <w:basedOn w:val="Standardowy"/>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redniasiatka2akcent2">
    <w:name w:val="Medium Grid 2 Accent 2"/>
    <w:basedOn w:val="Standardowy"/>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redniasiatka2akcent3">
    <w:name w:val="Medium Grid 2 Accent 3"/>
    <w:basedOn w:val="Standardowy"/>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redniasiatka2akcent4">
    <w:name w:val="Medium Grid 2 Accent 4"/>
    <w:basedOn w:val="Standardowy"/>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redniasiatka2akcent5">
    <w:name w:val="Medium Grid 2 Accent 5"/>
    <w:basedOn w:val="Standardowy"/>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redniasiatka2akcent6">
    <w:name w:val="Medium Grid 2 Accent 6"/>
    <w:basedOn w:val="Standardowy"/>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redniasiatka3">
    <w:name w:val="Medium Grid 3"/>
    <w:basedOn w:val="Standardowy"/>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redniasiatka3akcent1">
    <w:name w:val="Medium Grid 3 Accent 1"/>
    <w:basedOn w:val="Standardowy"/>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redniasiatka3akcent2">
    <w:name w:val="Medium Grid 3 Accent 2"/>
    <w:basedOn w:val="Standardowy"/>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redniasiatka3akcent3">
    <w:name w:val="Medium Grid 3 Accent 3"/>
    <w:basedOn w:val="Standardowy"/>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redniasiatka3akcent4">
    <w:name w:val="Medium Grid 3 Accent 4"/>
    <w:basedOn w:val="Standardowy"/>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redniasiatka3akcent5">
    <w:name w:val="Medium Grid 3 Accent 5"/>
    <w:basedOn w:val="Standardowy"/>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redniasiatka3akcent6">
    <w:name w:val="Medium Grid 3 Accent 6"/>
    <w:basedOn w:val="Standardowy"/>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Ciemnalista">
    <w:name w:val="Dark List"/>
    <w:basedOn w:val="Standardowy"/>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Ciemnalista2akcent1">
    <w:name w:val="Dark List Accent 1"/>
    <w:basedOn w:val="Standardowy"/>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Ciemnalistaakcent2">
    <w:name w:val="Dark List Accent 2"/>
    <w:basedOn w:val="Standardowy"/>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Ciemnalistaakcent3">
    <w:name w:val="Dark List Accent 3"/>
    <w:basedOn w:val="Standardowy"/>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Ciemnalistaakcent4">
    <w:name w:val="Dark List Accent 4"/>
    <w:basedOn w:val="Standardowy"/>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Ciemnalistaakcent5">
    <w:name w:val="Dark List Accent 5"/>
    <w:basedOn w:val="Standardowy"/>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Ciemnalistaakcent6">
    <w:name w:val="Dark List Accent 6"/>
    <w:basedOn w:val="Standardowy"/>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Kolorowecieniowanie">
    <w:name w:val="Colorful Shading"/>
    <w:basedOn w:val="Standardowy"/>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Kolorowecieniowanieakcent1">
    <w:name w:val="Colorful Shading Accent 1"/>
    <w:basedOn w:val="Standardowy"/>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Kolorowecieniowanieakcent2">
    <w:name w:val="Colorful Shading Accent 2"/>
    <w:basedOn w:val="Standardowy"/>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Kolorowecieniowanieakcent3">
    <w:name w:val="Colorful Shading Accent 3"/>
    <w:basedOn w:val="Standardowy"/>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Kolorowecieniowanieakcent4">
    <w:name w:val="Colorful Shading Accent 4"/>
    <w:basedOn w:val="Standardowy"/>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Kolorowecieniowanieakcent5">
    <w:name w:val="Colorful Shading Accent 5"/>
    <w:basedOn w:val="Standardowy"/>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Kolorowecieniowanieakcent6">
    <w:name w:val="Colorful Shading Accent 6"/>
    <w:basedOn w:val="Standardowy"/>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Kolorowalista">
    <w:name w:val="Colorful List"/>
    <w:basedOn w:val="Standardowy"/>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Kolorowalistaakcent1">
    <w:name w:val="Colorful List Accent 1"/>
    <w:basedOn w:val="Standardowy"/>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Kolorowalistaakcent2">
    <w:name w:val="Colorful List Accent 2"/>
    <w:basedOn w:val="Standardowy"/>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Kolorowalistaakcent3">
    <w:name w:val="Colorful List Accent 3"/>
    <w:basedOn w:val="Standardowy"/>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Kolorowalistaakcent4">
    <w:name w:val="Colorful List Accent 4"/>
    <w:basedOn w:val="Standardowy"/>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Kolorowalistaakcent5">
    <w:name w:val="Colorful List Accent 5"/>
    <w:basedOn w:val="Standardowy"/>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Kolorowalistaakcent6">
    <w:name w:val="Colorful List Accent 6"/>
    <w:basedOn w:val="Standardowy"/>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Kolorowasiatka">
    <w:name w:val="Colorful Grid"/>
    <w:basedOn w:val="Standardowy"/>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Kolorowasiatkaakcent1">
    <w:name w:val="Colorful Grid Accent 1"/>
    <w:basedOn w:val="Standardowy"/>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Kolorowasiatkaakcent2">
    <w:name w:val="Colorful Grid Accent 2"/>
    <w:basedOn w:val="Standardowy"/>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Kolorowasiatkaakcent3">
    <w:name w:val="Colorful Grid Accent 3"/>
    <w:basedOn w:val="Standardowy"/>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Kolorowasiatkaakcent4">
    <w:name w:val="Colorful Grid Accent 4"/>
    <w:basedOn w:val="Standardowy"/>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Kolorowasiatkaakcent5">
    <w:name w:val="Colorful Grid Accent 5"/>
    <w:basedOn w:val="Standardowy"/>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Kolorowasiatkaakcent6">
    <w:name w:val="Colorful Grid Accent 6"/>
    <w:basedOn w:val="Standardowy"/>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styleId="Poprawka">
    <w:name w:val="Revision"/>
    <w:hidden/>
    <w:uiPriority w:val="99"/>
    <w:semiHidden/>
    <w:rsid w:val="00B25C0C"/>
    <w:pPr>
      <w:spacing w:after="0" w:line="240" w:lineRule="auto"/>
    </w:pPr>
    <w:rPr>
      <w:rFonts w:ascii="Arial" w:hAnsi="Arial"/>
      <w:color w:val="111111"/>
      <w:sz w:val="21"/>
      <w:lang w:val="pl-PL"/>
    </w:rPr>
  </w:style>
  <w:style w:type="character" w:styleId="Odwoaniedokomentarza">
    <w:name w:val="annotation reference"/>
    <w:basedOn w:val="Domylnaczcionkaakapitu"/>
    <w:uiPriority w:val="99"/>
    <w:semiHidden/>
    <w:unhideWhenUsed/>
    <w:rsid w:val="00120394"/>
    <w:rPr>
      <w:sz w:val="16"/>
      <w:szCs w:val="16"/>
    </w:rPr>
  </w:style>
  <w:style w:type="paragraph" w:styleId="Tekstkomentarza">
    <w:name w:val="annotation text"/>
    <w:basedOn w:val="Normalny"/>
    <w:link w:val="TekstkomentarzaZnak"/>
    <w:uiPriority w:val="99"/>
    <w:unhideWhenUsed/>
    <w:rsid w:val="00120394"/>
    <w:pPr>
      <w:spacing w:line="240" w:lineRule="auto"/>
    </w:pPr>
    <w:rPr>
      <w:sz w:val="20"/>
      <w:szCs w:val="20"/>
    </w:rPr>
  </w:style>
  <w:style w:type="character" w:customStyle="1" w:styleId="TekstkomentarzaZnak">
    <w:name w:val="Tekst komentarza Znak"/>
    <w:basedOn w:val="Domylnaczcionkaakapitu"/>
    <w:link w:val="Tekstkomentarza"/>
    <w:uiPriority w:val="99"/>
    <w:rsid w:val="00120394"/>
    <w:rPr>
      <w:rFonts w:ascii="Arial" w:hAnsi="Arial"/>
      <w:color w:val="111111"/>
      <w:sz w:val="20"/>
      <w:szCs w:val="20"/>
      <w:lang w:val="pl-PL"/>
    </w:rPr>
  </w:style>
  <w:style w:type="paragraph" w:styleId="Tematkomentarza">
    <w:name w:val="annotation subject"/>
    <w:basedOn w:val="Tekstkomentarza"/>
    <w:next w:val="Tekstkomentarza"/>
    <w:link w:val="TematkomentarzaZnak"/>
    <w:uiPriority w:val="99"/>
    <w:semiHidden/>
    <w:unhideWhenUsed/>
    <w:rsid w:val="00120394"/>
    <w:rPr>
      <w:b/>
      <w:bCs/>
    </w:rPr>
  </w:style>
  <w:style w:type="character" w:customStyle="1" w:styleId="TematkomentarzaZnak">
    <w:name w:val="Temat komentarza Znak"/>
    <w:basedOn w:val="TekstkomentarzaZnak"/>
    <w:link w:val="Tematkomentarza"/>
    <w:uiPriority w:val="99"/>
    <w:semiHidden/>
    <w:rsid w:val="00120394"/>
    <w:rPr>
      <w:rFonts w:ascii="Arial" w:hAnsi="Arial"/>
      <w:b/>
      <w:bCs/>
      <w:color w:val="111111"/>
      <w:sz w:val="20"/>
      <w:szCs w:val="20"/>
      <w:lang w:val="pl-PL"/>
    </w:rPr>
  </w:style>
  <w:style w:type="character" w:styleId="Hipercze">
    <w:name w:val="Hyperlink"/>
    <w:basedOn w:val="Domylnaczcionkaakapitu"/>
    <w:uiPriority w:val="99"/>
    <w:unhideWhenUsed/>
    <w:rsid w:val="005D03F0"/>
    <w:rPr>
      <w:color w:val="0000FF" w:themeColor="hyperlink"/>
      <w:u w:val="single"/>
    </w:rPr>
  </w:style>
  <w:style w:type="character" w:styleId="Nierozpoznanawzmianka">
    <w:name w:val="Unresolved Mention"/>
    <w:basedOn w:val="Domylnaczcionkaakapitu"/>
    <w:uiPriority w:val="99"/>
    <w:semiHidden/>
    <w:unhideWhenUsed/>
    <w:rsid w:val="005D03F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microsoft.com/office/2016/09/relationships/commentsIds" Target="commentsIds.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microsoft.com/office/2011/relationships/commentsExtended" Target="commentsExtended.xm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comments" Target="comments.xml"/><Relationship Id="rId5" Type="http://schemas.openxmlformats.org/officeDocument/2006/relationships/numbering" Target="numbering.xml"/><Relationship Id="rId15" Type="http://schemas.openxmlformats.org/officeDocument/2006/relationships/hyperlink" Target="https://www.kinads.pl/pliki-do-pobrania-kinads" TargetMode="External"/><Relationship Id="rId10" Type="http://schemas.openxmlformats.org/officeDocument/2006/relationships/endnotes" Target="endnotes.xml"/><Relationship Id="rId19" Type="http://schemas.microsoft.com/office/2011/relationships/people" Target="people.xml"/><Relationship Id="rId4" Type="http://schemas.openxmlformats.org/officeDocument/2006/relationships/customXml" Target="../customXml/item4.xml"/><Relationship Id="rId9" Type="http://schemas.openxmlformats.org/officeDocument/2006/relationships/footnotes" Target="footnotes.xml"/><Relationship Id="rId14" Type="http://schemas.microsoft.com/office/2018/08/relationships/commentsExtensible" Target="commentsExtensi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kument" ma:contentTypeID="0x010100DA74BE104D0F004AAE801A0F145284A1" ma:contentTypeVersion="16" ma:contentTypeDescription="Utwórz nowy dokument." ma:contentTypeScope="" ma:versionID="e8b5cdc50e80d01f74f86c0cee70c819">
  <xsd:schema xmlns:xsd="http://www.w3.org/2001/XMLSchema" xmlns:xs="http://www.w3.org/2001/XMLSchema" xmlns:p="http://schemas.microsoft.com/office/2006/metadata/properties" xmlns:ns2="bb2e9cdb-d7e7-4a34-aae1-6b5b1288ec80" xmlns:ns3="14e8cd6c-e6db-4a63-8924-1a8680ba14ec" targetNamespace="http://schemas.microsoft.com/office/2006/metadata/properties" ma:root="true" ma:fieldsID="0d649001780639e01f1f878e2761239c" ns2:_="" ns3:_="">
    <xsd:import namespace="bb2e9cdb-d7e7-4a34-aae1-6b5b1288ec80"/>
    <xsd:import namespace="14e8cd6c-e6db-4a63-8924-1a8680ba14ec"/>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DateTaken" minOccurs="0"/>
                <xsd:element ref="ns2:MediaServiceLocation" minOccurs="0"/>
                <xsd:element ref="ns2:MediaServiceGenerationTime" minOccurs="0"/>
                <xsd:element ref="ns2:MediaServiceEventHashCode" minOccurs="0"/>
                <xsd:element ref="ns2:MediaServiceAutoKeyPoints" minOccurs="0"/>
                <xsd:element ref="ns2:MediaServiceKeyPoints" minOccurs="0"/>
                <xsd:element ref="ns2:lcf76f155ced4ddcb4097134ff3c332f" minOccurs="0"/>
                <xsd:element ref="ns3:TaxCatchAll" minOccurs="0"/>
                <xsd:element ref="ns2:MediaLengthInSecond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b2e9cdb-d7e7-4a34-aae1-6b5b1288ec8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MediaServiceAutoTags" ma:internalName="MediaServiceAutoTags" ma:readOnly="true">
      <xsd:simpleType>
        <xsd:restriction base="dms:Text"/>
      </xsd:simpleType>
    </xsd:element>
    <xsd:element name="MediaServiceOCR" ma:index="11" nillable="true" ma:displayName="MediaServiceOCR" ma:internalName="MediaServiceOCR"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Location" ma:index="13" nillable="true" ma:displayName="MediaServiceLocation" ma:internalName="MediaServiceLocation"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lcf76f155ced4ddcb4097134ff3c332f" ma:index="19" nillable="true" ma:taxonomy="true" ma:internalName="lcf76f155ced4ddcb4097134ff3c332f" ma:taxonomyFieldName="MediaServiceImageTags" ma:displayName="Tagi obrazów" ma:readOnly="false" ma:fieldId="{5cf76f15-5ced-4ddc-b409-7134ff3c332f}" ma:taxonomyMulti="true" ma:sspId="bc666e4c-40c4-468a-84e4-d6a8720dbc11" ma:termSetId="09814cd3-568e-fe90-9814-8d621ff8fb84" ma:anchorId="fba54fb3-c3e1-fe81-a776-ca4b69148c4d" ma:open="true" ma:isKeyword="false">
      <xsd:complexType>
        <xsd:sequence>
          <xsd:element ref="pc:Terms" minOccurs="0" maxOccurs="1"/>
        </xsd:sequence>
      </xsd:complexType>
    </xsd:element>
    <xsd:element name="MediaLengthInSeconds" ma:index="21" nillable="true" ma:displayName="MediaLengthInSeconds" ma:hidden="true" ma:internalName="MediaLengthInSeconds" ma:readOnly="true">
      <xsd:simpleType>
        <xsd:restriction base="dms:Unknown"/>
      </xsd:simpleType>
    </xsd:element>
    <xsd:element name="MediaServiceObjectDetectorVersions" ma:index="22"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14e8cd6c-e6db-4a63-8924-1a8680ba14ec" elementFormDefault="qualified">
    <xsd:import namespace="http://schemas.microsoft.com/office/2006/documentManagement/types"/>
    <xsd:import namespace="http://schemas.microsoft.com/office/infopath/2007/PartnerControls"/>
    <xsd:element name="TaxCatchAll" ma:index="20" nillable="true" ma:displayName="Taxonomy Catch All Column" ma:hidden="true" ma:list="{77cf11c1-9e71-4863-912d-ce3061a2a748}" ma:internalName="TaxCatchAll" ma:showField="CatchAllData" ma:web="14e8cd6c-e6db-4a63-8924-1a8680ba14e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zawartości"/>
        <xsd:element ref="dc:title" minOccurs="0" maxOccurs="1" ma:index="4" ma:displayName="Tytu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bb2e9cdb-d7e7-4a34-aae1-6b5b1288ec80">
      <Terms xmlns="http://schemas.microsoft.com/office/infopath/2007/PartnerControls"/>
    </lcf76f155ced4ddcb4097134ff3c332f>
    <TaxCatchAll xmlns="14e8cd6c-e6db-4a63-8924-1a8680ba14ec" xsi:nil="true"/>
  </documentManagement>
</p:properties>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customXml/itemProps2.xml><?xml version="1.0" encoding="utf-8"?>
<ds:datastoreItem xmlns:ds="http://schemas.openxmlformats.org/officeDocument/2006/customXml" ds:itemID="{28B71765-5EFE-4D61-BFAC-E927F0BB145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b2e9cdb-d7e7-4a34-aae1-6b5b1288ec80"/>
    <ds:schemaRef ds:uri="14e8cd6c-e6db-4a63-8924-1a8680ba14e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1F9E81F5-7E47-488A-A3A2-F590983A5BE8}">
  <ds:schemaRefs>
    <ds:schemaRef ds:uri="http://schemas.microsoft.com/sharepoint/v3/contenttype/forms"/>
  </ds:schemaRefs>
</ds:datastoreItem>
</file>

<file path=customXml/itemProps4.xml><?xml version="1.0" encoding="utf-8"?>
<ds:datastoreItem xmlns:ds="http://schemas.openxmlformats.org/officeDocument/2006/customXml" ds:itemID="{E6AEEFD1-7ED8-4B32-A1D3-F52037CB92F1}">
  <ds:schemaRefs>
    <ds:schemaRef ds:uri="http://schemas.microsoft.com/office/2006/metadata/properties"/>
    <ds:schemaRef ds:uri="http://schemas.microsoft.com/office/infopath/2007/PartnerControls"/>
    <ds:schemaRef ds:uri="bb2e9cdb-d7e7-4a34-aae1-6b5b1288ec80"/>
    <ds:schemaRef ds:uri="14e8cd6c-e6db-4a63-8924-1a8680ba14ec"/>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7</Pages>
  <Words>2153</Words>
  <Characters>12919</Characters>
  <Application>Microsoft Office Word</Application>
  <DocSecurity>0</DocSecurity>
  <Lines>107</Lines>
  <Paragraphs>30</Paragraphs>
  <ScaleCrop>false</ScaleCrop>
  <HeadingPairs>
    <vt:vector size="4" baseType="variant">
      <vt:variant>
        <vt:lpstr>Tytuł</vt:lpstr>
      </vt:variant>
      <vt:variant>
        <vt:i4>1</vt:i4>
      </vt:variant>
      <vt:variant>
        <vt:lpstr>Title</vt:lpstr>
      </vt:variant>
      <vt:variant>
        <vt:i4>1</vt:i4>
      </vt:variant>
    </vt:vector>
  </HeadingPairs>
  <TitlesOfParts>
    <vt:vector size="2" baseType="lpstr">
      <vt:lpstr>Regulamin konkursu „Kadr z JAC Kina na leżakach”</vt:lpstr>
      <vt:lpstr/>
    </vt:vector>
  </TitlesOfParts>
  <Manager/>
  <Company/>
  <LinksUpToDate>false</LinksUpToDate>
  <CharactersWithSpaces>15042</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Regulamin konkursu „Kadr z JAC Kina na leżakach”</dc:title>
  <dc:subject>Regulamin konkursu podczas wydarzeń JAC Kino na leżakach</dc:subject>
  <dc:creator>Kancelaria</dc:creator>
  <cp:keywords>konkurs, JAC Kino na leżakach, Instagram</cp:keywords>
  <dc:description>generated by python-docx</dc:description>
  <cp:lastModifiedBy>Alicja Banaszkiewicz</cp:lastModifiedBy>
  <cp:revision>2</cp:revision>
  <dcterms:created xsi:type="dcterms:W3CDTF">2026-08-07T12:33:00Z</dcterms:created>
  <dcterms:modified xsi:type="dcterms:W3CDTF">2026-08-07T12:33:00Z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0x010100DA74BE104D0F004AAE801A0F145284A1</vt:lpwstr>
  </property>
  <property fmtid="{D5CDD505-2E9C-101B-9397-08002B2CF9AE}" pid="3" name="MediaServiceImageTags">
    <vt:lpwstr/>
  </property>
</Properties>
</file>