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E25052" w14:paraId="5181C894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2BE93D8A" w14:textId="34F2BD5E" w:rsidR="00F801F2" w:rsidRPr="006C71E6" w:rsidRDefault="006C71E6" w:rsidP="006C71E6">
            <w:pPr>
              <w:keepNext/>
              <w:jc w:val="center"/>
              <w:rPr>
                <w:i/>
                <w:color w:val="595959"/>
              </w:rPr>
            </w:pPr>
            <w:r>
              <w:rPr>
                <w:rFonts w:ascii="Arial" w:hAnsi="Arial" w:cs="Arial"/>
                <w:noProof/>
                <w:lang w:val="ro-RO" w:eastAsia="ro-RO"/>
              </w:rPr>
              <w:drawing>
                <wp:inline distT="0" distB="0" distL="0" distR="0" wp14:anchorId="0DE998D9" wp14:editId="4CB171D6">
                  <wp:extent cx="774575" cy="1045271"/>
                  <wp:effectExtent l="0" t="0" r="6985" b="2540"/>
                  <wp:docPr id="2" name="I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tema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61" cy="1131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2DEAB026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F74738E" w14:textId="22793E81" w:rsidR="00E25052" w:rsidRPr="006C71E6" w:rsidRDefault="006C71E6">
            <w:pPr>
              <w:keepNext/>
              <w:rPr>
                <w:lang w:val="ro-RO"/>
              </w:rPr>
            </w:pPr>
            <w:r>
              <w:t>BOTO</w:t>
            </w:r>
            <w:r>
              <w:rPr>
                <w:lang w:val="ro-RO"/>
              </w:rPr>
              <w:t>ȘANI</w:t>
            </w:r>
          </w:p>
        </w:tc>
      </w:tr>
      <w:tr w:rsidR="00E25052" w14:paraId="6B015EDC" w14:textId="77777777">
        <w:trPr>
          <w:cantSplit/>
          <w:trHeight w:val="510"/>
        </w:trPr>
        <w:tc>
          <w:tcPr>
            <w:tcW w:w="1606" w:type="dxa"/>
            <w:vMerge/>
          </w:tcPr>
          <w:p w14:paraId="7AF8C63B" w14:textId="77777777" w:rsidR="00E25052" w:rsidRDefault="00E25052"/>
        </w:tc>
        <w:tc>
          <w:tcPr>
            <w:tcW w:w="8030" w:type="dxa"/>
            <w:gridSpan w:val="3"/>
            <w:shd w:val="clear" w:color="auto" w:fill="F0F0F0"/>
          </w:tcPr>
          <w:p w14:paraId="34D9B7ED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Autoritatea administrației publice</w:t>
            </w:r>
          </w:p>
          <w:p w14:paraId="1F71C78E" w14:textId="1CB799E4" w:rsidR="00E25052" w:rsidRDefault="006C71E6">
            <w:pPr>
              <w:keepNext/>
            </w:pPr>
            <w:r>
              <w:t>PRIMARUL COMUNEI ROMA</w:t>
            </w:r>
          </w:p>
        </w:tc>
      </w:tr>
      <w:tr w:rsidR="00E25052" w14:paraId="7354B52B" w14:textId="77777777">
        <w:trPr>
          <w:cantSplit/>
          <w:trHeight w:val="510"/>
        </w:trPr>
        <w:tc>
          <w:tcPr>
            <w:tcW w:w="1606" w:type="dxa"/>
            <w:vMerge/>
          </w:tcPr>
          <w:p w14:paraId="2EA11AAE" w14:textId="77777777" w:rsidR="00E25052" w:rsidRDefault="00E25052"/>
        </w:tc>
        <w:tc>
          <w:tcPr>
            <w:tcW w:w="2409" w:type="dxa"/>
            <w:shd w:val="clear" w:color="auto" w:fill="F0F0F0"/>
          </w:tcPr>
          <w:p w14:paraId="75894951" w14:textId="77777777" w:rsidR="00E25052" w:rsidRPr="00F801F2" w:rsidRDefault="00DA792E">
            <w:pPr>
              <w:keepNext/>
              <w:rPr>
                <w:lang w:val="fr-FR"/>
              </w:rPr>
            </w:pPr>
            <w:r w:rsidRPr="00F801F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F801F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(CIF)</w:t>
            </w:r>
          </w:p>
          <w:p w14:paraId="2ECEACE6" w14:textId="221E5939" w:rsidR="00E25052" w:rsidRPr="00F801F2" w:rsidRDefault="006C71E6">
            <w:pPr>
              <w:keepNext/>
              <w:rPr>
                <w:lang w:val="fr-FR"/>
              </w:rPr>
            </w:pPr>
            <w:r w:rsidRPr="006C71E6">
              <w:rPr>
                <w:lang w:val="fr-FR"/>
              </w:rPr>
              <w:t>3372114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9CBD2CA" w14:textId="77777777" w:rsidR="00E25052" w:rsidRDefault="00DA792E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B62640E" w14:textId="77777777" w:rsidR="00E25052" w:rsidRDefault="00DA792E">
            <w:pPr>
              <w:keepNext/>
            </w:pPr>
            <w:proofErr w:type="spellStart"/>
            <w:r>
              <w:rPr>
                <w:i/>
                <w:color w:val="7A7A7A"/>
              </w:rPr>
              <w:t>sediul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r>
              <w:rPr>
                <w:i/>
                <w:color w:val="7A7A7A"/>
              </w:rPr>
              <w:t>·</w:t>
            </w:r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t</w:t>
            </w:r>
            <w:r>
              <w:rPr>
                <w:i/>
                <w:color w:val="7A7A7A"/>
              </w:rPr>
              <w:t>e</w:t>
            </w:r>
            <w:r>
              <w:rPr>
                <w:i/>
                <w:color w:val="7A7A7A"/>
              </w:rPr>
              <w:t>l</w:t>
            </w:r>
            <w:r>
              <w:rPr>
                <w:i/>
                <w:color w:val="7A7A7A"/>
              </w:rPr>
              <w:t>e</w:t>
            </w:r>
            <w:r>
              <w:rPr>
                <w:i/>
                <w:color w:val="7A7A7A"/>
              </w:rPr>
              <w:t>f</w:t>
            </w:r>
            <w:r>
              <w:rPr>
                <w:i/>
                <w:color w:val="7A7A7A"/>
              </w:rPr>
              <w:t>o</w:t>
            </w:r>
            <w:r>
              <w:rPr>
                <w:i/>
                <w:color w:val="7A7A7A"/>
              </w:rPr>
              <w:t>n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r>
              <w:rPr>
                <w:i/>
                <w:color w:val="7A7A7A"/>
              </w:rPr>
              <w:t>·</w:t>
            </w:r>
            <w:r>
              <w:rPr>
                <w:i/>
                <w:color w:val="7A7A7A"/>
              </w:rPr>
              <w:t xml:space="preserve"> </w:t>
            </w:r>
            <w:r>
              <w:rPr>
                <w:i/>
                <w:color w:val="7A7A7A"/>
              </w:rPr>
              <w:t>e</w:t>
            </w:r>
            <w:r>
              <w:rPr>
                <w:i/>
                <w:color w:val="7A7A7A"/>
              </w:rPr>
              <w:t>-</w:t>
            </w:r>
            <w:r>
              <w:rPr>
                <w:i/>
                <w:color w:val="7A7A7A"/>
              </w:rPr>
              <w:t>m</w:t>
            </w:r>
            <w:r>
              <w:rPr>
                <w:i/>
                <w:color w:val="7A7A7A"/>
              </w:rPr>
              <w:t>a</w:t>
            </w:r>
            <w:r>
              <w:rPr>
                <w:i/>
                <w:color w:val="7A7A7A"/>
              </w:rPr>
              <w:t>i</w:t>
            </w:r>
            <w:r>
              <w:rPr>
                <w:i/>
                <w:color w:val="7A7A7A"/>
              </w:rPr>
              <w:t>l</w:t>
            </w:r>
          </w:p>
          <w:p w14:paraId="4F4DAB27" w14:textId="77777777" w:rsidR="00E25052" w:rsidRDefault="006C71E6">
            <w:pPr>
              <w:keepNext/>
            </w:pPr>
            <w:r>
              <w:t xml:space="preserve">Sat Roma, Com. Roma, Str. </w:t>
            </w:r>
            <w:proofErr w:type="spellStart"/>
            <w:r>
              <w:t>Brazilor</w:t>
            </w:r>
            <w:proofErr w:type="spellEnd"/>
            <w:r>
              <w:t xml:space="preserve">, Nr. </w:t>
            </w:r>
            <w:proofErr w:type="gramStart"/>
            <w:r>
              <w:t>54 ;</w:t>
            </w:r>
            <w:proofErr w:type="gramEnd"/>
            <w:r>
              <w:t xml:space="preserve"> </w:t>
            </w:r>
            <w:proofErr w:type="spellStart"/>
            <w:r>
              <w:t>tel</w:t>
            </w:r>
            <w:proofErr w:type="spellEnd"/>
            <w:r>
              <w:t xml:space="preserve">/fax: </w:t>
            </w:r>
            <w:r w:rsidRPr="006C71E6">
              <w:t>0231 544622/565978</w:t>
            </w:r>
          </w:p>
          <w:p w14:paraId="78A52A4D" w14:textId="347CB9DA" w:rsidR="006C71E6" w:rsidRDefault="006C71E6">
            <w:pPr>
              <w:keepNext/>
            </w:pPr>
            <w:r w:rsidRPr="006C71E6">
              <w:t xml:space="preserve">e-mail </w:t>
            </w:r>
            <w:hyperlink r:id="rId9" w:history="1">
              <w:r w:rsidRPr="00E653F7">
                <w:rPr>
                  <w:rStyle w:val="Hyperlink"/>
                </w:rPr>
                <w:t>primaria.roma@yahoo.ro</w:t>
              </w:r>
            </w:hyperlink>
            <w:r>
              <w:t xml:space="preserve"> ; </w:t>
            </w:r>
            <w:hyperlink r:id="rId10" w:history="1">
              <w:r w:rsidRPr="00E653F7">
                <w:rPr>
                  <w:rStyle w:val="Hyperlink"/>
                  <w:lang w:val="pt-BR"/>
                </w:rPr>
                <w:t>www.primariaromabt.ro</w:t>
              </w:r>
            </w:hyperlink>
            <w:r>
              <w:rPr>
                <w:u w:val="single"/>
                <w:lang w:val="pt-BR"/>
              </w:rPr>
              <w:t xml:space="preserve"> </w:t>
            </w:r>
          </w:p>
        </w:tc>
      </w:tr>
      <w:tr w:rsidR="00E25052" w14:paraId="0DABC460" w14:textId="77777777">
        <w:trPr>
          <w:cantSplit/>
          <w:trHeight w:val="510"/>
        </w:trPr>
        <w:tc>
          <w:tcPr>
            <w:tcW w:w="1606" w:type="dxa"/>
            <w:vMerge/>
          </w:tcPr>
          <w:p w14:paraId="13B733BA" w14:textId="77777777" w:rsidR="00E25052" w:rsidRDefault="00E25052"/>
        </w:tc>
        <w:tc>
          <w:tcPr>
            <w:tcW w:w="4818" w:type="dxa"/>
            <w:gridSpan w:val="2"/>
            <w:shd w:val="clear" w:color="auto" w:fill="F0F0F0"/>
          </w:tcPr>
          <w:p w14:paraId="764818D8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46EE121A" w14:textId="77777777" w:rsidR="00E25052" w:rsidRDefault="00E25052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6393E32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D13DA55" w14:textId="77777777" w:rsidR="00E25052" w:rsidRDefault="00E25052">
            <w:pPr>
              <w:keepNext/>
            </w:pPr>
          </w:p>
        </w:tc>
      </w:tr>
      <w:tr w:rsidR="00E25052" w:rsidRPr="0021562A" w14:paraId="4238FFAF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11995405" w14:textId="77777777" w:rsidR="00E25052" w:rsidRPr="00F801F2" w:rsidRDefault="00DA792E">
            <w:pPr>
              <w:rPr>
                <w:lang w:val="fr-FR"/>
              </w:rPr>
            </w:pPr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F801F2">
              <w:rPr>
                <w:i/>
                <w:color w:val="595959"/>
                <w:lang w:val="fr-FR"/>
              </w:rPr>
              <w:t>se</w:t>
            </w:r>
            <w:proofErr w:type="gram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scrie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în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F801F2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FB5BB70" w14:textId="77777777" w:rsidR="00E25052" w:rsidRPr="00F801F2" w:rsidRDefault="00E25052">
      <w:pPr>
        <w:spacing w:line="168" w:lineRule="auto"/>
        <w:rPr>
          <w:lang w:val="fr-FR"/>
        </w:rPr>
      </w:pPr>
    </w:p>
    <w:p w14:paraId="19E46984" w14:textId="77777777" w:rsidR="00E25052" w:rsidRPr="0021562A" w:rsidRDefault="00DA792E">
      <w:pPr>
        <w:spacing w:before="140" w:after="40"/>
        <w:jc w:val="center"/>
        <w:rPr>
          <w:sz w:val="28"/>
          <w:szCs w:val="28"/>
        </w:rPr>
      </w:pPr>
      <w:r w:rsidRPr="0021562A">
        <w:rPr>
          <w:b/>
          <w:sz w:val="28"/>
          <w:szCs w:val="28"/>
        </w:rPr>
        <w:t>CERERE</w:t>
      </w:r>
    </w:p>
    <w:p w14:paraId="6AB0BEC6" w14:textId="77777777" w:rsidR="00E25052" w:rsidRDefault="00E25052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4E6B3EF6" w14:textId="77777777">
        <w:trPr>
          <w:cantSplit/>
        </w:trPr>
        <w:tc>
          <w:tcPr>
            <w:tcW w:w="9636" w:type="dxa"/>
            <w:shd w:val="clear" w:color="auto" w:fill="F4F4F4"/>
          </w:tcPr>
          <w:p w14:paraId="19939942" w14:textId="77777777" w:rsidR="00E25052" w:rsidRDefault="00DA792E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E25052" w:rsidRPr="0021562A" w14:paraId="5266118B" w14:textId="77777777">
        <w:trPr>
          <w:cantSplit/>
          <w:trHeight w:val="510"/>
        </w:trPr>
        <w:tc>
          <w:tcPr>
            <w:tcW w:w="9636" w:type="dxa"/>
          </w:tcPr>
          <w:p w14:paraId="035B2FDF" w14:textId="77777777" w:rsidR="00E25052" w:rsidRPr="00F801F2" w:rsidRDefault="00DA792E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5C4842F2" w14:textId="77777777" w:rsidR="00E25052" w:rsidRPr="00F801F2" w:rsidRDefault="00DA792E">
            <w:pPr>
              <w:keepNext/>
              <w:rPr>
                <w:lang w:val="fr-FR"/>
              </w:rPr>
            </w:pPr>
            <w:proofErr w:type="spellStart"/>
            <w:proofErr w:type="gram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proofErr w:type="gram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municipiului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/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orașului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2B6186">
              <w:rPr>
                <w:b/>
                <w:bCs/>
                <w:i/>
                <w:color w:val="7A7A7A"/>
                <w:lang w:val="fr-FR"/>
              </w:rPr>
              <w:t>comunei</w:t>
            </w:r>
            <w:proofErr w:type="spellEnd"/>
            <w:r w:rsidRPr="002B6186">
              <w:rPr>
                <w:b/>
                <w:bCs/>
                <w:i/>
                <w:color w:val="7A7A7A"/>
                <w:lang w:val="fr-FR"/>
              </w:rPr>
              <w:t xml:space="preserve"> </w:t>
            </w:r>
            <w:r w:rsidRPr="006C71E6">
              <w:rPr>
                <w:i/>
                <w:strike/>
                <w:color w:val="7A7A7A"/>
                <w:lang w:val="fr-FR"/>
              </w:rPr>
              <w:t xml:space="preserve">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primăria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de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sector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·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consiliul</w:t>
            </w:r>
            <w:proofErr w:type="spellEnd"/>
            <w:r w:rsidRPr="006C71E6">
              <w:rPr>
                <w:i/>
                <w:strike/>
                <w:color w:val="7A7A7A"/>
                <w:lang w:val="fr-FR"/>
              </w:rPr>
              <w:t xml:space="preserve"> </w:t>
            </w:r>
            <w:proofErr w:type="spellStart"/>
            <w:r w:rsidRPr="006C71E6">
              <w:rPr>
                <w:i/>
                <w:strike/>
                <w:color w:val="7A7A7A"/>
                <w:lang w:val="fr-FR"/>
              </w:rPr>
              <w:t>județean</w:t>
            </w:r>
            <w:proofErr w:type="spellEnd"/>
          </w:p>
          <w:p w14:paraId="5B3D1BF3" w14:textId="02AB6DFC" w:rsidR="00E25052" w:rsidRPr="002B6186" w:rsidRDefault="006C71E6">
            <w:pPr>
              <w:keepNext/>
              <w:rPr>
                <w:b/>
                <w:bCs/>
                <w:lang w:val="fr-FR"/>
              </w:rPr>
            </w:pPr>
            <w:r w:rsidRPr="002B6186">
              <w:rPr>
                <w:b/>
                <w:bCs/>
                <w:lang w:val="fr-FR"/>
              </w:rPr>
              <w:t>ROMA</w:t>
            </w:r>
          </w:p>
        </w:tc>
      </w:tr>
      <w:tr w:rsidR="00E25052" w:rsidRPr="0021562A" w14:paraId="31B205BA" w14:textId="77777777">
        <w:trPr>
          <w:cantSplit/>
        </w:trPr>
        <w:tc>
          <w:tcPr>
            <w:tcW w:w="9636" w:type="dxa"/>
            <w:shd w:val="clear" w:color="auto" w:fill="F4F4F4"/>
          </w:tcPr>
          <w:p w14:paraId="30BBDA4A" w14:textId="77777777" w:rsidR="00E25052" w:rsidRPr="00F801F2" w:rsidRDefault="00DA792E">
            <w:pPr>
              <w:spacing w:line="228" w:lineRule="auto"/>
              <w:rPr>
                <w:lang w:val="fr-FR"/>
              </w:rPr>
            </w:pPr>
            <w:proofErr w:type="spellStart"/>
            <w:r w:rsidRPr="00F801F2">
              <w:rPr>
                <w:lang w:val="fr-FR"/>
              </w:rPr>
              <w:t>Cererea</w:t>
            </w:r>
            <w:proofErr w:type="spellEnd"/>
            <w:r w:rsidRPr="00F801F2">
              <w:rPr>
                <w:lang w:val="fr-FR"/>
              </w:rPr>
              <w:t xml:space="preserve"> va fi </w:t>
            </w:r>
            <w:proofErr w:type="spellStart"/>
            <w:r w:rsidRPr="00F801F2">
              <w:rPr>
                <w:lang w:val="fr-FR"/>
              </w:rPr>
              <w:t>transmisă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către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președintele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consiliului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județean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general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de </w:t>
            </w:r>
            <w:proofErr w:type="spellStart"/>
            <w:r w:rsidRPr="00F801F2">
              <w:rPr>
                <w:lang w:val="fr-FR"/>
              </w:rPr>
              <w:t>sector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sau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primarul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municipiului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orașului</w:t>
            </w:r>
            <w:proofErr w:type="spellEnd"/>
            <w:r w:rsidRPr="00F801F2">
              <w:rPr>
                <w:lang w:val="fr-FR"/>
              </w:rPr>
              <w:t xml:space="preserve"> / </w:t>
            </w:r>
            <w:proofErr w:type="spellStart"/>
            <w:r w:rsidRPr="00F801F2">
              <w:rPr>
                <w:lang w:val="fr-FR"/>
              </w:rPr>
              <w:t>comunei</w:t>
            </w:r>
            <w:proofErr w:type="spellEnd"/>
            <w:r w:rsidRPr="00F801F2">
              <w:rPr>
                <w:lang w:val="fr-FR"/>
              </w:rPr>
              <w:t xml:space="preserve">, </w:t>
            </w:r>
            <w:proofErr w:type="spellStart"/>
            <w:r w:rsidRPr="00F801F2">
              <w:rPr>
                <w:lang w:val="fr-FR"/>
              </w:rPr>
              <w:t>după</w:t>
            </w:r>
            <w:proofErr w:type="spellEnd"/>
            <w:r w:rsidRPr="00F801F2">
              <w:rPr>
                <w:lang w:val="fr-FR"/>
              </w:rPr>
              <w:t xml:space="preserve"> </w:t>
            </w:r>
            <w:proofErr w:type="spellStart"/>
            <w:r w:rsidRPr="00F801F2">
              <w:rPr>
                <w:lang w:val="fr-FR"/>
              </w:rPr>
              <w:t>caz</w:t>
            </w:r>
            <w:proofErr w:type="spellEnd"/>
            <w:r w:rsidRPr="00F801F2">
              <w:rPr>
                <w:lang w:val="fr-FR"/>
              </w:rPr>
              <w:t>.</w:t>
            </w:r>
          </w:p>
        </w:tc>
      </w:tr>
    </w:tbl>
    <w:p w14:paraId="159276EE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E25052" w14:paraId="47E632B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EE95171" w14:textId="77777777" w:rsidR="00E25052" w:rsidRDefault="00DA792E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E25052" w14:paraId="21404F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653582EE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50ECD17B" w14:textId="77777777" w:rsidR="00E25052" w:rsidRDefault="00E25052">
            <w:pPr>
              <w:keepNext/>
            </w:pPr>
          </w:p>
        </w:tc>
        <w:tc>
          <w:tcPr>
            <w:tcW w:w="4015" w:type="dxa"/>
            <w:gridSpan w:val="3"/>
          </w:tcPr>
          <w:p w14:paraId="282D408A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6B11B457" w14:textId="77777777" w:rsidR="00E25052" w:rsidRDefault="00E25052">
            <w:pPr>
              <w:keepNext/>
            </w:pPr>
          </w:p>
        </w:tc>
      </w:tr>
      <w:tr w:rsidR="00E25052" w14:paraId="6FE196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B240506" w14:textId="77777777" w:rsidR="00E25052" w:rsidRDefault="00DA792E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E25052" w14:paraId="1CFA562A" w14:textId="77777777">
        <w:trPr>
          <w:cantSplit/>
          <w:trHeight w:val="510"/>
        </w:trPr>
        <w:tc>
          <w:tcPr>
            <w:tcW w:w="1606" w:type="dxa"/>
          </w:tcPr>
          <w:p w14:paraId="3C51554F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1742791D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C2D16F6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8D6DBDF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5"/>
          </w:tcPr>
          <w:p w14:paraId="05BDC146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BAC43F0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7AB74026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24FC92" w14:textId="77777777" w:rsidR="00E25052" w:rsidRDefault="00E25052">
            <w:pPr>
              <w:keepNext/>
            </w:pPr>
          </w:p>
        </w:tc>
      </w:tr>
      <w:tr w:rsidR="00E25052" w14:paraId="03A5B23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AC85D07" w14:textId="77777777" w:rsidR="00E25052" w:rsidRDefault="00DA792E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E25052" w14:paraId="3D40E3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6B34F5D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27F852A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4"/>
          </w:tcPr>
          <w:p w14:paraId="7C882037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0D48E3B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0553940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0822E8F" w14:textId="77777777" w:rsidR="00E25052" w:rsidRDefault="00E25052">
            <w:pPr>
              <w:keepNext/>
            </w:pPr>
          </w:p>
        </w:tc>
      </w:tr>
      <w:tr w:rsidR="00E25052" w14:paraId="5609577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D612D93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41E58F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B47B93F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99A8499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7DDABD5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0E160ACF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EA9678F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3F6DA47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70209D0C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E35CB99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60D07855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8A54738" w14:textId="77777777" w:rsidR="00E25052" w:rsidRDefault="00E25052">
            <w:pPr>
              <w:keepNext/>
            </w:pPr>
          </w:p>
        </w:tc>
        <w:tc>
          <w:tcPr>
            <w:tcW w:w="1606" w:type="dxa"/>
          </w:tcPr>
          <w:p w14:paraId="37AA103A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Ț</w:t>
            </w:r>
            <w:r>
              <w:rPr>
                <w:b/>
                <w:color w:val="0D5F78"/>
              </w:rPr>
              <w:t>ara</w:t>
            </w:r>
          </w:p>
          <w:p w14:paraId="123D5598" w14:textId="77777777" w:rsidR="00E25052" w:rsidRDefault="00E25052">
            <w:pPr>
              <w:keepNext/>
            </w:pPr>
          </w:p>
        </w:tc>
      </w:tr>
      <w:tr w:rsidR="00E25052" w14:paraId="1046CBC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F6E9494" w14:textId="77777777" w:rsidR="00E25052" w:rsidRDefault="00DA792E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E25052" w14:paraId="3B92CD50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07038ABA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2DEDAC5B" w14:textId="77777777" w:rsidR="00E25052" w:rsidRDefault="00E25052">
            <w:pPr>
              <w:keepNext/>
            </w:pPr>
          </w:p>
        </w:tc>
        <w:tc>
          <w:tcPr>
            <w:tcW w:w="5621" w:type="dxa"/>
            <w:gridSpan w:val="5"/>
          </w:tcPr>
          <w:p w14:paraId="11F9EE09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3C2D93FB" w14:textId="77777777" w:rsidR="00E25052" w:rsidRDefault="00E25052">
            <w:pPr>
              <w:keepNext/>
            </w:pPr>
          </w:p>
        </w:tc>
      </w:tr>
      <w:tr w:rsidR="00E25052" w14:paraId="3F330FF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9DB5AB2" w14:textId="77777777" w:rsidR="00E25052" w:rsidRDefault="00DA792E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E25052" w14:paraId="25D89C0C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24F86481" w14:textId="77777777" w:rsidR="00E25052" w:rsidRDefault="00DA792E">
            <w:r>
              <w:rPr>
                <w:b/>
                <w:color w:val="0D5F78"/>
              </w:rPr>
              <w:t>În calitate de reprezentant al</w:t>
            </w:r>
          </w:p>
          <w:p w14:paraId="6834604F" w14:textId="77777777" w:rsidR="00E25052" w:rsidRDefault="00E25052"/>
        </w:tc>
        <w:tc>
          <w:tcPr>
            <w:tcW w:w="3212" w:type="dxa"/>
            <w:gridSpan w:val="2"/>
          </w:tcPr>
          <w:p w14:paraId="3C5FA06C" w14:textId="77777777" w:rsidR="00E25052" w:rsidRDefault="00DA792E">
            <w:r>
              <w:rPr>
                <w:b/>
                <w:color w:val="0D5F78"/>
              </w:rPr>
              <w:t>CUI / CIF</w:t>
            </w:r>
          </w:p>
          <w:p w14:paraId="3B9A3463" w14:textId="77777777" w:rsidR="00E25052" w:rsidRDefault="00E25052"/>
        </w:tc>
      </w:tr>
    </w:tbl>
    <w:p w14:paraId="01E74949" w14:textId="77777777" w:rsidR="00E25052" w:rsidRDefault="00E25052">
      <w:pPr>
        <w:spacing w:line="168" w:lineRule="auto"/>
      </w:pPr>
    </w:p>
    <w:p w14:paraId="20F32F97" w14:textId="77777777" w:rsidR="00E25052" w:rsidRDefault="00DA792E">
      <w:pPr>
        <w:spacing w:before="80" w:after="60"/>
        <w:jc w:val="center"/>
      </w:pPr>
      <w:r>
        <w:rPr>
          <w:sz w:val="18"/>
        </w:rPr>
        <w:t>în conformitate cu prevederile Legii nr. 169/2026 privind Codul amenajării teritoriului, urbanismului și construcțiilor,</w:t>
      </w:r>
    </w:p>
    <w:p w14:paraId="2C7584EF" w14:textId="77777777" w:rsidR="00E25052" w:rsidRDefault="00DA792E">
      <w:pPr>
        <w:spacing w:before="80" w:after="60"/>
        <w:jc w:val="center"/>
      </w:pPr>
      <w:r>
        <w:rPr>
          <w:sz w:val="18"/>
        </w:rPr>
        <w:t>solicit emiterea</w:t>
      </w:r>
    </w:p>
    <w:p w14:paraId="33797D79" w14:textId="77777777" w:rsidR="00E25052" w:rsidRPr="0021562A" w:rsidRDefault="00DA792E">
      <w:pPr>
        <w:spacing w:after="160"/>
        <w:jc w:val="center"/>
        <w:rPr>
          <w:lang w:val="fr-FR"/>
        </w:rPr>
      </w:pPr>
      <w:r w:rsidRPr="0021562A">
        <w:rPr>
          <w:b/>
          <w:sz w:val="20"/>
          <w:lang w:val="fr-FR"/>
        </w:rPr>
        <w:t>CERTIFICATULUI DE URBANISM DE INFORMARE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E25052" w14:paraId="697264C9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56CF4AB8" w14:textId="77777777" w:rsidR="00E25052" w:rsidRDefault="00DA792E">
            <w:pPr>
              <w:keepNext/>
            </w:pPr>
            <w:r w:rsidRPr="0021562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3.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E25052" w14:paraId="37608D06" w14:textId="77777777">
        <w:trPr>
          <w:cantSplit/>
        </w:trPr>
        <w:tc>
          <w:tcPr>
            <w:tcW w:w="9636" w:type="dxa"/>
            <w:gridSpan w:val="6"/>
          </w:tcPr>
          <w:p w14:paraId="64915B18" w14:textId="77777777" w:rsidR="00E25052" w:rsidRDefault="00DA792E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E25052" w14:paraId="3B00AF94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0EE8D6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6D07226C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45C06A6B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1BF54FB" w14:textId="77777777" w:rsidR="00E25052" w:rsidRDefault="00E25052">
            <w:pPr>
              <w:keepNext/>
            </w:pPr>
          </w:p>
        </w:tc>
        <w:tc>
          <w:tcPr>
            <w:tcW w:w="3212" w:type="dxa"/>
            <w:gridSpan w:val="2"/>
          </w:tcPr>
          <w:p w14:paraId="242BC6F3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3E7C20BC" w14:textId="77777777" w:rsidR="00E25052" w:rsidRDefault="00E25052">
            <w:pPr>
              <w:keepNext/>
            </w:pPr>
          </w:p>
        </w:tc>
      </w:tr>
      <w:tr w:rsidR="00E25052" w14:paraId="0F03DFAC" w14:textId="77777777">
        <w:trPr>
          <w:cantSplit/>
          <w:trHeight w:val="510"/>
        </w:trPr>
        <w:tc>
          <w:tcPr>
            <w:tcW w:w="1606" w:type="dxa"/>
          </w:tcPr>
          <w:p w14:paraId="245C8E18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DC3F395" w14:textId="77777777" w:rsidR="00E25052" w:rsidRDefault="00E25052">
            <w:pPr>
              <w:keepNext/>
            </w:pPr>
          </w:p>
        </w:tc>
        <w:tc>
          <w:tcPr>
            <w:tcW w:w="4818" w:type="dxa"/>
            <w:gridSpan w:val="3"/>
          </w:tcPr>
          <w:p w14:paraId="31644BD5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6FBE06C3" w14:textId="77777777" w:rsidR="00E25052" w:rsidRDefault="00E25052">
            <w:pPr>
              <w:keepNext/>
            </w:pPr>
          </w:p>
        </w:tc>
        <w:tc>
          <w:tcPr>
            <w:tcW w:w="803" w:type="dxa"/>
          </w:tcPr>
          <w:p w14:paraId="6816659E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E454520" w14:textId="77777777" w:rsidR="00E25052" w:rsidRDefault="00E25052">
            <w:pPr>
              <w:keepNext/>
            </w:pPr>
          </w:p>
        </w:tc>
        <w:tc>
          <w:tcPr>
            <w:tcW w:w="2409" w:type="dxa"/>
          </w:tcPr>
          <w:p w14:paraId="0279B798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284E2F7" w14:textId="77777777" w:rsidR="00E25052" w:rsidRDefault="00E25052">
            <w:pPr>
              <w:keepNext/>
            </w:pPr>
          </w:p>
        </w:tc>
      </w:tr>
      <w:tr w:rsidR="00E25052" w14:paraId="425A2D34" w14:textId="77777777">
        <w:trPr>
          <w:cantSplit/>
          <w:trHeight w:val="510"/>
        </w:trPr>
        <w:tc>
          <w:tcPr>
            <w:tcW w:w="9636" w:type="dxa"/>
            <w:gridSpan w:val="6"/>
          </w:tcPr>
          <w:p w14:paraId="22A88DF9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>Suprafața terenului (m²)</w:t>
            </w:r>
          </w:p>
          <w:p w14:paraId="375B3DAF" w14:textId="77777777" w:rsidR="00E25052" w:rsidRDefault="00E25052">
            <w:pPr>
              <w:keepNext/>
            </w:pPr>
          </w:p>
        </w:tc>
      </w:tr>
      <w:tr w:rsidR="00E25052" w14:paraId="3956AF3E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884FA6F" w14:textId="77777777" w:rsidR="00E25052" w:rsidRPr="00F801F2" w:rsidRDefault="00DA792E">
            <w:pPr>
              <w:keepNext/>
              <w:rPr>
                <w:lang w:val="fr-FR"/>
              </w:rPr>
            </w:pPr>
            <w:proofErr w:type="spellStart"/>
            <w:r w:rsidRPr="00F801F2">
              <w:rPr>
                <w:b/>
                <w:color w:val="0D5F78"/>
                <w:lang w:val="fr-FR"/>
              </w:rPr>
              <w:t>Număr</w:t>
            </w:r>
            <w:proofErr w:type="spellEnd"/>
            <w:r w:rsidRPr="00F801F2">
              <w:rPr>
                <w:b/>
                <w:color w:val="0D5F78"/>
                <w:lang w:val="fr-FR"/>
              </w:rPr>
              <w:t xml:space="preserve"> cadastral</w:t>
            </w:r>
          </w:p>
          <w:p w14:paraId="4088464C" w14:textId="77777777" w:rsidR="00E25052" w:rsidRPr="00F801F2" w:rsidRDefault="00DA792E">
            <w:pPr>
              <w:keepNext/>
              <w:rPr>
                <w:lang w:val="fr-FR"/>
              </w:rPr>
            </w:pPr>
            <w:proofErr w:type="spellStart"/>
            <w:proofErr w:type="gramStart"/>
            <w:r w:rsidRPr="00F801F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F801F2">
              <w:rPr>
                <w:i/>
                <w:color w:val="7A7A7A"/>
                <w:lang w:val="fr-FR"/>
              </w:rPr>
              <w:t>în</w:t>
            </w:r>
            <w:proofErr w:type="spellEnd"/>
            <w:r w:rsidRPr="00F801F2">
              <w:rPr>
                <w:i/>
                <w:color w:val="7A7A7A"/>
                <w:lang w:val="fr-FR"/>
              </w:rPr>
              <w:t xml:space="preserve"> e-Terra</w:t>
            </w:r>
          </w:p>
          <w:p w14:paraId="46FDA082" w14:textId="77777777" w:rsidR="00E25052" w:rsidRPr="00F801F2" w:rsidRDefault="00E25052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0B037F56" w14:textId="77777777" w:rsidR="00E25052" w:rsidRDefault="00DA792E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38AD22" w14:textId="77777777" w:rsidR="00E25052" w:rsidRDefault="00E25052">
            <w:pPr>
              <w:keepNext/>
            </w:pPr>
          </w:p>
        </w:tc>
      </w:tr>
      <w:tr w:rsidR="00E25052" w:rsidRPr="0021562A" w14:paraId="50F3FA21" w14:textId="77777777">
        <w:trPr>
          <w:cantSplit/>
        </w:trPr>
        <w:tc>
          <w:tcPr>
            <w:tcW w:w="9636" w:type="dxa"/>
            <w:gridSpan w:val="6"/>
          </w:tcPr>
          <w:p w14:paraId="656FF020" w14:textId="77777777" w:rsidR="00F8517F" w:rsidRPr="0021562A" w:rsidRDefault="00DA792E">
            <w:pPr>
              <w:rPr>
                <w:sz w:val="16"/>
                <w:lang w:val="fr-FR"/>
              </w:rPr>
            </w:pPr>
            <w:r w:rsidRPr="0021562A">
              <w:rPr>
                <w:sz w:val="16"/>
                <w:lang w:val="fr-FR"/>
              </w:rPr>
              <w:t xml:space="preserve"> ☐ extras de carte </w:t>
            </w:r>
            <w:proofErr w:type="spellStart"/>
            <w:r w:rsidRPr="0021562A">
              <w:rPr>
                <w:sz w:val="16"/>
                <w:lang w:val="fr-FR"/>
              </w:rPr>
              <w:t>funciară</w:t>
            </w:r>
            <w:proofErr w:type="spellEnd"/>
            <w:r w:rsidRPr="0021562A">
              <w:rPr>
                <w:sz w:val="16"/>
                <w:lang w:val="fr-FR"/>
              </w:rPr>
              <w:t xml:space="preserve"> </w:t>
            </w:r>
            <w:proofErr w:type="spellStart"/>
            <w:r w:rsidRPr="0021562A">
              <w:rPr>
                <w:sz w:val="16"/>
                <w:lang w:val="fr-FR"/>
              </w:rPr>
              <w:t>actualizat</w:t>
            </w:r>
            <w:proofErr w:type="spellEnd"/>
            <w:r w:rsidRPr="0021562A">
              <w:rPr>
                <w:sz w:val="16"/>
                <w:lang w:val="fr-FR"/>
              </w:rPr>
              <w:t xml:space="preserve">, </w:t>
            </w:r>
            <w:proofErr w:type="spellStart"/>
            <w:r w:rsidRPr="0021562A">
              <w:rPr>
                <w:sz w:val="16"/>
                <w:lang w:val="fr-FR"/>
              </w:rPr>
              <w:t>anexat</w:t>
            </w:r>
            <w:proofErr w:type="spellEnd"/>
            <w:r w:rsidRPr="0021562A">
              <w:rPr>
                <w:sz w:val="16"/>
                <w:lang w:val="fr-FR"/>
              </w:rPr>
              <w:t xml:space="preserve">     </w:t>
            </w:r>
          </w:p>
          <w:p w14:paraId="4D8DB8B6" w14:textId="6B074625" w:rsidR="00E25052" w:rsidRPr="00F8517F" w:rsidRDefault="00DA792E">
            <w:pPr>
              <w:rPr>
                <w:lang w:val="fr-FR"/>
              </w:rPr>
            </w:pPr>
            <w:r w:rsidRPr="00F8517F">
              <w:rPr>
                <w:sz w:val="16"/>
                <w:lang w:val="fr-FR"/>
              </w:rPr>
              <w:t>☐</w:t>
            </w:r>
            <w:r w:rsidRPr="00F8517F">
              <w:rPr>
                <w:sz w:val="16"/>
                <w:lang w:val="fr-FR"/>
              </w:rPr>
              <w:t xml:space="preserve"> plan de </w:t>
            </w:r>
            <w:proofErr w:type="spellStart"/>
            <w:r w:rsidRPr="00F8517F">
              <w:rPr>
                <w:sz w:val="16"/>
                <w:lang w:val="fr-FR"/>
              </w:rPr>
              <w:t>încadrare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zonă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în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sistem</w:t>
            </w:r>
            <w:proofErr w:type="spellEnd"/>
            <w:r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Pr="00F8517F">
              <w:rPr>
                <w:sz w:val="16"/>
                <w:lang w:val="fr-FR"/>
              </w:rPr>
              <w:t>Stereo</w:t>
            </w:r>
            <w:proofErr w:type="spellEnd"/>
            <w:r w:rsidRPr="00F8517F">
              <w:rPr>
                <w:sz w:val="16"/>
                <w:lang w:val="fr-FR"/>
              </w:rPr>
              <w:t xml:space="preserve"> 70, </w:t>
            </w:r>
            <w:proofErr w:type="spellStart"/>
            <w:r w:rsidRPr="00F8517F">
              <w:rPr>
                <w:sz w:val="16"/>
                <w:lang w:val="fr-FR"/>
              </w:rPr>
              <w:t>anexat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eliberat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la </w:t>
            </w:r>
            <w:proofErr w:type="spellStart"/>
            <w:r w:rsidR="00F8517F" w:rsidRPr="00F8517F">
              <w:rPr>
                <w:sz w:val="16"/>
                <w:lang w:val="fr-FR"/>
              </w:rPr>
              <w:t>cerere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, de </w:t>
            </w:r>
            <w:proofErr w:type="spellStart"/>
            <w:r w:rsidR="00F8517F" w:rsidRPr="00F8517F">
              <w:rPr>
                <w:sz w:val="16"/>
                <w:lang w:val="fr-FR"/>
              </w:rPr>
              <w:t>către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Agenția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Națională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de </w:t>
            </w:r>
            <w:proofErr w:type="spellStart"/>
            <w:r w:rsidR="00F8517F" w:rsidRPr="00F8517F">
              <w:rPr>
                <w:sz w:val="16"/>
                <w:lang w:val="fr-FR"/>
              </w:rPr>
              <w:t>Cadastru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și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Publicitate</w:t>
            </w:r>
            <w:proofErr w:type="spellEnd"/>
            <w:r w:rsidR="00F8517F" w:rsidRPr="00F8517F">
              <w:rPr>
                <w:sz w:val="16"/>
                <w:lang w:val="fr-FR"/>
              </w:rPr>
              <w:t xml:space="preserve"> </w:t>
            </w:r>
            <w:proofErr w:type="spellStart"/>
            <w:r w:rsidR="00F8517F" w:rsidRPr="00F8517F">
              <w:rPr>
                <w:sz w:val="16"/>
                <w:lang w:val="fr-FR"/>
              </w:rPr>
              <w:t>Imobiliară</w:t>
            </w:r>
            <w:proofErr w:type="spellEnd"/>
          </w:p>
        </w:tc>
      </w:tr>
    </w:tbl>
    <w:p w14:paraId="3ACF9FED" w14:textId="77777777" w:rsidR="00E25052" w:rsidRPr="00F8517F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E25052" w14:paraId="3F3C9144" w14:textId="77777777">
        <w:trPr>
          <w:cantSplit/>
        </w:trPr>
        <w:tc>
          <w:tcPr>
            <w:tcW w:w="9636" w:type="dxa"/>
            <w:shd w:val="clear" w:color="auto" w:fill="F4F4F4"/>
          </w:tcPr>
          <w:p w14:paraId="4A371C11" w14:textId="77777777" w:rsidR="00E25052" w:rsidRDefault="00DA792E">
            <w:pPr>
              <w:keepNext/>
            </w:pPr>
            <w:r w:rsidRPr="00F8517F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4.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E25052" w:rsidRPr="0021562A" w14:paraId="6A6C031B" w14:textId="77777777">
        <w:trPr>
          <w:cantSplit/>
        </w:trPr>
        <w:tc>
          <w:tcPr>
            <w:tcW w:w="9636" w:type="dxa"/>
          </w:tcPr>
          <w:p w14:paraId="119DB66C" w14:textId="77777777" w:rsidR="00E25052" w:rsidRPr="00F801F2" w:rsidRDefault="00DA792E">
            <w:pPr>
              <w:rPr>
                <w:lang w:val="fr-FR"/>
              </w:rPr>
            </w:pPr>
            <w:r w:rsidRPr="00F801F2">
              <w:rPr>
                <w:sz w:val="16"/>
                <w:lang w:val="fr-FR"/>
              </w:rPr>
              <w:t xml:space="preserve">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</w:t>
            </w:r>
            <w:proofErr w:type="spellStart"/>
            <w:r w:rsidRPr="00F801F2">
              <w:rPr>
                <w:sz w:val="16"/>
                <w:lang w:val="fr-FR"/>
              </w:rPr>
              <w:t>scris</w:t>
            </w:r>
            <w:proofErr w:type="spellEnd"/>
            <w:r w:rsidRPr="00F801F2">
              <w:rPr>
                <w:sz w:val="16"/>
                <w:lang w:val="fr-FR"/>
              </w:rPr>
              <w:t xml:space="preserve">, prin </w:t>
            </w:r>
            <w:proofErr w:type="spellStart"/>
            <w:r w:rsidRPr="00F801F2">
              <w:rPr>
                <w:sz w:val="16"/>
                <w:lang w:val="fr-FR"/>
              </w:rPr>
              <w:t>poștă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în</w:t>
            </w:r>
            <w:proofErr w:type="spellEnd"/>
            <w:r w:rsidRPr="00F801F2">
              <w:rPr>
                <w:sz w:val="16"/>
                <w:lang w:val="fr-FR"/>
              </w:rPr>
              <w:t xml:space="preserve"> format digital, la </w:t>
            </w:r>
            <w:proofErr w:type="spellStart"/>
            <w:r w:rsidRPr="00F801F2">
              <w:rPr>
                <w:sz w:val="16"/>
                <w:lang w:val="fr-FR"/>
              </w:rPr>
              <w:t>adresa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gramStart"/>
            <w:r w:rsidRPr="00F801F2">
              <w:rPr>
                <w:sz w:val="16"/>
                <w:lang w:val="fr-FR"/>
              </w:rPr>
              <w:t>de e-mail</w:t>
            </w:r>
            <w:proofErr w:type="gram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indicată</w:t>
            </w:r>
            <w:proofErr w:type="spellEnd"/>
            <w:r w:rsidRPr="00F801F2">
              <w:rPr>
                <w:sz w:val="16"/>
                <w:lang w:val="fr-FR"/>
              </w:rPr>
              <w:t xml:space="preserve">     ☐ </w:t>
            </w:r>
            <w:proofErr w:type="spellStart"/>
            <w:r w:rsidRPr="00F801F2">
              <w:rPr>
                <w:sz w:val="16"/>
                <w:lang w:val="fr-FR"/>
              </w:rPr>
              <w:t>ridicare</w:t>
            </w:r>
            <w:proofErr w:type="spellEnd"/>
            <w:r w:rsidRPr="00F801F2">
              <w:rPr>
                <w:sz w:val="16"/>
                <w:lang w:val="fr-FR"/>
              </w:rPr>
              <w:t xml:space="preserve"> de la </w:t>
            </w:r>
            <w:proofErr w:type="spellStart"/>
            <w:r w:rsidRPr="00F801F2">
              <w:rPr>
                <w:sz w:val="16"/>
                <w:lang w:val="fr-FR"/>
              </w:rPr>
              <w:t>sediul</w:t>
            </w:r>
            <w:proofErr w:type="spellEnd"/>
            <w:r w:rsidRPr="00F801F2">
              <w:rPr>
                <w:sz w:val="16"/>
                <w:lang w:val="fr-FR"/>
              </w:rPr>
              <w:t xml:space="preserve"> </w:t>
            </w:r>
            <w:proofErr w:type="spellStart"/>
            <w:r w:rsidRPr="00F801F2">
              <w:rPr>
                <w:sz w:val="16"/>
                <w:lang w:val="fr-FR"/>
              </w:rPr>
              <w:t>autorității</w:t>
            </w:r>
            <w:proofErr w:type="spellEnd"/>
          </w:p>
        </w:tc>
      </w:tr>
    </w:tbl>
    <w:p w14:paraId="4CC013A6" w14:textId="77777777" w:rsidR="00E25052" w:rsidRPr="00F801F2" w:rsidRDefault="00E2505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E25052" w14:paraId="526375A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FBEB645" w14:textId="77777777" w:rsidR="00E25052" w:rsidRDefault="00DA792E">
            <w:pPr>
              <w:keepNext/>
            </w:pPr>
            <w:r w:rsidRPr="00F801F2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E25052" w14:paraId="7763C7E2" w14:textId="77777777">
        <w:trPr>
          <w:cantSplit/>
          <w:trHeight w:val="510"/>
        </w:trPr>
        <w:tc>
          <w:tcPr>
            <w:tcW w:w="1606" w:type="dxa"/>
          </w:tcPr>
          <w:p w14:paraId="4CA50917" w14:textId="77777777" w:rsidR="00E25052" w:rsidRDefault="00DA792E">
            <w:r>
              <w:rPr>
                <w:b/>
                <w:color w:val="0D5F78"/>
              </w:rPr>
              <w:t>Data</w:t>
            </w:r>
          </w:p>
          <w:p w14:paraId="725AA280" w14:textId="77777777" w:rsidR="00E25052" w:rsidRDefault="00E25052"/>
        </w:tc>
        <w:tc>
          <w:tcPr>
            <w:tcW w:w="4818" w:type="dxa"/>
          </w:tcPr>
          <w:p w14:paraId="1A18FEF7" w14:textId="77777777" w:rsidR="00E25052" w:rsidRDefault="00DA792E">
            <w:r>
              <w:rPr>
                <w:b/>
                <w:color w:val="0D5F78"/>
              </w:rPr>
              <w:t>Solicitantul</w:t>
            </w:r>
          </w:p>
          <w:p w14:paraId="4BFA03F3" w14:textId="77777777" w:rsidR="00E25052" w:rsidRDefault="00E25052"/>
        </w:tc>
        <w:tc>
          <w:tcPr>
            <w:tcW w:w="3212" w:type="dxa"/>
          </w:tcPr>
          <w:p w14:paraId="51766049" w14:textId="77777777" w:rsidR="00E25052" w:rsidRDefault="00DA792E">
            <w:r>
              <w:rPr>
                <w:b/>
                <w:color w:val="0D5F78"/>
              </w:rPr>
              <w:t>Semnătura</w:t>
            </w:r>
          </w:p>
          <w:p w14:paraId="4558B6A6" w14:textId="77777777" w:rsidR="00E25052" w:rsidRDefault="00E25052"/>
        </w:tc>
      </w:tr>
    </w:tbl>
    <w:p w14:paraId="49F8112D" w14:textId="77777777" w:rsidR="00E25052" w:rsidRDefault="00E25052">
      <w:pPr>
        <w:spacing w:line="168" w:lineRule="auto"/>
      </w:pPr>
    </w:p>
    <w:p w14:paraId="242D1965" w14:textId="77777777" w:rsidR="00F8517F" w:rsidRPr="00F8517F" w:rsidRDefault="00F8517F" w:rsidP="00F8517F"/>
    <w:p w14:paraId="7207E8D0" w14:textId="77777777" w:rsidR="00F8517F" w:rsidRDefault="00F8517F" w:rsidP="00F8517F"/>
    <w:p w14:paraId="7E180354" w14:textId="7A449F41" w:rsidR="00F8517F" w:rsidRPr="00F8517F" w:rsidRDefault="00F8517F" w:rsidP="00F8517F">
      <w:pPr>
        <w:tabs>
          <w:tab w:val="left" w:pos="3005"/>
        </w:tabs>
      </w:pPr>
      <w:r>
        <w:tab/>
      </w:r>
    </w:p>
    <w:sectPr w:rsidR="00F8517F" w:rsidRPr="00F8517F" w:rsidSect="00034616">
      <w:headerReference w:type="default" r:id="rId11"/>
      <w:footerReference w:type="default" r:id="rId12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0DF51" w14:textId="77777777" w:rsidR="00DA792E" w:rsidRDefault="00DA792E">
      <w:r>
        <w:separator/>
      </w:r>
    </w:p>
  </w:endnote>
  <w:endnote w:type="continuationSeparator" w:id="0">
    <w:p w14:paraId="6BC5110C" w14:textId="77777777" w:rsidR="00DA792E" w:rsidRDefault="00DA7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71E53" w14:textId="180E0261" w:rsidR="00E25052" w:rsidRDefault="00F801F2">
    <w:pPr>
      <w:pStyle w:val="Subsol"/>
      <w:tabs>
        <w:tab w:val="right" w:pos="9639"/>
      </w:tabs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BBDBC" w14:textId="77777777" w:rsidR="00DA792E" w:rsidRDefault="00DA792E">
      <w:r>
        <w:separator/>
      </w:r>
    </w:p>
  </w:footnote>
  <w:footnote w:type="continuationSeparator" w:id="0">
    <w:p w14:paraId="67B0E06D" w14:textId="77777777" w:rsidR="00DA792E" w:rsidRDefault="00DA7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67F69" w14:textId="77777777" w:rsidR="00F8517F" w:rsidRPr="00F8517F" w:rsidRDefault="00F8517F" w:rsidP="00F8517F">
    <w:pPr>
      <w:pStyle w:val="Antet"/>
      <w:rPr>
        <w:b/>
        <w:bCs/>
        <w:i/>
        <w:iCs/>
        <w:color w:val="595959"/>
        <w:sz w:val="24"/>
        <w:szCs w:val="24"/>
        <w:u w:val="single"/>
      </w:rPr>
    </w:pPr>
    <w:proofErr w:type="spellStart"/>
    <w:r w:rsidRPr="00F8517F">
      <w:rPr>
        <w:b/>
        <w:bCs/>
        <w:i/>
        <w:iCs/>
        <w:color w:val="595959"/>
        <w:sz w:val="24"/>
        <w:szCs w:val="24"/>
        <w:u w:val="single"/>
      </w:rPr>
      <w:t>Anexa</w:t>
    </w:r>
    <w:proofErr w:type="spellEnd"/>
    <w:r w:rsidRPr="00F8517F">
      <w:rPr>
        <w:b/>
        <w:bCs/>
        <w:i/>
        <w:iCs/>
        <w:color w:val="595959"/>
        <w:sz w:val="24"/>
        <w:szCs w:val="24"/>
        <w:u w:val="single"/>
      </w:rPr>
      <w:t xml:space="preserve"> nr.1  </w:t>
    </w:r>
  </w:p>
  <w:p w14:paraId="30A11B91" w14:textId="654108AB" w:rsidR="00F8517F" w:rsidRPr="00F8517F" w:rsidRDefault="00F8517F" w:rsidP="00F8517F">
    <w:pPr>
      <w:pStyle w:val="Antet"/>
      <w:rPr>
        <w:b/>
        <w:bCs/>
        <w:color w:val="595959"/>
      </w:rPr>
    </w:pPr>
    <w:r>
      <w:rPr>
        <w:color w:val="595959"/>
      </w:rPr>
      <w:t xml:space="preserve">F_CU_01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9901959">
    <w:abstractNumId w:val="8"/>
  </w:num>
  <w:num w:numId="2" w16cid:durableId="1763795687">
    <w:abstractNumId w:val="6"/>
  </w:num>
  <w:num w:numId="3" w16cid:durableId="1089348912">
    <w:abstractNumId w:val="5"/>
  </w:num>
  <w:num w:numId="4" w16cid:durableId="1038360754">
    <w:abstractNumId w:val="4"/>
  </w:num>
  <w:num w:numId="5" w16cid:durableId="226697112">
    <w:abstractNumId w:val="7"/>
  </w:num>
  <w:num w:numId="6" w16cid:durableId="1274440642">
    <w:abstractNumId w:val="3"/>
  </w:num>
  <w:num w:numId="7" w16cid:durableId="1036154305">
    <w:abstractNumId w:val="2"/>
  </w:num>
  <w:num w:numId="8" w16cid:durableId="233055514">
    <w:abstractNumId w:val="1"/>
  </w:num>
  <w:num w:numId="9" w16cid:durableId="59984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F55B4"/>
    <w:rsid w:val="0015074B"/>
    <w:rsid w:val="0021562A"/>
    <w:rsid w:val="0029639D"/>
    <w:rsid w:val="002B6186"/>
    <w:rsid w:val="00326F90"/>
    <w:rsid w:val="006C103E"/>
    <w:rsid w:val="006C71E6"/>
    <w:rsid w:val="00763A7C"/>
    <w:rsid w:val="00861954"/>
    <w:rsid w:val="009B5021"/>
    <w:rsid w:val="00A74E07"/>
    <w:rsid w:val="00AA1D8D"/>
    <w:rsid w:val="00B16250"/>
    <w:rsid w:val="00B47730"/>
    <w:rsid w:val="00CB0664"/>
    <w:rsid w:val="00DA792E"/>
    <w:rsid w:val="00E25052"/>
    <w:rsid w:val="00E61A6B"/>
    <w:rsid w:val="00F801F2"/>
    <w:rsid w:val="00F851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539864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deparagrafimplicit"/>
    <w:uiPriority w:val="99"/>
    <w:unhideWhenUsed/>
    <w:rsid w:val="006C71E6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C71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rimariaromabt.ro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rimaria.roma@yahoo.r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1913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Asus</cp:lastModifiedBy>
  <cp:revision>2</cp:revision>
  <dcterms:created xsi:type="dcterms:W3CDTF">2026-09-30T19:14:00Z</dcterms:created>
  <dcterms:modified xsi:type="dcterms:W3CDTF">2026-09-30T19:14:00Z</dcterms:modified>
  <cp:category/>
</cp:coreProperties>
</file>