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C2189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619D81BD" w:rsidR="00CC2189" w:rsidRDefault="00CC2189" w:rsidP="00CC2189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2870BBF" wp14:editId="41DA814B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6A009C8" w14:textId="77777777" w:rsidR="00CC2189" w:rsidRDefault="00CC2189" w:rsidP="00CC218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A49159" w14:textId="54A42A60" w:rsidR="00CC2189" w:rsidRDefault="00CC2189" w:rsidP="00CC2189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CC2189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CC2189" w:rsidRDefault="00CC2189" w:rsidP="00CC2189"/>
        </w:tc>
        <w:tc>
          <w:tcPr>
            <w:tcW w:w="8030" w:type="dxa"/>
            <w:gridSpan w:val="3"/>
            <w:shd w:val="clear" w:color="auto" w:fill="F0F0F0"/>
          </w:tcPr>
          <w:p w14:paraId="38FA9438" w14:textId="77777777" w:rsidR="00CC2189" w:rsidRDefault="00CC2189" w:rsidP="00CC218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4E7F576" w14:textId="0014FF0A" w:rsidR="00CC2189" w:rsidRDefault="00CC2189" w:rsidP="00CC2189">
            <w:pPr>
              <w:keepNext/>
            </w:pPr>
            <w:r>
              <w:t>PRIMARUL COMUNEI ROMA</w:t>
            </w:r>
          </w:p>
        </w:tc>
      </w:tr>
      <w:tr w:rsidR="00CC2189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CC2189" w:rsidRDefault="00CC2189" w:rsidP="00CC2189"/>
        </w:tc>
        <w:tc>
          <w:tcPr>
            <w:tcW w:w="2409" w:type="dxa"/>
            <w:shd w:val="clear" w:color="auto" w:fill="F0F0F0"/>
          </w:tcPr>
          <w:p w14:paraId="4088DC2E" w14:textId="77777777" w:rsidR="00CC2189" w:rsidRPr="00F801F2" w:rsidRDefault="00CC2189" w:rsidP="00CC2189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5D73975E" w:rsidR="00CC2189" w:rsidRPr="006257CA" w:rsidRDefault="00CC2189" w:rsidP="00CC2189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682E3A4" w14:textId="77777777" w:rsidR="00CC2189" w:rsidRPr="00F801F2" w:rsidRDefault="00CC2189" w:rsidP="00CC2189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0EA9E139" w14:textId="5663D308" w:rsidR="00CC2189" w:rsidRDefault="00CC2189" w:rsidP="00CC2189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E17FAD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E17FAD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E17FA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E17FAD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442E838E" w14:textId="77777777" w:rsidR="00CC2189" w:rsidRPr="00F801F2" w:rsidRDefault="00CC2189" w:rsidP="00CC2189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258CF99" w14:textId="2265EDA0" w:rsidR="001E1635" w:rsidRPr="006257CA" w:rsidRDefault="00CC2189" w:rsidP="00CC2189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6257CA">
              <w:rPr>
                <w:lang w:val="fr-FR"/>
              </w:rPr>
              <w:t xml:space="preserve"> </w:t>
            </w: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E17FAD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E17FAD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E17FAD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E17FAD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E17FA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E17FAD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E17FAD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E17FAD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E17FAD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E17FAD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E17FAD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E17FAD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E17FAD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E17FAD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E17FAD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E17FAD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E17FAD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E17FAD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E17FAD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E17FAD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E17FAD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E17FAD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E17FAD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E17FAD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5189E" w14:textId="77777777" w:rsidR="00E17FAD" w:rsidRDefault="00E17FAD">
      <w:r>
        <w:separator/>
      </w:r>
    </w:p>
  </w:endnote>
  <w:endnote w:type="continuationSeparator" w:id="0">
    <w:p w14:paraId="3994AB32" w14:textId="77777777" w:rsidR="00E17FAD" w:rsidRDefault="00E1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E17FAD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AD5F" w14:textId="77777777" w:rsidR="00E17FAD" w:rsidRDefault="00E17FAD">
      <w:r>
        <w:separator/>
      </w:r>
    </w:p>
  </w:footnote>
  <w:footnote w:type="continuationSeparator" w:id="0">
    <w:p w14:paraId="3E2F63CF" w14:textId="77777777" w:rsidR="00E17FAD" w:rsidRDefault="00E17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74E07"/>
    <w:rsid w:val="00AA1D8D"/>
    <w:rsid w:val="00AC5F99"/>
    <w:rsid w:val="00B47730"/>
    <w:rsid w:val="00CB0664"/>
    <w:rsid w:val="00CC2189"/>
    <w:rsid w:val="00E17F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2026-09-30T19:16:00Z</dcterms:created>
  <dcterms:modified xsi:type="dcterms:W3CDTF">2026-09-30T19:16:00Z</dcterms:modified>
  <cp:category/>
</cp:coreProperties>
</file>