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149A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194A8E36" w:rsidR="006149A1" w:rsidRDefault="006149A1" w:rsidP="006149A1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5C3E7A58" wp14:editId="63E85BCE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129DB48" w14:textId="77777777" w:rsidR="006149A1" w:rsidRDefault="006149A1" w:rsidP="006149A1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1DCE4F19" w:rsidR="006149A1" w:rsidRDefault="006149A1" w:rsidP="006149A1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6149A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6149A1" w:rsidRDefault="006149A1" w:rsidP="006149A1"/>
        </w:tc>
        <w:tc>
          <w:tcPr>
            <w:tcW w:w="8030" w:type="dxa"/>
            <w:gridSpan w:val="3"/>
            <w:shd w:val="clear" w:color="auto" w:fill="F0F0F0"/>
          </w:tcPr>
          <w:p w14:paraId="0EBD21D1" w14:textId="77777777" w:rsidR="006149A1" w:rsidRDefault="006149A1" w:rsidP="006149A1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08C6F717" w:rsidR="006149A1" w:rsidRDefault="006149A1" w:rsidP="006149A1">
            <w:pPr>
              <w:keepNext/>
            </w:pPr>
            <w:r>
              <w:t>PRIMARUL COMUNEI ROMA</w:t>
            </w:r>
          </w:p>
        </w:tc>
      </w:tr>
      <w:tr w:rsidR="006149A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6149A1" w:rsidRDefault="006149A1" w:rsidP="006149A1"/>
        </w:tc>
        <w:tc>
          <w:tcPr>
            <w:tcW w:w="2409" w:type="dxa"/>
            <w:shd w:val="clear" w:color="auto" w:fill="F0F0F0"/>
          </w:tcPr>
          <w:p w14:paraId="5401EE9E" w14:textId="77777777" w:rsidR="006149A1" w:rsidRPr="00F801F2" w:rsidRDefault="006149A1" w:rsidP="006149A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692C0541" w:rsidR="006149A1" w:rsidRPr="00A256C2" w:rsidRDefault="006149A1" w:rsidP="006149A1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8D270FE" w14:textId="77777777" w:rsidR="006149A1" w:rsidRPr="00F801F2" w:rsidRDefault="006149A1" w:rsidP="006149A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2B93E2A" w14:textId="1C45AD12" w:rsidR="006149A1" w:rsidRDefault="006149A1" w:rsidP="006149A1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B87C4B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B87C4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B87C4B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02FF23E4" w14:textId="77777777" w:rsidR="006149A1" w:rsidRPr="00F801F2" w:rsidRDefault="006149A1" w:rsidP="006149A1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0337CF3" w14:textId="469E0798" w:rsidR="00BD4241" w:rsidRPr="00A256C2" w:rsidRDefault="006149A1" w:rsidP="006149A1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A256C2">
              <w:rPr>
                <w:lang w:val="fr-FR"/>
              </w:rPr>
              <w:t xml:space="preserve"> </w:t>
            </w: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B87C4B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B87C4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B87C4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B87C4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B87C4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B87C4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B87C4B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B87C4B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B87C4B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B87C4B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B87C4B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B87C4B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B87C4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B87C4B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B87C4B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B87C4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B87C4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B87C4B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B87C4B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B87C4B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B87C4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B87C4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B87C4B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B87C4B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B87C4B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B87C4B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B87C4B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B87C4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B87C4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B87C4B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B87C4B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B87C4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B87C4B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B87C4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B87C4B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B87C4B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B87C4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B87C4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B87C4B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B87C4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B87C4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1B0FF" w14:textId="77777777" w:rsidR="00B87C4B" w:rsidRDefault="00B87C4B">
      <w:r>
        <w:separator/>
      </w:r>
    </w:p>
  </w:endnote>
  <w:endnote w:type="continuationSeparator" w:id="0">
    <w:p w14:paraId="11E1A8FF" w14:textId="77777777" w:rsidR="00B87C4B" w:rsidRDefault="00B8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B87C4B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0CEFE" w14:textId="77777777" w:rsidR="00B87C4B" w:rsidRDefault="00B87C4B">
      <w:r>
        <w:separator/>
      </w:r>
    </w:p>
  </w:footnote>
  <w:footnote w:type="continuationSeparator" w:id="0">
    <w:p w14:paraId="33D333AA" w14:textId="77777777" w:rsidR="00B87C4B" w:rsidRDefault="00B87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149A1"/>
    <w:rsid w:val="006C103E"/>
    <w:rsid w:val="00745F29"/>
    <w:rsid w:val="00850B64"/>
    <w:rsid w:val="00917520"/>
    <w:rsid w:val="009511F8"/>
    <w:rsid w:val="00A256C2"/>
    <w:rsid w:val="00A74E07"/>
    <w:rsid w:val="00AA1D8D"/>
    <w:rsid w:val="00B47730"/>
    <w:rsid w:val="00B87C4B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2026-09-30T19:18:00Z</dcterms:created>
  <dcterms:modified xsi:type="dcterms:W3CDTF">2026-09-30T19:18:00Z</dcterms:modified>
  <cp:category/>
</cp:coreProperties>
</file>