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2D7C16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647868C3" w:rsidR="002D7C16" w:rsidRDefault="002D7C16" w:rsidP="002D7C16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7A57E697" wp14:editId="19362253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03FC43B" w14:textId="77777777" w:rsidR="002D7C16" w:rsidRDefault="002D7C16" w:rsidP="002D7C16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F91E2AA" w14:textId="5957F77B" w:rsidR="002D7C16" w:rsidRDefault="002D7C16" w:rsidP="002D7C16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2D7C16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2D7C16" w:rsidRDefault="002D7C16" w:rsidP="002D7C16"/>
        </w:tc>
        <w:tc>
          <w:tcPr>
            <w:tcW w:w="8030" w:type="dxa"/>
            <w:gridSpan w:val="3"/>
            <w:shd w:val="clear" w:color="auto" w:fill="F0F0F0"/>
          </w:tcPr>
          <w:p w14:paraId="1EBE00D4" w14:textId="77777777" w:rsidR="002D7C16" w:rsidRDefault="002D7C16" w:rsidP="002D7C16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9C7851E" w14:textId="7A328201" w:rsidR="002D7C16" w:rsidRDefault="002D7C16" w:rsidP="002D7C16">
            <w:pPr>
              <w:keepNext/>
            </w:pPr>
            <w:r>
              <w:t>PRIMARUL COMUNEI ROMA</w:t>
            </w:r>
          </w:p>
        </w:tc>
      </w:tr>
      <w:tr w:rsidR="002D7C16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2D7C16" w:rsidRDefault="002D7C16" w:rsidP="002D7C16"/>
        </w:tc>
        <w:tc>
          <w:tcPr>
            <w:tcW w:w="2409" w:type="dxa"/>
            <w:shd w:val="clear" w:color="auto" w:fill="F0F0F0"/>
          </w:tcPr>
          <w:p w14:paraId="7EB25B04" w14:textId="77777777" w:rsidR="002D7C16" w:rsidRPr="00F801F2" w:rsidRDefault="002D7C16" w:rsidP="002D7C16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3F0CFBB4" w14:textId="1B5AB5FF" w:rsidR="002D7C16" w:rsidRPr="00343BBA" w:rsidRDefault="002D7C16" w:rsidP="002D7C16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204AFC3" w14:textId="77777777" w:rsidR="002D7C16" w:rsidRPr="00F801F2" w:rsidRDefault="002D7C16" w:rsidP="002D7C16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118EFA7B" w14:textId="08D78131" w:rsidR="002D7C16" w:rsidRDefault="002D7C16" w:rsidP="002D7C16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3405C3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3405C3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3405C3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3405C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3405C3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6648099" w14:textId="77777777" w:rsidR="002D7C16" w:rsidRPr="00F801F2" w:rsidRDefault="002D7C16" w:rsidP="002D7C16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1C7F07C7" w14:textId="4FF4960D" w:rsidR="00377113" w:rsidRPr="00343BBA" w:rsidRDefault="002D7C16" w:rsidP="002D7C16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343BBA">
              <w:rPr>
                <w:lang w:val="fr-FR"/>
              </w:rPr>
              <w:t xml:space="preserve"> </w:t>
            </w: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3405C3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3405C3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3405C3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3405C3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3405C3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3405C3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3405C3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3405C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3405C3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3405C3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3405C3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3405C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3405C3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3405C3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3405C3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3405C3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3405C3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3405C3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3405C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3405C3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3405C3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3405C3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3405C3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3405C3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3405C3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3405C3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3405C3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gramStart"/>
            <w:r w:rsidRPr="00343BBA">
              <w:rPr>
                <w:sz w:val="16"/>
                <w:lang w:val="fr-FR"/>
              </w:rPr>
              <w:t xml:space="preserve">original)   </w:t>
            </w:r>
            <w:proofErr w:type="gramEnd"/>
            <w:r w:rsidRPr="00343BBA">
              <w:rPr>
                <w:sz w:val="16"/>
                <w:lang w:val="fr-FR"/>
              </w:rPr>
              <w:t xml:space="preserve">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3405C3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3405C3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3405C3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3405C3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61AA2" w14:textId="77777777" w:rsidR="003405C3" w:rsidRDefault="003405C3">
      <w:r>
        <w:separator/>
      </w:r>
    </w:p>
  </w:endnote>
  <w:endnote w:type="continuationSeparator" w:id="0">
    <w:p w14:paraId="3529C02E" w14:textId="77777777" w:rsidR="003405C3" w:rsidRDefault="0034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3405C3">
    <w:pPr>
      <w:pStyle w:val="Subsol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5BCCF" w14:textId="77777777" w:rsidR="003405C3" w:rsidRDefault="003405C3">
      <w:r>
        <w:separator/>
      </w:r>
    </w:p>
  </w:footnote>
  <w:footnote w:type="continuationSeparator" w:id="0">
    <w:p w14:paraId="1238B422" w14:textId="77777777" w:rsidR="003405C3" w:rsidRDefault="0034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12"/>
    <w:rsid w:val="00034616"/>
    <w:rsid w:val="0006063C"/>
    <w:rsid w:val="0015074B"/>
    <w:rsid w:val="00200236"/>
    <w:rsid w:val="0029639D"/>
    <w:rsid w:val="002D7C16"/>
    <w:rsid w:val="00326F90"/>
    <w:rsid w:val="003405C3"/>
    <w:rsid w:val="00343BBA"/>
    <w:rsid w:val="00377113"/>
    <w:rsid w:val="006C103E"/>
    <w:rsid w:val="00A74E07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2026-09-30T19:17:00Z</dcterms:created>
  <dcterms:modified xsi:type="dcterms:W3CDTF">2026-09-30T19:17:00Z</dcterms:modified>
  <cp:category/>
</cp:coreProperties>
</file>