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83C50" w14:paraId="40F2F2D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E23EE9E" w14:textId="7D12956A" w:rsidR="00583C50" w:rsidRDefault="00583C50" w:rsidP="00583C50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4CFB0954" wp14:editId="55A1C53D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1541B55B" w14:textId="77777777" w:rsidR="00583C50" w:rsidRDefault="00583C50" w:rsidP="00583C5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A3651F4" w14:textId="14D7313D" w:rsidR="00583C50" w:rsidRDefault="00583C50" w:rsidP="00583C50">
            <w:pPr>
              <w:keepNext/>
            </w:pPr>
            <w:r>
              <w:t>BOTO</w:t>
            </w:r>
            <w:r>
              <w:rPr>
                <w:lang w:val="ro-RO"/>
              </w:rPr>
              <w:t>ȘANI</w:t>
            </w:r>
          </w:p>
        </w:tc>
      </w:tr>
      <w:tr w:rsidR="00583C50" w14:paraId="037BC8CE" w14:textId="77777777">
        <w:trPr>
          <w:cantSplit/>
          <w:trHeight w:val="510"/>
        </w:trPr>
        <w:tc>
          <w:tcPr>
            <w:tcW w:w="1606" w:type="dxa"/>
            <w:vMerge/>
          </w:tcPr>
          <w:p w14:paraId="435A8C27" w14:textId="77777777" w:rsidR="00583C50" w:rsidRDefault="00583C50" w:rsidP="00583C50"/>
        </w:tc>
        <w:tc>
          <w:tcPr>
            <w:tcW w:w="8030" w:type="dxa"/>
            <w:gridSpan w:val="3"/>
            <w:shd w:val="clear" w:color="auto" w:fill="F0F0F0"/>
          </w:tcPr>
          <w:p w14:paraId="1E88A816" w14:textId="77777777" w:rsidR="00583C50" w:rsidRDefault="00583C50" w:rsidP="00583C5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572E303" w14:textId="7BA50CEF" w:rsidR="00583C50" w:rsidRDefault="00583C50" w:rsidP="00583C50">
            <w:pPr>
              <w:keepNext/>
            </w:pPr>
            <w:r>
              <w:t>PRIMARUL COMUNEI ROMA</w:t>
            </w:r>
          </w:p>
        </w:tc>
      </w:tr>
      <w:tr w:rsidR="00583C50" w14:paraId="78889A14" w14:textId="77777777">
        <w:trPr>
          <w:cantSplit/>
          <w:trHeight w:val="510"/>
        </w:trPr>
        <w:tc>
          <w:tcPr>
            <w:tcW w:w="1606" w:type="dxa"/>
            <w:vMerge/>
          </w:tcPr>
          <w:p w14:paraId="3ED32ABA" w14:textId="77777777" w:rsidR="00583C50" w:rsidRDefault="00583C50" w:rsidP="00583C50"/>
        </w:tc>
        <w:tc>
          <w:tcPr>
            <w:tcW w:w="2409" w:type="dxa"/>
            <w:shd w:val="clear" w:color="auto" w:fill="F0F0F0"/>
          </w:tcPr>
          <w:p w14:paraId="05EE2ED4" w14:textId="77777777" w:rsidR="00583C50" w:rsidRPr="00F801F2" w:rsidRDefault="00583C50" w:rsidP="00583C5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14345C6E" w14:textId="1D873430" w:rsidR="00583C50" w:rsidRPr="005B29C5" w:rsidRDefault="00583C50" w:rsidP="00583C50">
            <w:pPr>
              <w:keepNext/>
              <w:rPr>
                <w:lang w:val="fr-FR"/>
              </w:rPr>
            </w:pPr>
            <w:r w:rsidRPr="006C71E6">
              <w:rPr>
                <w:lang w:val="fr-FR"/>
              </w:rPr>
              <w:t>3372114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6E9DF9D" w14:textId="77777777" w:rsidR="00583C50" w:rsidRPr="00F801F2" w:rsidRDefault="00583C50" w:rsidP="00583C5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45055487" w14:textId="3534837F" w:rsidR="00583C50" w:rsidRDefault="00583C50" w:rsidP="00583C50">
            <w:pPr>
              <w:keepNext/>
            </w:pPr>
            <w:r w:rsidRPr="006C71E6">
              <w:rPr>
                <w:lang w:val="fr-FR"/>
              </w:rPr>
              <w:t>3372114</w:t>
            </w:r>
          </w:p>
        </w:tc>
      </w:tr>
      <w:tr w:rsidR="003C7CA3" w14:paraId="31594787" w14:textId="77777777">
        <w:trPr>
          <w:cantSplit/>
          <w:trHeight w:val="510"/>
        </w:trPr>
        <w:tc>
          <w:tcPr>
            <w:tcW w:w="1606" w:type="dxa"/>
            <w:vMerge/>
          </w:tcPr>
          <w:p w14:paraId="2B8BE5B5" w14:textId="77777777" w:rsidR="003C7CA3" w:rsidRDefault="003C7CA3"/>
        </w:tc>
        <w:tc>
          <w:tcPr>
            <w:tcW w:w="4818" w:type="dxa"/>
            <w:gridSpan w:val="2"/>
            <w:shd w:val="clear" w:color="auto" w:fill="F0F0F0"/>
          </w:tcPr>
          <w:p w14:paraId="30F80EB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7598B00" w14:textId="77777777" w:rsidR="003C7CA3" w:rsidRDefault="003C7CA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13656E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CB04524" w14:textId="77777777" w:rsidR="003C7CA3" w:rsidRDefault="003C7CA3">
            <w:pPr>
              <w:keepNext/>
            </w:pPr>
          </w:p>
        </w:tc>
      </w:tr>
      <w:tr w:rsidR="003C7CA3" w:rsidRPr="00F61A70" w14:paraId="7F34B3C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19D607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color w:val="595959"/>
                <w:lang w:val="fr-FR"/>
              </w:rPr>
              <w:t>se</w:t>
            </w:r>
            <w:proofErr w:type="gram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scrie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în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282B6870" w14:textId="77777777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930FC48" w14:textId="77777777" w:rsidR="00583C50" w:rsidRPr="00F801F2" w:rsidRDefault="00583C50" w:rsidP="00583C5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7F5527AA" w14:textId="4CC1C142" w:rsidR="003C7CA3" w:rsidRPr="005B29C5" w:rsidRDefault="00583C50" w:rsidP="00583C50">
            <w:pPr>
              <w:keepNext/>
              <w:rPr>
                <w:lang w:val="fr-FR"/>
              </w:rPr>
            </w:pPr>
            <w:r w:rsidRPr="002B6186">
              <w:rPr>
                <w:b/>
                <w:bCs/>
                <w:lang w:val="fr-FR"/>
              </w:rPr>
              <w:t>ROMA</w:t>
            </w:r>
            <w:r w:rsidRPr="005B29C5">
              <w:rPr>
                <w:lang w:val="fr-FR"/>
              </w:rPr>
              <w:t xml:space="preserve"> </w:t>
            </w: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3454F7">
            <w:pPr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Cererea</w:t>
            </w:r>
            <w:proofErr w:type="spellEnd"/>
            <w:r w:rsidRPr="005B29C5">
              <w:rPr>
                <w:lang w:val="fr-FR"/>
              </w:rPr>
              <w:t xml:space="preserve"> va fi </w:t>
            </w:r>
            <w:proofErr w:type="spellStart"/>
            <w:r w:rsidRPr="005B29C5">
              <w:rPr>
                <w:lang w:val="fr-FR"/>
              </w:rPr>
              <w:t>transmisă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către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președintele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consiliului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județean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general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sector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sau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primarul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municipiului</w:t>
            </w:r>
            <w:proofErr w:type="spellEnd"/>
            <w:r w:rsidRPr="005B29C5">
              <w:rPr>
                <w:lang w:val="fr-FR"/>
              </w:rPr>
              <w:t xml:space="preserve"> / </w:t>
            </w:r>
            <w:proofErr w:type="spellStart"/>
            <w:r w:rsidRPr="005B29C5">
              <w:rPr>
                <w:lang w:val="fr-FR"/>
              </w:rPr>
              <w:t>orașului</w:t>
            </w:r>
            <w:proofErr w:type="spellEnd"/>
            <w:r w:rsidRPr="005B29C5">
              <w:rPr>
                <w:lang w:val="fr-FR"/>
              </w:rPr>
              <w:t xml:space="preserve"> / </w:t>
            </w:r>
            <w:proofErr w:type="spellStart"/>
            <w:r w:rsidRPr="005B29C5">
              <w:rPr>
                <w:lang w:val="fr-FR"/>
              </w:rPr>
              <w:t>comunei</w:t>
            </w:r>
            <w:proofErr w:type="spellEnd"/>
            <w:r w:rsidRPr="005B29C5">
              <w:rPr>
                <w:lang w:val="fr-FR"/>
              </w:rPr>
              <w:t xml:space="preserve">, </w:t>
            </w:r>
            <w:proofErr w:type="spellStart"/>
            <w:r w:rsidRPr="005B29C5">
              <w:rPr>
                <w:lang w:val="fr-FR"/>
              </w:rPr>
              <w:t>după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caz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3454F7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proprietate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real </w:t>
            </w:r>
            <w:proofErr w:type="spellStart"/>
            <w:r>
              <w:rPr>
                <w:sz w:val="16"/>
              </w:rPr>
              <w:t>corespunzător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proprietății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dreptului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creanță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art. 248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</w:t>
            </w:r>
            <w:r w:rsidR="00C32AB5">
              <w:rPr>
                <w:sz w:val="16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proofErr w:type="spellStart"/>
            <w:r>
              <w:rPr>
                <w:b/>
                <w:color w:val="0D5F78"/>
              </w:rPr>
              <w:t>emis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solicit </w:t>
      </w:r>
      <w:proofErr w:type="spellStart"/>
      <w:r>
        <w:rPr>
          <w:sz w:val="18"/>
        </w:rPr>
        <w:t>emiterea</w:t>
      </w:r>
      <w:proofErr w:type="spellEnd"/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proofErr w:type="spellStart"/>
      <w:r>
        <w:rPr>
          <w:b/>
          <w:sz w:val="20"/>
        </w:rPr>
        <w:t>Autorizației</w:t>
      </w:r>
      <w:proofErr w:type="spellEnd"/>
      <w:r>
        <w:rPr>
          <w:b/>
          <w:sz w:val="20"/>
        </w:rPr>
        <w:t xml:space="preserve"> de ☐ </w:t>
      </w:r>
      <w:proofErr w:type="spellStart"/>
      <w:r>
        <w:rPr>
          <w:b/>
          <w:sz w:val="20"/>
        </w:rPr>
        <w:t>construire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desființare</w:t>
      </w:r>
      <w:proofErr w:type="spellEnd"/>
      <w:r>
        <w:rPr>
          <w:b/>
          <w:sz w:val="20"/>
        </w:rPr>
        <w:t xml:space="preserve">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☐ </w:t>
      </w:r>
      <w:proofErr w:type="spellStart"/>
      <w:r>
        <w:rPr>
          <w:b/>
          <w:sz w:val="20"/>
        </w:rPr>
        <w:t>clădiri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și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amenjări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lucrări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inginerești</w:t>
      </w:r>
      <w:proofErr w:type="spellEnd"/>
      <w:r>
        <w:rPr>
          <w:b/>
          <w:sz w:val="20"/>
        </w:rPr>
        <w:t xml:space="preserve"> / ☐ </w:t>
      </w:r>
      <w:proofErr w:type="spellStart"/>
      <w:r>
        <w:rPr>
          <w:b/>
          <w:sz w:val="20"/>
        </w:rPr>
        <w:t>construcții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speciale</w:t>
      </w:r>
      <w:proofErr w:type="spellEnd"/>
    </w:p>
    <w:p w14:paraId="76839621" w14:textId="77777777" w:rsidR="00C32AB5" w:rsidRDefault="00C32AB5" w:rsidP="00C32AB5">
      <w:pPr>
        <w:spacing w:after="160"/>
        <w:jc w:val="center"/>
      </w:pPr>
      <w:r>
        <w:rPr>
          <w:sz w:val="20"/>
        </w:rPr>
        <w:t xml:space="preserve">precum </w:t>
      </w:r>
      <w:proofErr w:type="spellStart"/>
      <w:r>
        <w:rPr>
          <w:sz w:val="20"/>
        </w:rPr>
        <w:t>și</w:t>
      </w:r>
      <w:proofErr w:type="spellEnd"/>
      <w:r>
        <w:rPr>
          <w:sz w:val="20"/>
        </w:rPr>
        <w:t xml:space="preserve"> a </w:t>
      </w:r>
      <w:r>
        <w:rPr>
          <w:b/>
          <w:sz w:val="20"/>
        </w:rPr>
        <w:t xml:space="preserve">☐ </w:t>
      </w:r>
      <w:proofErr w:type="spellStart"/>
      <w:r>
        <w:rPr>
          <w:b/>
          <w:sz w:val="20"/>
        </w:rPr>
        <w:t>Autorizației</w:t>
      </w:r>
      <w:proofErr w:type="spellEnd"/>
      <w:r>
        <w:rPr>
          <w:b/>
          <w:sz w:val="20"/>
        </w:rPr>
        <w:t xml:space="preserve"> de </w:t>
      </w:r>
      <w:proofErr w:type="spellStart"/>
      <w:r>
        <w:rPr>
          <w:b/>
          <w:sz w:val="20"/>
        </w:rPr>
        <w:t>amenajare</w:t>
      </w:r>
      <w:proofErr w:type="spellEnd"/>
      <w:r>
        <w:rPr>
          <w:b/>
          <w:sz w:val="20"/>
        </w:rPr>
        <w:t xml:space="preserve">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organizării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execuției</w:t>
      </w:r>
      <w:proofErr w:type="spellEnd"/>
      <w:r>
        <w:rPr>
          <w:b/>
          <w:sz w:val="20"/>
        </w:rPr>
        <w:br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OBIECTULUI  DE</w:t>
            </w:r>
            <w:proofErr w:type="gramEnd"/>
            <w:r w:rsidRPr="005B29C5">
              <w:rPr>
                <w:b/>
                <w:color w:val="000000"/>
                <w:sz w:val="18"/>
                <w:lang w:val="fr-FR"/>
              </w:rPr>
              <w:t xml:space="preserve">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</w:t>
            </w:r>
            <w:proofErr w:type="spellStart"/>
            <w:r w:rsidR="001531A5">
              <w:t>puțin</w:t>
            </w:r>
            <w:proofErr w:type="spellEnd"/>
            <w:r w:rsidR="001531A5">
              <w:t xml:space="preserve"> </w:t>
            </w:r>
            <w:proofErr w:type="spellStart"/>
            <w:r>
              <w:t>funcțiunea</w:t>
            </w:r>
            <w:proofErr w:type="spellEnd"/>
            <w:r>
              <w:t xml:space="preserve"> </w:t>
            </w:r>
            <w:proofErr w:type="spellStart"/>
            <w:r>
              <w:t>principală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secundare</w:t>
            </w:r>
            <w:proofErr w:type="spellEnd"/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proofErr w:type="spellStart"/>
            <w:r w:rsidRPr="005B29C5">
              <w:rPr>
                <w:lang w:val="fr-FR"/>
              </w:rPr>
              <w:t>Pentru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fiecare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completează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obligatoriu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câte</w:t>
            </w:r>
            <w:proofErr w:type="spellEnd"/>
            <w:r w:rsidRPr="005B29C5">
              <w:rPr>
                <w:lang w:val="fr-FR"/>
              </w:rPr>
              <w:t xml:space="preserve"> o </w:t>
            </w:r>
            <w:proofErr w:type="spellStart"/>
            <w:r w:rsidRPr="005B29C5">
              <w:rPr>
                <w:lang w:val="fr-FR"/>
              </w:rPr>
              <w:t>anexă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lang w:val="fr-FR"/>
              </w:rPr>
              <w:t>tehnică</w:t>
            </w:r>
            <w:proofErr w:type="spellEnd"/>
            <w:r w:rsidRPr="005B29C5">
              <w:rPr>
                <w:lang w:val="fr-FR"/>
              </w:rPr>
              <w:t>;</w:t>
            </w:r>
            <w:proofErr w:type="gram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celelalte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 xml:space="preserve"> se </w:t>
            </w:r>
            <w:proofErr w:type="spellStart"/>
            <w:r w:rsidRPr="005B29C5">
              <w:rPr>
                <w:lang w:val="fr-FR"/>
              </w:rPr>
              <w:t>înscriu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în</w:t>
            </w:r>
            <w:proofErr w:type="spellEnd"/>
            <w:r w:rsidRPr="005B29C5">
              <w:rPr>
                <w:lang w:val="fr-FR"/>
              </w:rPr>
              <w:t xml:space="preserve"> </w:t>
            </w:r>
            <w:proofErr w:type="spellStart"/>
            <w:r w:rsidRPr="005B29C5">
              <w:rPr>
                <w:lang w:val="fr-FR"/>
              </w:rPr>
              <w:t>anexa</w:t>
            </w:r>
            <w:proofErr w:type="spellEnd"/>
            <w:r w:rsidRPr="005B29C5">
              <w:rPr>
                <w:lang w:val="fr-FR"/>
              </w:rPr>
              <w:t xml:space="preserve"> de </w:t>
            </w:r>
            <w:proofErr w:type="spellStart"/>
            <w:r w:rsidRPr="005B29C5">
              <w:rPr>
                <w:lang w:val="fr-FR"/>
              </w:rPr>
              <w:t>imobile</w:t>
            </w:r>
            <w:proofErr w:type="spellEnd"/>
            <w:r w:rsidRPr="005B29C5">
              <w:rPr>
                <w:lang w:val="fr-FR"/>
              </w:rPr>
              <w:t>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1204C28A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256FC4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E1897F6" w14:textId="77777777" w:rsidR="003C7CA3" w:rsidRDefault="003C7CA3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="005B29C5">
              <w:rPr>
                <w:sz w:val="16"/>
                <w:lang w:val="fr-FR"/>
              </w:rPr>
              <w:t>Proiect</w:t>
            </w:r>
            <w:proofErr w:type="spellEnd"/>
            <w:r w:rsidR="005B29C5">
              <w:rPr>
                <w:sz w:val="16"/>
                <w:lang w:val="fr-FR"/>
              </w:rPr>
              <w:t xml:space="preserve"> </w:t>
            </w:r>
            <w:proofErr w:type="spellStart"/>
            <w:r w:rsidR="005B29C5">
              <w:rPr>
                <w:sz w:val="16"/>
                <w:lang w:val="fr-FR"/>
              </w:rPr>
              <w:t>pentru</w:t>
            </w:r>
            <w:proofErr w:type="spellEnd"/>
            <w:r w:rsid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conductor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 CC 1 / NVP 1   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luni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a) extras de plan cadastral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extras de carte </w:t>
            </w:r>
            <w:proofErr w:type="spellStart"/>
            <w:r w:rsidRPr="005B29C5">
              <w:rPr>
                <w:sz w:val="16"/>
                <w:lang w:val="fr-FR"/>
              </w:rPr>
              <w:t>funciară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="002B61AC">
              <w:rPr>
                <w:sz w:val="16"/>
                <w:lang w:val="fr-FR"/>
              </w:rPr>
              <w:t xml:space="preserve">, nu mai </w:t>
            </w:r>
            <w:proofErr w:type="spellStart"/>
            <w:r w:rsidR="002B61AC">
              <w:rPr>
                <w:sz w:val="16"/>
                <w:lang w:val="fr-FR"/>
              </w:rPr>
              <w:t>vechi</w:t>
            </w:r>
            <w:proofErr w:type="spellEnd"/>
            <w:r w:rsidR="002B61AC">
              <w:rPr>
                <w:sz w:val="16"/>
                <w:lang w:val="fr-FR"/>
              </w:rPr>
              <w:t xml:space="preserve"> de 30 de </w:t>
            </w:r>
            <w:proofErr w:type="spellStart"/>
            <w:r w:rsidR="002B61AC">
              <w:rPr>
                <w:sz w:val="16"/>
                <w:lang w:val="fr-FR"/>
              </w:rPr>
              <w:t>zile</w:t>
            </w:r>
            <w:proofErr w:type="spellEnd"/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b) </w:t>
            </w:r>
            <w:proofErr w:type="spellStart"/>
            <w:r w:rsidRPr="005B29C5">
              <w:rPr>
                <w:sz w:val="16"/>
                <w:lang w:val="fr-FR"/>
              </w:rPr>
              <w:t>actele</w:t>
            </w:r>
            <w:proofErr w:type="spellEnd"/>
            <w:r w:rsidRPr="005B29C5">
              <w:rPr>
                <w:sz w:val="16"/>
                <w:lang w:val="fr-FR"/>
              </w:rPr>
              <w:t xml:space="preserve"> care </w:t>
            </w:r>
            <w:proofErr w:type="spellStart"/>
            <w:r w:rsidRPr="005B29C5">
              <w:rPr>
                <w:sz w:val="16"/>
                <w:lang w:val="fr-FR"/>
              </w:rPr>
              <w:t>atestă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dreptul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baza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căruia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titularul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solicita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(copie </w:t>
            </w:r>
            <w:proofErr w:type="spellStart"/>
            <w:r w:rsidRPr="005B29C5">
              <w:rPr>
                <w:sz w:val="16"/>
                <w:lang w:val="fr-FR"/>
              </w:rPr>
              <w:t>conform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originalul</w:t>
            </w:r>
            <w:proofErr w:type="spellEnd"/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organizării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după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</w:t>
            </w:r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sau</w:t>
            </w:r>
            <w:proofErr w:type="spellEnd"/>
            <w:r w:rsidR="001531A5">
              <w:rPr>
                <w:sz w:val="16"/>
                <w:lang w:val="fr-FR"/>
              </w:rPr>
              <w:t xml:space="preserve"> 1 </w:t>
            </w:r>
            <w:proofErr w:type="spellStart"/>
            <w:r w:rsidR="001531A5">
              <w:rPr>
                <w:sz w:val="16"/>
                <w:lang w:val="fr-FR"/>
              </w:rPr>
              <w:t>exemplar</w:t>
            </w:r>
            <w:proofErr w:type="spellEnd"/>
            <w:r w:rsidR="001531A5">
              <w:rPr>
                <w:sz w:val="16"/>
                <w:lang w:val="fr-FR"/>
              </w:rPr>
              <w:t xml:space="preserve"> original,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</w:t>
            </w:r>
            <w:proofErr w:type="spellStart"/>
            <w:r w:rsidR="001531A5">
              <w:rPr>
                <w:sz w:val="16"/>
                <w:lang w:val="fr-FR"/>
              </w:rPr>
              <w:t>letric</w:t>
            </w:r>
            <w:proofErr w:type="spellEnd"/>
            <w:r w:rsidR="001531A5">
              <w:rPr>
                <w:sz w:val="16"/>
                <w:lang w:val="fr-FR"/>
              </w:rPr>
              <w:t xml:space="preserve">, </w:t>
            </w:r>
            <w:proofErr w:type="spellStart"/>
            <w:r w:rsidR="001531A5">
              <w:rPr>
                <w:sz w:val="16"/>
                <w:lang w:val="fr-FR"/>
              </w:rPr>
              <w:t>acolo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unde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autoritatea</w:t>
            </w:r>
            <w:proofErr w:type="spellEnd"/>
            <w:r w:rsidR="001531A5">
              <w:rPr>
                <w:sz w:val="16"/>
                <w:lang w:val="fr-FR"/>
              </w:rPr>
              <w:t xml:space="preserve"> are </w:t>
            </w:r>
            <w:proofErr w:type="spellStart"/>
            <w:r w:rsidR="001531A5">
              <w:rPr>
                <w:sz w:val="16"/>
                <w:lang w:val="fr-FR"/>
              </w:rPr>
              <w:t>posibilitatea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arhiva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d) </w:t>
            </w:r>
            <w:proofErr w:type="spellStart"/>
            <w:r w:rsidRPr="005B29C5">
              <w:rPr>
                <w:sz w:val="16"/>
                <w:lang w:val="fr-FR"/>
              </w:rPr>
              <w:t>referatele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verificare</w:t>
            </w:r>
            <w:proofErr w:type="spellEnd"/>
            <w:r w:rsidRPr="005B29C5">
              <w:rPr>
                <w:sz w:val="16"/>
                <w:lang w:val="fr-FR"/>
              </w:rPr>
              <w:t xml:space="preserve"> ale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corespunzător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clasei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consecințe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(</w:t>
            </w:r>
            <w:proofErr w:type="spellStart"/>
            <w:r w:rsidRPr="005B29C5">
              <w:rPr>
                <w:sz w:val="16"/>
                <w:lang w:val="fr-FR"/>
              </w:rPr>
              <w:t>câte</w:t>
            </w:r>
            <w:proofErr w:type="spellEnd"/>
            <w:r w:rsidRPr="005B29C5">
              <w:rPr>
                <w:sz w:val="16"/>
                <w:lang w:val="fr-FR"/>
              </w:rPr>
              <w:t xml:space="preserve"> 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☐ e) </w:t>
            </w:r>
            <w:proofErr w:type="spellStart"/>
            <w:r w:rsidRPr="005B29C5">
              <w:rPr>
                <w:sz w:val="16"/>
                <w:lang w:val="fr-FR"/>
              </w:rPr>
              <w:t>avizele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certificatul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nr. ……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……………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câte</w:t>
            </w:r>
            <w:proofErr w:type="spellEnd"/>
            <w:r>
              <w:rPr>
                <w:sz w:val="16"/>
              </w:rPr>
              <w:t xml:space="preserve"> 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i/>
                <w:color w:val="7A7A7A"/>
              </w:rPr>
              <w:t>avizele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acordurile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anexate</w:t>
            </w:r>
            <w:proofErr w:type="spellEnd"/>
            <w:r>
              <w:rPr>
                <w:i/>
                <w:color w:val="7A7A7A"/>
              </w:rPr>
              <w:t xml:space="preserve"> — </w:t>
            </w:r>
            <w:proofErr w:type="spellStart"/>
            <w:r>
              <w:rPr>
                <w:i/>
                <w:color w:val="7A7A7A"/>
              </w:rPr>
              <w:t>enumerare</w:t>
            </w:r>
            <w:proofErr w:type="spellEnd"/>
            <w:r>
              <w:rPr>
                <w:i/>
                <w:color w:val="7A7A7A"/>
              </w:rPr>
              <w:t xml:space="preserve">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punctul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vedere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autorității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competente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protecția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mediului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solicitată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evaluarea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dacă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(1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g) </w:t>
            </w:r>
            <w:proofErr w:type="spellStart"/>
            <w:r>
              <w:rPr>
                <w:sz w:val="16"/>
              </w:rPr>
              <w:t>declarația</w:t>
            </w:r>
            <w:proofErr w:type="spellEnd"/>
            <w:r>
              <w:rPr>
                <w:sz w:val="16"/>
              </w:rPr>
              <w:t xml:space="preserve"> pe propria </w:t>
            </w:r>
            <w:proofErr w:type="spellStart"/>
            <w:r>
              <w:rPr>
                <w:sz w:val="16"/>
              </w:rPr>
              <w:t>răspundere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anumite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avize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acorduri</w:t>
            </w:r>
            <w:proofErr w:type="spellEnd"/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invocă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tacită</w:t>
            </w:r>
            <w:proofErr w:type="spellEnd"/>
            <w:r>
              <w:rPr>
                <w:sz w:val="16"/>
              </w:rPr>
              <w:t xml:space="preserve">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h)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vecinilor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i)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preliminară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influența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vecinătăților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j) </w:t>
            </w:r>
            <w:proofErr w:type="spellStart"/>
            <w:r w:rsidRPr="005B29C5">
              <w:rPr>
                <w:sz w:val="16"/>
                <w:lang w:val="fr-FR"/>
              </w:rPr>
              <w:t>rapoartele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securitate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incendiu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precum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celelalte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k)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minime de </w:t>
            </w:r>
            <w:proofErr w:type="spellStart"/>
            <w:r w:rsidRPr="005B29C5">
              <w:rPr>
                <w:sz w:val="16"/>
                <w:lang w:val="fr-FR"/>
              </w:rPr>
              <w:t>conformare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unei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consum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aproape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egal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zero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creșterii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performanței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m)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autorizația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administratorului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drumului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executate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public la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tehnico-edilitară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căile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acces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n) </w:t>
            </w:r>
            <w:proofErr w:type="spellStart"/>
            <w:r w:rsidRPr="005B29C5">
              <w:rPr>
                <w:sz w:val="16"/>
                <w:lang w:val="fr-FR"/>
              </w:rPr>
              <w:t>dovada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evidență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către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Ordinul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Arhitecților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România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o) </w:t>
            </w:r>
            <w:proofErr w:type="spellStart"/>
            <w:r w:rsidRPr="005B29C5">
              <w:rPr>
                <w:sz w:val="16"/>
                <w:lang w:val="fr-FR"/>
              </w:rPr>
              <w:t>devizul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general</w:t>
            </w:r>
            <w:proofErr w:type="spellEnd"/>
            <w:r w:rsidRPr="005B29C5">
              <w:rPr>
                <w:sz w:val="16"/>
                <w:lang w:val="fr-FR"/>
              </w:rPr>
              <w:t xml:space="preserve"> al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investiții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p) </w:t>
            </w:r>
            <w:proofErr w:type="spellStart"/>
            <w:r w:rsidRPr="005B29C5">
              <w:rPr>
                <w:sz w:val="16"/>
                <w:lang w:val="fr-FR"/>
              </w:rPr>
              <w:t>documentele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plată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taxelor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legale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autorizării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q) </w:t>
            </w:r>
            <w:proofErr w:type="spellStart"/>
            <w:r w:rsidRPr="005B29C5">
              <w:rPr>
                <w:sz w:val="16"/>
                <w:lang w:val="fr-FR"/>
              </w:rPr>
              <w:t>anexa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cererea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5B29C5">
              <w:rPr>
                <w:sz w:val="16"/>
                <w:lang w:val="fr-FR"/>
              </w:rPr>
              <w:t>desființare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completată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elementele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necesare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descrierii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lucrărilor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proofErr w:type="spellStart"/>
            <w:r w:rsidRPr="005B29C5">
              <w:rPr>
                <w:i/>
                <w:sz w:val="17"/>
                <w:lang w:val="fr-FR"/>
              </w:rPr>
              <w:t>Declar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5B29C5">
              <w:rPr>
                <w:i/>
                <w:sz w:val="17"/>
                <w:lang w:val="fr-FR"/>
              </w:rPr>
              <w:t>răspundere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sub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sancțiunea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Codului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penal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privind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infracțiunea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fals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declarații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că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datele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menționate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prezenta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cerere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sunt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reale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angajez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executarea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lucrărilor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5B29C5">
              <w:rPr>
                <w:i/>
                <w:sz w:val="17"/>
                <w:lang w:val="fr-FR"/>
              </w:rPr>
              <w:t>să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5B29C5">
              <w:rPr>
                <w:i/>
                <w:sz w:val="17"/>
                <w:lang w:val="fr-FR"/>
              </w:rPr>
              <w:t>realizeze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cu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respectarea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autorizației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construire, a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aferent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vizat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spre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neschimbare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numai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baza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tehnic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execuție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astfel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5B29C5">
              <w:rPr>
                <w:i/>
                <w:sz w:val="17"/>
                <w:lang w:val="fr-FR"/>
              </w:rPr>
              <w:t>prevede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art. 246 </w:t>
            </w:r>
            <w:proofErr w:type="spellStart"/>
            <w:r w:rsidRPr="005B29C5">
              <w:rPr>
                <w:i/>
                <w:sz w:val="17"/>
                <w:lang w:val="fr-FR"/>
              </w:rPr>
              <w:t>alin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(3) din 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3454F7">
      <w:r>
        <w:br w:type="page"/>
      </w:r>
    </w:p>
    <w:p w14:paraId="5D9395E8" w14:textId="77777777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01EAD5FA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291F927E" w14:textId="224C0CCF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completează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numai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atunci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când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r w:rsidR="00F61A70">
        <w:rPr>
          <w:sz w:val="19"/>
          <w:lang w:val="fr-FR"/>
        </w:rPr>
        <w:t xml:space="preserve">se </w:t>
      </w:r>
      <w:proofErr w:type="spellStart"/>
      <w:r w:rsidR="00F61A70">
        <w:rPr>
          <w:sz w:val="19"/>
          <w:lang w:val="fr-FR"/>
        </w:rPr>
        <w:t>referă</w:t>
      </w:r>
      <w:proofErr w:type="spellEnd"/>
      <w:r w:rsidR="00F61A70">
        <w:rPr>
          <w:sz w:val="19"/>
          <w:lang w:val="fr-FR"/>
        </w:rPr>
        <w:t xml:space="preserve"> la</w:t>
      </w:r>
      <w:r w:rsidRPr="005B29C5">
        <w:rPr>
          <w:sz w:val="19"/>
          <w:lang w:val="fr-FR"/>
        </w:rPr>
        <w:t xml:space="preserve"> mai </w:t>
      </w:r>
      <w:proofErr w:type="spellStart"/>
      <w:r w:rsidRPr="005B29C5">
        <w:rPr>
          <w:sz w:val="19"/>
          <w:lang w:val="fr-FR"/>
        </w:rPr>
        <w:t>multe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imobile</w:t>
      </w:r>
      <w:proofErr w:type="spellEnd"/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40062389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68E1B3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03A96BF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15A078D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0092F673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210552F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60F59FB1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9FC261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68697DD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320C967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Tip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DB8AD74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10E317E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întocmește</w:t>
      </w:r>
      <w:proofErr w:type="spellEnd"/>
      <w:r w:rsidRPr="005B29C5">
        <w:rPr>
          <w:sz w:val="19"/>
          <w:lang w:val="fr-FR"/>
        </w:rPr>
        <w:t xml:space="preserve"> de </w:t>
      </w:r>
      <w:proofErr w:type="spellStart"/>
      <w:r w:rsidRPr="005B29C5">
        <w:rPr>
          <w:sz w:val="19"/>
          <w:lang w:val="fr-FR"/>
        </w:rPr>
        <w:t>proiectantul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documentației</w:t>
      </w:r>
      <w:proofErr w:type="spellEnd"/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f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bifeaza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toate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cele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aplicabile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>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noi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instalațiile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aferente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acestora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civile </w:t>
            </w:r>
            <w:r w:rsidRPr="005B29C5">
              <w:rPr>
                <w:sz w:val="16"/>
                <w:lang w:val="fr-FR"/>
              </w:rPr>
              <w:t xml:space="preserve">—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locuințe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individuale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semicolective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colective</w:t>
            </w:r>
            <w:proofErr w:type="spellEnd"/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sănătate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socială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învățământ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cultură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turism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culte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administrație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finanțe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comerț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sport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recreere</w:t>
            </w:r>
            <w:proofErr w:type="spellEnd"/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A.2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producție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depozitare</w:t>
            </w:r>
            <w:proofErr w:type="spellEnd"/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pentru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producție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pentru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depozitare</w:t>
            </w:r>
            <w:proofErr w:type="spellEnd"/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A.4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reparații</w:t>
            </w:r>
            <w:proofErr w:type="spellEnd"/>
            <w:r w:rsidRPr="005B29C5">
              <w:rPr>
                <w:sz w:val="16"/>
                <w:lang w:val="fr-FR"/>
              </w:rPr>
              <w:t xml:space="preserve">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extindere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amprentei</w:t>
            </w:r>
            <w:proofErr w:type="spellEnd"/>
            <w:r w:rsidRPr="005B29C5">
              <w:rPr>
                <w:sz w:val="16"/>
                <w:lang w:val="fr-FR"/>
              </w:rPr>
              <w:t xml:space="preserve"> la sol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>i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volumului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supraetajare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schimbare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consolidare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modernizare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reabilitare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>mutare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>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restaurare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mansardare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  <w:proofErr w:type="spellEnd"/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☐ B.1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la B.2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 xml:space="preserve">☐ B.2 · </w:t>
            </w:r>
            <w:proofErr w:type="spellStart"/>
            <w:r w:rsidRPr="00F61A70">
              <w:rPr>
                <w:b/>
                <w:bCs/>
                <w:sz w:val="16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</w:rPr>
              <w:t xml:space="preserve">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(Legea nr. 422/2001),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din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</w:p>
          <w:p w14:paraId="6548132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</w:p>
          <w:p w14:paraId="1914C10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4C3ED46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valoare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arhitecturală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deosebită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documentații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☐ B.3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>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nu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="00F61A70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în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categoriile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de la B.2</w:t>
            </w:r>
          </w:p>
          <w:p w14:paraId="5C7CAF3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categoriile</w:t>
            </w:r>
            <w:proofErr w:type="spellEnd"/>
            <w:r w:rsidRPr="005B29C5">
              <w:rPr>
                <w:sz w:val="16"/>
                <w:lang w:val="fr-FR"/>
              </w:rPr>
              <w:t xml:space="preserve">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 xml:space="preserve">C · </w:t>
            </w:r>
            <w:proofErr w:type="spellStart"/>
            <w:r w:rsidRPr="00F61A70">
              <w:rPr>
                <w:b/>
                <w:bCs/>
                <w:sz w:val="16"/>
              </w:rPr>
              <w:t>Amenajări</w:t>
            </w:r>
            <w:proofErr w:type="spellEnd"/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C.1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</w:t>
            </w:r>
          </w:p>
          <w:p w14:paraId="0894A1E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C.2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</w:p>
          <w:p w14:paraId="4914B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C.3 ·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</w:p>
          <w:p w14:paraId="3B5D31B2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C.4 ·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studii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geologice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geotehnice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geofizice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hidrologice</w:t>
            </w:r>
            <w:proofErr w:type="spellEnd"/>
          </w:p>
          <w:p w14:paraId="014841A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C.5 ·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</w:p>
          <w:p w14:paraId="4C0C2C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C.6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verzi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plantate</w:t>
            </w:r>
            <w:proofErr w:type="spellEnd"/>
          </w:p>
          <w:p w14:paraId="0A0CE83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C.7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</w:p>
          <w:p w14:paraId="2C34205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C.8 · </w:t>
            </w:r>
            <w:proofErr w:type="spellStart"/>
            <w:r w:rsidRPr="005B29C5">
              <w:rPr>
                <w:sz w:val="16"/>
                <w:lang w:val="fr-FR"/>
              </w:rPr>
              <w:t>organizare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inginerești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astfel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D.1 ·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de transport, </w:t>
            </w:r>
            <w:proofErr w:type="spellStart"/>
            <w:r w:rsidRPr="005B29C5">
              <w:rPr>
                <w:sz w:val="16"/>
                <w:lang w:val="fr-FR"/>
              </w:rPr>
              <w:t>alta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decât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cea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interes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național</w:t>
            </w:r>
            <w:proofErr w:type="spellEnd"/>
          </w:p>
          <w:p w14:paraId="0895795C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D.2 · </w:t>
            </w:r>
            <w:proofErr w:type="spellStart"/>
            <w:r w:rsidRPr="005B29C5">
              <w:rPr>
                <w:sz w:val="16"/>
                <w:lang w:val="fr-FR"/>
              </w:rPr>
              <w:t>infrastructură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energiei</w:t>
            </w:r>
            <w:proofErr w:type="spellEnd"/>
          </w:p>
          <w:p w14:paraId="695D712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D.3 · </w:t>
            </w:r>
            <w:proofErr w:type="spellStart"/>
            <w:r w:rsidRPr="005B29C5">
              <w:rPr>
                <w:sz w:val="16"/>
                <w:lang w:val="fr-FR"/>
              </w:rPr>
              <w:t>rețele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comunicații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electronice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infrastructurile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fizice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aferente</w:t>
            </w:r>
            <w:proofErr w:type="spellEnd"/>
          </w:p>
          <w:p w14:paraId="40CA978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D.4 · </w:t>
            </w:r>
            <w:proofErr w:type="spellStart"/>
            <w:r w:rsidRPr="005B29C5">
              <w:rPr>
                <w:sz w:val="16"/>
                <w:lang w:val="fr-FR"/>
              </w:rPr>
              <w:t>gospodărirea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apelor</w:t>
            </w:r>
            <w:proofErr w:type="spellEnd"/>
          </w:p>
          <w:p w14:paraId="3723A58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D.5 · </w:t>
            </w:r>
            <w:proofErr w:type="spellStart"/>
            <w:r w:rsidRPr="005B29C5">
              <w:rPr>
                <w:sz w:val="16"/>
                <w:lang w:val="fr-FR"/>
              </w:rPr>
              <w:t>hidrotehnice</w:t>
            </w:r>
            <w:proofErr w:type="spellEnd"/>
          </w:p>
          <w:p w14:paraId="6D930310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D.6 · </w:t>
            </w:r>
            <w:proofErr w:type="spellStart"/>
            <w:r w:rsidRPr="005B29C5">
              <w:rPr>
                <w:sz w:val="16"/>
                <w:lang w:val="fr-FR"/>
              </w:rPr>
              <w:t>miniere</w:t>
            </w:r>
            <w:proofErr w:type="spellEnd"/>
          </w:p>
          <w:p w14:paraId="3BE96BC8" w14:textId="77777777" w:rsidR="003C7CA3" w:rsidRDefault="003454F7">
            <w:r>
              <w:rPr>
                <w:sz w:val="16"/>
              </w:rPr>
              <w:t xml:space="preserve">☐ D.7 · </w:t>
            </w:r>
            <w:proofErr w:type="spellStart"/>
            <w:r>
              <w:rPr>
                <w:sz w:val="16"/>
              </w:rPr>
              <w:t>alte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obiective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proofErr w:type="spellStart"/>
      <w:r w:rsidRPr="00913191">
        <w:rPr>
          <w:sz w:val="20"/>
          <w:szCs w:val="20"/>
          <w:u w:val="single"/>
          <w:lang w:val="fr-FR"/>
        </w:rPr>
        <w:t>Punctele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2-9 se </w:t>
      </w:r>
      <w:proofErr w:type="spellStart"/>
      <w:r w:rsidRPr="00913191">
        <w:rPr>
          <w:sz w:val="20"/>
          <w:szCs w:val="20"/>
          <w:u w:val="single"/>
          <w:lang w:val="fr-FR"/>
        </w:rPr>
        <w:t>completeaza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în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cazul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cladirilor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și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al </w:t>
      </w:r>
      <w:proofErr w:type="spellStart"/>
      <w:r w:rsidRPr="00913191">
        <w:rPr>
          <w:sz w:val="20"/>
          <w:szCs w:val="20"/>
          <w:u w:val="single"/>
          <w:lang w:val="fr-FR"/>
        </w:rPr>
        <w:t>intervențiilor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asupra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clădirilor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existente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, </w:t>
      </w:r>
      <w:proofErr w:type="spellStart"/>
      <w:proofErr w:type="gramStart"/>
      <w:r w:rsidRPr="00913191">
        <w:rPr>
          <w:sz w:val="20"/>
          <w:szCs w:val="20"/>
          <w:u w:val="single"/>
          <w:lang w:val="fr-FR"/>
        </w:rPr>
        <w:t>iar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r w:rsidR="00F61A70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în</w:t>
      </w:r>
      <w:proofErr w:type="spellEnd"/>
      <w:proofErr w:type="gram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cazul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amenjărilor</w:t>
      </w:r>
      <w:proofErr w:type="spellEnd"/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</w:t>
      </w:r>
      <w:proofErr w:type="spellStart"/>
      <w:r w:rsidRPr="00913191">
        <w:rPr>
          <w:sz w:val="20"/>
          <w:szCs w:val="20"/>
          <w:u w:val="single"/>
          <w:lang w:val="fr-FR"/>
        </w:rPr>
        <w:t>lucrărilor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inginerești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, </w:t>
      </w:r>
      <w:proofErr w:type="spellStart"/>
      <w:r w:rsidRPr="00913191">
        <w:rPr>
          <w:sz w:val="20"/>
          <w:szCs w:val="20"/>
          <w:u w:val="single"/>
          <w:lang w:val="fr-FR"/>
        </w:rPr>
        <w:t>doar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dacă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acestea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cuprind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și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clădiri</w:t>
      </w:r>
      <w:proofErr w:type="spellEnd"/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Terenul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775AFB5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nu este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Acces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carosabil</w:t>
            </w:r>
            <w:proofErr w:type="spellEnd"/>
            <w:r>
              <w:rPr>
                <w:b/>
                <w:color w:val="0D5F78"/>
              </w:rPr>
              <w:t xml:space="preserve"> din </w:t>
            </w: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direct     ☐ prin </w:t>
            </w:r>
            <w:proofErr w:type="spellStart"/>
            <w:r w:rsidRPr="005B29C5">
              <w:rPr>
                <w:sz w:val="16"/>
                <w:lang w:val="fr-FR"/>
              </w:rPr>
              <w:t>drum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</w:t>
            </w:r>
            <w:r w:rsidR="0007047E">
              <w:rPr>
                <w:sz w:val="16"/>
                <w:lang w:val="fr-FR"/>
              </w:rPr>
              <w:t>rivat</w:t>
            </w:r>
            <w:proofErr w:type="spellEnd"/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color w:val="0D5F78"/>
              </w:rPr>
              <w:t>Servituți</w:t>
            </w:r>
            <w:proofErr w:type="spellEnd"/>
            <w:r>
              <w:rPr>
                <w:color w:val="0D5F78"/>
              </w:rPr>
              <w:t xml:space="preserve">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proofErr w:type="spellStart"/>
            <w:r>
              <w:rPr>
                <w:sz w:val="16"/>
              </w:rPr>
              <w:t>Amplasare</w:t>
            </w:r>
            <w:proofErr w:type="spellEnd"/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Tip </w:t>
            </w:r>
            <w:proofErr w:type="spellStart"/>
            <w:r w:rsidRPr="00C46767">
              <w:rPr>
                <w:b/>
                <w:color w:val="0D5F78"/>
              </w:rPr>
              <w:t>amplasare</w:t>
            </w:r>
            <w:proofErr w:type="spellEnd"/>
          </w:p>
          <w:p w14:paraId="3DC2BE2E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i/>
                <w:color w:val="7A7A7A"/>
              </w:rPr>
              <w:t>izolat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cuplat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înșiruit</w:t>
            </w:r>
            <w:proofErr w:type="spellEnd"/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Tipologie</w:t>
            </w:r>
            <w:proofErr w:type="spellEnd"/>
            <w:r w:rsidRPr="00C46767">
              <w:rPr>
                <w:b/>
                <w:color w:val="0D5F78"/>
              </w:rPr>
              <w:t xml:space="preserve"> / </w:t>
            </w:r>
            <w:proofErr w:type="spellStart"/>
            <w:r w:rsidRPr="00C46767">
              <w:rPr>
                <w:b/>
                <w:color w:val="0D5F78"/>
              </w:rPr>
              <w:t>morfologie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urbană</w:t>
            </w:r>
            <w:proofErr w:type="spellEnd"/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</w:t>
            </w:r>
            <w:proofErr w:type="spellStart"/>
            <w:r w:rsidRPr="00C46767">
              <w:rPr>
                <w:b/>
                <w:color w:val="0D5F78"/>
              </w:rPr>
              <w:t>construit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Curte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interioară</w:t>
            </w:r>
            <w:proofErr w:type="spellEnd"/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clădirilor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— </w:t>
            </w:r>
            <w:proofErr w:type="spellStart"/>
            <w:r>
              <w:rPr>
                <w:sz w:val="16"/>
              </w:rPr>
              <w:t>retragerile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minime</w:t>
            </w:r>
            <w:proofErr w:type="spellEnd"/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aliniament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limita</w:t>
            </w:r>
            <w:proofErr w:type="spellEnd"/>
            <w:r>
              <w:rPr>
                <w:b/>
                <w:color w:val="0D5F78"/>
              </w:rPr>
              <w:t xml:space="preserve"> lateral-</w:t>
            </w:r>
            <w:proofErr w:type="spellStart"/>
            <w:r>
              <w:rPr>
                <w:b/>
                <w:color w:val="0D5F78"/>
              </w:rPr>
              <w:t>dreapta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lateral-stânga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posterioară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Procent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ocupare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Coeficient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utilizare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existente</w:t>
            </w:r>
            <w:proofErr w:type="spellEnd"/>
            <w:r w:rsidRPr="0007047E">
              <w:rPr>
                <w:sz w:val="16"/>
                <w:szCs w:val="16"/>
              </w:rPr>
              <w:t>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utilă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desființate</w:t>
            </w:r>
            <w:proofErr w:type="spellEnd"/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  <w:r w:rsidRPr="0007047E">
              <w:rPr>
                <w:sz w:val="16"/>
                <w:szCs w:val="16"/>
              </w:rPr>
              <w:t xml:space="preserve"> +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  <w:r w:rsidRPr="0007047E">
              <w:rPr>
                <w:sz w:val="16"/>
                <w:szCs w:val="16"/>
              </w:rPr>
              <w:t>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</w:t>
            </w:r>
            <w:proofErr w:type="spellStart"/>
            <w:r w:rsidR="007E5D45">
              <w:rPr>
                <w:sz w:val="19"/>
                <w:lang w:val="fr-FR"/>
              </w:rPr>
              <w:t>completeaza</w:t>
            </w:r>
            <w:proofErr w:type="spellEnd"/>
            <w:r w:rsidR="007E5D4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câte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una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pentru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fiecare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imobil</w:t>
            </w:r>
            <w:proofErr w:type="spellEnd"/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Identificarea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numărul</w:t>
            </w:r>
            <w:proofErr w:type="spellEnd"/>
            <w:r>
              <w:rPr>
                <w:i/>
                <w:color w:val="7A7A7A"/>
              </w:rPr>
              <w:t xml:space="preserve"> din </w:t>
            </w:r>
            <w:proofErr w:type="spellStart"/>
            <w:r>
              <w:rPr>
                <w:i/>
                <w:color w:val="7A7A7A"/>
              </w:rPr>
              <w:t>Registrul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Național</w:t>
            </w:r>
            <w:proofErr w:type="spellEnd"/>
            <w:r>
              <w:rPr>
                <w:i/>
                <w:color w:val="7A7A7A"/>
              </w:rPr>
              <w:t xml:space="preserve"> al </w:t>
            </w:r>
            <w:proofErr w:type="spellStart"/>
            <w:r>
              <w:rPr>
                <w:i/>
                <w:color w:val="7A7A7A"/>
              </w:rPr>
              <w:t>Clădirilor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deja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înregistrată</w:t>
            </w:r>
            <w:proofErr w:type="spellEnd"/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clădirii</w:t>
            </w:r>
            <w:proofErr w:type="spellEnd"/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Identificator</w:t>
            </w:r>
            <w:proofErr w:type="spellEnd"/>
            <w:r>
              <w:rPr>
                <w:b/>
                <w:color w:val="0D5F78"/>
              </w:rPr>
              <w:t xml:space="preserve">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Nr. 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Tipul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obiectului</w:t>
            </w:r>
            <w:proofErr w:type="spellEnd"/>
          </w:p>
          <w:p w14:paraId="56B5E59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corp de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unități</w:t>
            </w:r>
            <w:proofErr w:type="spellEnd"/>
            <w:r w:rsidRPr="005B29C5">
              <w:rPr>
                <w:sz w:val="16"/>
                <w:lang w:val="fr-FR"/>
              </w:rPr>
              <w:t xml:space="preserve">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Clădirea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19F3F41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existentă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propusă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proiect</w:t>
            </w:r>
            <w:proofErr w:type="spellEnd"/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clădirii</w:t>
            </w:r>
            <w:proofErr w:type="spellEnd"/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Descriere</w:t>
            </w:r>
            <w:proofErr w:type="spellEnd"/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În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cazul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intervențiilor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asupra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pentru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fiecare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câmp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se vor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preciza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caracteristicile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>/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respectiv</w:t>
            </w:r>
            <w:proofErr w:type="spellEnd"/>
            <w:r w:rsidR="00F61A70">
              <w:rPr>
                <w:sz w:val="16"/>
                <w:szCs w:val="16"/>
                <w:lang w:val="fr-FR"/>
              </w:rPr>
              <w:t xml:space="preserve"> ale </w:t>
            </w:r>
            <w:proofErr w:type="spellStart"/>
            <w:r w:rsidR="00F61A70">
              <w:rPr>
                <w:sz w:val="16"/>
                <w:szCs w:val="16"/>
                <w:lang w:val="fr-FR"/>
              </w:rPr>
              <w:t>celei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propuse</w:t>
            </w:r>
            <w:proofErr w:type="spellEnd"/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proofErr w:type="spellStart"/>
            <w:r w:rsidRPr="007E5D45">
              <w:rPr>
                <w:b/>
                <w:color w:val="0D5F78"/>
                <w:lang w:val="fr-FR"/>
              </w:rPr>
              <w:t>Destinația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funcțiunea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principală</w:t>
            </w:r>
            <w:proofErr w:type="spellEnd"/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Funcțiuni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secundare</w:t>
            </w:r>
            <w:proofErr w:type="spellEnd"/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</w:t>
            </w:r>
            <w:proofErr w:type="spellStart"/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Regim</w:t>
            </w:r>
            <w:proofErr w:type="spellEnd"/>
            <w:r>
              <w:rPr>
                <w:b/>
                <w:color w:val="0D5F78"/>
              </w:rPr>
              <w:t xml:space="preserve">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Zonă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fiscală</w:t>
            </w:r>
            <w:proofErr w:type="spellEnd"/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construirii</w:t>
            </w:r>
            <w:proofErr w:type="spellEnd"/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clădirile</w:t>
            </w:r>
            <w:proofErr w:type="spell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existente</w:t>
            </w:r>
            <w:proofErr w:type="spellEnd"/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ultimei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renovări</w:t>
            </w:r>
            <w:proofErr w:type="spellEnd"/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5B29C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viață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ani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Regim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înălțime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cornișă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maximă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amenajat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proofErr w:type="spellStart"/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natural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Suprafețe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volum</w:t>
            </w:r>
            <w:proofErr w:type="spellEnd"/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construită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utilă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Volum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</w:t>
            </w:r>
            <w:proofErr w:type="spellEnd"/>
            <w:r>
              <w:rPr>
                <w:b/>
                <w:color w:val="0D5F78"/>
              </w:rPr>
              <w:t xml:space="preserve">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Rezistență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mecanică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Sistem</w:t>
            </w:r>
            <w:proofErr w:type="spellEnd"/>
            <w:r>
              <w:rPr>
                <w:b/>
                <w:color w:val="0D5F78"/>
              </w:rPr>
              <w:t xml:space="preserve">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Clasa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risc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seismic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Anvelopă</w:t>
            </w:r>
            <w:proofErr w:type="spellEnd"/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Acoperiș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7A32C88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șarpantă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sau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terasă</w:t>
            </w:r>
            <w:proofErr w:type="spellEnd"/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>
              <w:rPr>
                <w:b/>
                <w:color w:val="0D5F78"/>
              </w:rPr>
              <w:t xml:space="preserve"> (material / </w:t>
            </w:r>
            <w:proofErr w:type="spellStart"/>
            <w:r>
              <w:rPr>
                <w:b/>
                <w:color w:val="0D5F78"/>
              </w:rPr>
              <w:t>culoare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Finisaj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tâmplărie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exterioară</w:t>
            </w:r>
            <w:proofErr w:type="spellEnd"/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 xml:space="preserve">material, </w:t>
            </w:r>
            <w:proofErr w:type="spellStart"/>
            <w:r>
              <w:rPr>
                <w:i/>
                <w:color w:val="7A7A7A"/>
              </w:rPr>
              <w:t>culoare</w:t>
            </w:r>
            <w:proofErr w:type="spellEnd"/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Sistem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încălzire</w:t>
            </w:r>
            <w:proofErr w:type="spellEnd"/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Siguranță la </w:t>
            </w:r>
            <w:proofErr w:type="spellStart"/>
            <w:r>
              <w:rPr>
                <w:sz w:val="16"/>
              </w:rPr>
              <w:t>incendiu</w:t>
            </w:r>
            <w:proofErr w:type="spellEnd"/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Nivel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stabilitate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incendiu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Număr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maxim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utilizatori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locuințe</w:t>
            </w:r>
            <w:proofErr w:type="spellEnd"/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</w:t>
            </w:r>
            <w:proofErr w:type="spellStart"/>
            <w:r w:rsidRPr="005B29C5">
              <w:rPr>
                <w:sz w:val="16"/>
                <w:lang w:val="fr-FR"/>
              </w:rPr>
              <w:t>sezoniere</w:t>
            </w:r>
            <w:proofErr w:type="spellEnd"/>
            <w:r w:rsidRPr="005B29C5">
              <w:rPr>
                <w:sz w:val="16"/>
                <w:lang w:val="fr-FR"/>
              </w:rPr>
              <w:t xml:space="preserve"> (de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vacanță</w:t>
            </w:r>
            <w:proofErr w:type="spellEnd"/>
            <w:r w:rsidRPr="005B29C5">
              <w:rPr>
                <w:sz w:val="16"/>
                <w:lang w:val="fr-FR"/>
              </w:rPr>
              <w:t xml:space="preserve">)   </w:t>
            </w:r>
            <w:proofErr w:type="gramEnd"/>
            <w:r w:rsidRPr="005B29C5">
              <w:rPr>
                <w:sz w:val="16"/>
                <w:lang w:val="fr-FR"/>
              </w:rPr>
              <w:t xml:space="preserve">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închiriere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sociale     ☐ de </w:t>
            </w:r>
            <w:proofErr w:type="spellStart"/>
            <w:r w:rsidRPr="005B29C5">
              <w:rPr>
                <w:sz w:val="16"/>
                <w:lang w:val="fr-FR"/>
              </w:rPr>
              <w:t>serviciu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necesitate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intervenție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protocol</w:t>
            </w:r>
            <w:proofErr w:type="spellEnd"/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apartamente</w:t>
            </w:r>
            <w:proofErr w:type="spellEnd"/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cu 1 </w:t>
            </w:r>
            <w:proofErr w:type="spellStart"/>
            <w:r>
              <w:rPr>
                <w:b/>
                <w:color w:val="0D5F78"/>
              </w:rPr>
              <w:t>cameră</w:t>
            </w:r>
            <w:proofErr w:type="spellEnd"/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2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3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4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5+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paturi</w:t>
            </w:r>
            <w:proofErr w:type="spellEnd"/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învățământ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 w:rsidR="00B0669A">
              <w:rPr>
                <w:b/>
                <w:color w:val="0D5F78"/>
              </w:rPr>
              <w:t>s</w:t>
            </w:r>
            <w:r>
              <w:rPr>
                <w:b/>
                <w:color w:val="0D5F78"/>
              </w:rPr>
              <w:t>ăli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grupe</w:t>
            </w:r>
            <w:proofErr w:type="spellEnd"/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cultură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hoteliere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  <w:r>
              <w:rPr>
                <w:b/>
                <w:color w:val="0D5F78"/>
              </w:rPr>
              <w:t xml:space="preserve">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culte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financiare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comerț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0669A">
              <w:rPr>
                <w:b/>
                <w:color w:val="0D5F78"/>
                <w:lang w:val="fr-FR"/>
              </w:rPr>
              <w:t>publică</w:t>
            </w:r>
            <w:proofErr w:type="spellEnd"/>
            <w:r w:rsidRPr="00B0669A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  <w:proofErr w:type="spellEnd"/>
            <w:proofErr w:type="gramEnd"/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servicii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</w:t>
            </w:r>
            <w:proofErr w:type="spellStart"/>
            <w:r>
              <w:rPr>
                <w:b/>
                <w:color w:val="0D5F78"/>
              </w:rPr>
              <w:t>recreere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spellEnd"/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capete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capacitate</w:t>
            </w:r>
            <w:proofErr w:type="spellEnd"/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producție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depozitare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caracteristici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ale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capacităților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funcționale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necuprinse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apă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canalizare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electrică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termică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gaze </w:t>
            </w:r>
            <w:proofErr w:type="spellStart"/>
            <w:r w:rsidRPr="005B29C5">
              <w:rPr>
                <w:sz w:val="16"/>
                <w:lang w:val="fr-FR"/>
              </w:rPr>
              <w:t>naturale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telefonizare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salubritate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transport </w:t>
            </w:r>
            <w:proofErr w:type="spellStart"/>
            <w:r w:rsidRPr="005B29C5">
              <w:rPr>
                <w:sz w:val="16"/>
                <w:lang w:val="fr-FR"/>
              </w:rPr>
              <w:t>urban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utilități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proofErr w:type="spellStart"/>
            <w:r>
              <w:rPr>
                <w:b/>
                <w:color w:val="0D5F78"/>
              </w:rPr>
              <w:t>garaje</w:t>
            </w:r>
            <w:proofErr w:type="spellEnd"/>
            <w:r>
              <w:rPr>
                <w:b/>
                <w:color w:val="0D5F78"/>
              </w:rPr>
              <w:t xml:space="preserve"> — 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pentru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biciclete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–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carosabile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inclusiv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parcaje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proofErr w:type="spellStart"/>
            <w:r>
              <w:rPr>
                <w:b/>
                <w:color w:val="0D5F78"/>
              </w:rPr>
              <w:t>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pietonale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platforme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nivelul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solului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(m²)</w:t>
            </w:r>
          </w:p>
          <w:p w14:paraId="29F6F182" w14:textId="77777777" w:rsidR="003C7CA3" w:rsidRDefault="003454F7">
            <w:proofErr w:type="spellStart"/>
            <w:r>
              <w:rPr>
                <w:i/>
                <w:color w:val="7A7A7A"/>
              </w:rPr>
              <w:t>deșeuri</w:t>
            </w:r>
            <w:proofErr w:type="spellEnd"/>
            <w:r>
              <w:rPr>
                <w:i/>
                <w:color w:val="7A7A7A"/>
              </w:rPr>
              <w:t xml:space="preserve">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tăiați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menținuți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plantați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proofErr w:type="spellStart"/>
            <w:r>
              <w:rPr>
                <w:b/>
                <w:color w:val="0D5F78"/>
              </w:rPr>
              <w:t>spații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verzi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și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protecție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civilă</w:t>
            </w:r>
            <w:proofErr w:type="spellEnd"/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proofErr w:type="spellStart"/>
            <w:r w:rsidR="00481869">
              <w:rPr>
                <w:b/>
                <w:color w:val="0D5F78"/>
              </w:rPr>
              <w:t>măsuri</w:t>
            </w:r>
            <w:proofErr w:type="spellEnd"/>
            <w:r w:rsidR="00481869">
              <w:rPr>
                <w:b/>
                <w:color w:val="0D5F78"/>
              </w:rPr>
              <w:t xml:space="preserve"> </w:t>
            </w:r>
            <w:proofErr w:type="spellStart"/>
            <w:r w:rsidR="009E435D">
              <w:rPr>
                <w:b/>
                <w:color w:val="0D5F78"/>
              </w:rPr>
              <w:t>specifice</w:t>
            </w:r>
            <w:proofErr w:type="spellEnd"/>
            <w:r w:rsidR="009E435D">
              <w:rPr>
                <w:b/>
                <w:color w:val="0D5F78"/>
              </w:rPr>
              <w:t>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Clădirea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fost</w:t>
            </w:r>
            <w:proofErr w:type="spellEnd"/>
          </w:p>
          <w:p w14:paraId="2C7411D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identificată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declarată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acum</w:t>
            </w:r>
            <w:proofErr w:type="spellEnd"/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NIS </w:t>
            </w:r>
            <w:proofErr w:type="spellStart"/>
            <w:r>
              <w:rPr>
                <w:b/>
                <w:color w:val="0D5F78"/>
              </w:rPr>
              <w:t>atribuit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confirmat</w:t>
            </w:r>
            <w:proofErr w:type="spellEnd"/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investiție</w:t>
            </w:r>
            <w:proofErr w:type="spellEnd"/>
          </w:p>
          <w:p w14:paraId="75D7BD10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lucrarea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legată</w:t>
            </w:r>
            <w:proofErr w:type="spellEnd"/>
            <w:r>
              <w:rPr>
                <w:i/>
                <w:color w:val="7A7A7A"/>
              </w:rPr>
              <w:t xml:space="preserve"> de o </w:t>
            </w:r>
            <w:proofErr w:type="spellStart"/>
            <w:r>
              <w:rPr>
                <w:i/>
                <w:color w:val="7A7A7A"/>
              </w:rPr>
              <w:t>investiție</w:t>
            </w:r>
            <w:proofErr w:type="spellEnd"/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comunicării</w:t>
            </w:r>
            <w:proofErr w:type="spellEnd"/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tranzacției</w:t>
            </w:r>
            <w:proofErr w:type="spellEnd"/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proofErr w:type="spellStart"/>
            <w:r>
              <w:rPr>
                <w:b/>
                <w:color w:val="0D5F78"/>
              </w:rPr>
              <w:t>Comunicat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proofErr w:type="spellStart"/>
      <w:r w:rsidRPr="00913191">
        <w:rPr>
          <w:sz w:val="20"/>
          <w:szCs w:val="20"/>
          <w:u w:val="single"/>
        </w:rPr>
        <w:t>Punctele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 xml:space="preserve">se </w:t>
      </w:r>
      <w:proofErr w:type="spellStart"/>
      <w:r w:rsidRPr="00913191">
        <w:rPr>
          <w:sz w:val="20"/>
          <w:szCs w:val="20"/>
          <w:u w:val="single"/>
        </w:rPr>
        <w:t>completeaza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în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cazul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amenjărilor</w:t>
      </w:r>
      <w:proofErr w:type="spellEnd"/>
      <w:r w:rsidRPr="00913191">
        <w:rPr>
          <w:sz w:val="20"/>
          <w:szCs w:val="20"/>
          <w:u w:val="single"/>
        </w:rPr>
        <w:t xml:space="preserve"> /</w:t>
      </w:r>
      <w:proofErr w:type="spellStart"/>
      <w:r w:rsidRPr="00913191">
        <w:rPr>
          <w:sz w:val="20"/>
          <w:szCs w:val="20"/>
          <w:u w:val="single"/>
        </w:rPr>
        <w:t>lucrărilor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inginerești</w:t>
      </w:r>
      <w:proofErr w:type="spellEnd"/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 xml:space="preserve">Alte  </w:t>
            </w:r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specifice</w:t>
            </w:r>
            <w:proofErr w:type="spellEnd"/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headerReference w:type="default" r:id="rId9"/>
      <w:footerReference w:type="default" r:id="rId10"/>
      <w:headerReference w:type="first" r:id="rId11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47453" w14:textId="77777777" w:rsidR="00656449" w:rsidRDefault="00656449">
      <w:r>
        <w:separator/>
      </w:r>
    </w:p>
  </w:endnote>
  <w:endnote w:type="continuationSeparator" w:id="0">
    <w:p w14:paraId="6283CDF0" w14:textId="77777777" w:rsidR="00656449" w:rsidRDefault="00656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1461" w14:textId="0660487A" w:rsidR="003C7CA3" w:rsidRDefault="003454F7">
    <w:pPr>
      <w:pStyle w:val="Subsol"/>
      <w:tabs>
        <w:tab w:val="right" w:pos="9639"/>
      </w:tabs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B29C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B29C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CC7A6" w14:textId="77777777" w:rsidR="00656449" w:rsidRDefault="00656449">
      <w:r>
        <w:separator/>
      </w:r>
    </w:p>
  </w:footnote>
  <w:footnote w:type="continuationSeparator" w:id="0">
    <w:p w14:paraId="398B5CAC" w14:textId="77777777" w:rsidR="00656449" w:rsidRDefault="00656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10B0" w14:textId="57BD5E57" w:rsidR="002B61AC" w:rsidRDefault="002B61AC">
    <w:pPr>
      <w:pStyle w:val="Antet"/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8B78" w14:textId="05EF2CCB" w:rsidR="002B61AC" w:rsidRDefault="002B61AC">
    <w:pPr>
      <w:pStyle w:val="Antet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2B61AC" w:rsidRPr="002B61AC" w:rsidRDefault="002B61AC">
    <w:pPr>
      <w:pStyle w:val="Antet"/>
      <w:rPr>
        <w:i/>
        <w:iCs/>
        <w:sz w:val="24"/>
        <w:szCs w:val="24"/>
        <w:u w:val="single"/>
        <w:lang w:val="ro-RO"/>
      </w:rPr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2081517083">
    <w:abstractNumId w:val="8"/>
  </w:num>
  <w:num w:numId="2" w16cid:durableId="127213627">
    <w:abstractNumId w:val="6"/>
  </w:num>
  <w:num w:numId="3" w16cid:durableId="1747722902">
    <w:abstractNumId w:val="5"/>
  </w:num>
  <w:num w:numId="4" w16cid:durableId="529802578">
    <w:abstractNumId w:val="4"/>
  </w:num>
  <w:num w:numId="5" w16cid:durableId="1397586394">
    <w:abstractNumId w:val="7"/>
  </w:num>
  <w:num w:numId="6" w16cid:durableId="164591713">
    <w:abstractNumId w:val="3"/>
  </w:num>
  <w:num w:numId="7" w16cid:durableId="1059981228">
    <w:abstractNumId w:val="2"/>
  </w:num>
  <w:num w:numId="8" w16cid:durableId="1068383721">
    <w:abstractNumId w:val="1"/>
  </w:num>
  <w:num w:numId="9" w16cid:durableId="31270893">
    <w:abstractNumId w:val="0"/>
  </w:num>
  <w:num w:numId="10" w16cid:durableId="14853168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47E"/>
    <w:rsid w:val="0015074B"/>
    <w:rsid w:val="001531A5"/>
    <w:rsid w:val="0029639D"/>
    <w:rsid w:val="002B61AC"/>
    <w:rsid w:val="002E47B8"/>
    <w:rsid w:val="0031113E"/>
    <w:rsid w:val="00326F90"/>
    <w:rsid w:val="003454F7"/>
    <w:rsid w:val="003C7CA3"/>
    <w:rsid w:val="003F6F31"/>
    <w:rsid w:val="00481869"/>
    <w:rsid w:val="005375AB"/>
    <w:rsid w:val="00583C50"/>
    <w:rsid w:val="005B29C5"/>
    <w:rsid w:val="00656449"/>
    <w:rsid w:val="006C103E"/>
    <w:rsid w:val="007E5D45"/>
    <w:rsid w:val="00913191"/>
    <w:rsid w:val="009E435D"/>
    <w:rsid w:val="00A74E07"/>
    <w:rsid w:val="00A80531"/>
    <w:rsid w:val="00AA1D8D"/>
    <w:rsid w:val="00B0669A"/>
    <w:rsid w:val="00B47730"/>
    <w:rsid w:val="00C32AB5"/>
    <w:rsid w:val="00C46767"/>
    <w:rsid w:val="00CB0664"/>
    <w:rsid w:val="00CD3FD2"/>
    <w:rsid w:val="00DB3B82"/>
    <w:rsid w:val="00E61A6B"/>
    <w:rsid w:val="00E9623F"/>
    <w:rsid w:val="00EC2567"/>
    <w:rsid w:val="00F61A70"/>
    <w:rsid w:val="00F97996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22CA0-0F59-406E-9ADC-7FFF681E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2404</Words>
  <Characters>13705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2026-09-30T19:24:00Z</dcterms:created>
  <dcterms:modified xsi:type="dcterms:W3CDTF">2026-09-30T19:24:00Z</dcterms:modified>
  <cp:category/>
</cp:coreProperties>
</file>