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721B6C" w14:paraId="0646229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0B59DB0" w14:textId="637ECA1A" w:rsidR="00721B6C" w:rsidRDefault="00721B6C" w:rsidP="00721B6C">
            <w:pPr>
              <w:keepNext/>
              <w:jc w:val="center"/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121C2389" wp14:editId="5C8BFB4F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91725D1" w14:textId="77777777" w:rsidR="00721B6C" w:rsidRDefault="00721B6C" w:rsidP="00721B6C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435FD5F" w14:textId="0812AB3B" w:rsidR="00721B6C" w:rsidRDefault="00721B6C" w:rsidP="00721B6C">
            <w:pPr>
              <w:keepNext/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721B6C" w14:paraId="1CC2649B" w14:textId="77777777">
        <w:trPr>
          <w:cantSplit/>
          <w:trHeight w:val="510"/>
        </w:trPr>
        <w:tc>
          <w:tcPr>
            <w:tcW w:w="1606" w:type="dxa"/>
            <w:vMerge/>
          </w:tcPr>
          <w:p w14:paraId="4BA8F495" w14:textId="77777777" w:rsidR="00721B6C" w:rsidRDefault="00721B6C" w:rsidP="00721B6C"/>
        </w:tc>
        <w:tc>
          <w:tcPr>
            <w:tcW w:w="8030" w:type="dxa"/>
            <w:gridSpan w:val="3"/>
            <w:shd w:val="clear" w:color="auto" w:fill="F0F0F0"/>
          </w:tcPr>
          <w:p w14:paraId="4F3FA3EA" w14:textId="77777777" w:rsidR="00721B6C" w:rsidRDefault="00721B6C" w:rsidP="00721B6C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6252C7A8" w14:textId="57802BA9" w:rsidR="00721B6C" w:rsidRDefault="00721B6C" w:rsidP="00721B6C">
            <w:pPr>
              <w:keepNext/>
            </w:pPr>
            <w:r>
              <w:t>PRIMARUL COMUNEI ROMA</w:t>
            </w:r>
          </w:p>
        </w:tc>
      </w:tr>
      <w:tr w:rsidR="00721B6C" w14:paraId="5F6490E8" w14:textId="77777777">
        <w:trPr>
          <w:cantSplit/>
          <w:trHeight w:val="510"/>
        </w:trPr>
        <w:tc>
          <w:tcPr>
            <w:tcW w:w="1606" w:type="dxa"/>
            <w:vMerge/>
          </w:tcPr>
          <w:p w14:paraId="689A495A" w14:textId="77777777" w:rsidR="00721B6C" w:rsidRDefault="00721B6C" w:rsidP="00721B6C"/>
        </w:tc>
        <w:tc>
          <w:tcPr>
            <w:tcW w:w="2409" w:type="dxa"/>
            <w:shd w:val="clear" w:color="auto" w:fill="F0F0F0"/>
          </w:tcPr>
          <w:p w14:paraId="6B17E28F" w14:textId="77777777" w:rsidR="00721B6C" w:rsidRPr="00F801F2" w:rsidRDefault="00721B6C" w:rsidP="00721B6C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5D425FA5" w14:textId="0E5B84EF" w:rsidR="00721B6C" w:rsidRPr="009D5BC3" w:rsidRDefault="00721B6C" w:rsidP="00721B6C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8077766" w14:textId="77777777" w:rsidR="00721B6C" w:rsidRPr="00F801F2" w:rsidRDefault="00721B6C" w:rsidP="00721B6C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4FE355EF" w14:textId="017C7533" w:rsidR="00721B6C" w:rsidRDefault="00721B6C" w:rsidP="00721B6C">
            <w:pPr>
              <w:keepNext/>
            </w:pPr>
            <w:r w:rsidRPr="006C71E6">
              <w:rPr>
                <w:lang w:val="fr-FR"/>
              </w:rPr>
              <w:t>3372114</w:t>
            </w:r>
          </w:p>
        </w:tc>
      </w:tr>
      <w:tr w:rsidR="007A6244" w14:paraId="5D1D56A8" w14:textId="77777777">
        <w:trPr>
          <w:cantSplit/>
          <w:trHeight w:val="510"/>
        </w:trPr>
        <w:tc>
          <w:tcPr>
            <w:tcW w:w="1606" w:type="dxa"/>
            <w:vMerge/>
          </w:tcPr>
          <w:p w14:paraId="30180161" w14:textId="77777777" w:rsidR="007A6244" w:rsidRDefault="007A6244"/>
        </w:tc>
        <w:tc>
          <w:tcPr>
            <w:tcW w:w="4818" w:type="dxa"/>
            <w:gridSpan w:val="2"/>
            <w:shd w:val="clear" w:color="auto" w:fill="F0F0F0"/>
          </w:tcPr>
          <w:p w14:paraId="23F9ABB3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3C3CB41D" w14:textId="77777777" w:rsidR="007A6244" w:rsidRDefault="007A6244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7FD69E50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678464D6" w14:textId="77777777" w:rsidR="007A6244" w:rsidRDefault="007A6244">
            <w:pPr>
              <w:keepNext/>
            </w:pPr>
          </w:p>
        </w:tc>
      </w:tr>
      <w:tr w:rsidR="007A6244" w:rsidRPr="007F2503" w14:paraId="0F9EE031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99260F8" w14:textId="77777777" w:rsidR="007A6244" w:rsidRPr="009D5BC3" w:rsidRDefault="00E3762E">
            <w:pPr>
              <w:rPr>
                <w:lang w:val="fr-FR"/>
              </w:rPr>
            </w:pPr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9D5BC3">
              <w:rPr>
                <w:i/>
                <w:color w:val="595959"/>
                <w:lang w:val="fr-FR"/>
              </w:rPr>
              <w:t>se</w:t>
            </w:r>
            <w:proofErr w:type="gram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scrie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în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9D5BC3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9D5BC3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D0B5FF6" w14:textId="77777777" w:rsidR="007A6244" w:rsidRPr="009D5BC3" w:rsidRDefault="007A6244">
      <w:pPr>
        <w:spacing w:line="168" w:lineRule="auto"/>
        <w:rPr>
          <w:lang w:val="fr-FR"/>
        </w:rPr>
      </w:pPr>
    </w:p>
    <w:p w14:paraId="186D47FF" w14:textId="77777777" w:rsidR="007A6244" w:rsidRPr="007F2503" w:rsidRDefault="00E3762E">
      <w:pPr>
        <w:spacing w:before="140" w:after="40"/>
        <w:jc w:val="center"/>
        <w:rPr>
          <w:sz w:val="28"/>
          <w:szCs w:val="28"/>
        </w:rPr>
      </w:pPr>
      <w:r w:rsidRPr="007F2503">
        <w:rPr>
          <w:b/>
          <w:sz w:val="28"/>
          <w:szCs w:val="28"/>
        </w:rPr>
        <w:t>CERERE</w:t>
      </w:r>
    </w:p>
    <w:p w14:paraId="60B77D5E" w14:textId="77777777" w:rsidR="007A6244" w:rsidRDefault="007A6244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20A6F2DD" w14:textId="77777777">
        <w:trPr>
          <w:cantSplit/>
        </w:trPr>
        <w:tc>
          <w:tcPr>
            <w:tcW w:w="9636" w:type="dxa"/>
            <w:shd w:val="clear" w:color="auto" w:fill="F4F4F4"/>
          </w:tcPr>
          <w:p w14:paraId="7A516BF1" w14:textId="77777777" w:rsidR="007A6244" w:rsidRDefault="00E3762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7A6244" w:rsidRPr="007F2503" w14:paraId="215792C3" w14:textId="77777777">
        <w:trPr>
          <w:cantSplit/>
          <w:trHeight w:val="510"/>
        </w:trPr>
        <w:tc>
          <w:tcPr>
            <w:tcW w:w="9636" w:type="dxa"/>
          </w:tcPr>
          <w:p w14:paraId="3FBFDAEE" w14:textId="77777777" w:rsidR="007A6244" w:rsidRPr="009D5BC3" w:rsidRDefault="00E3762E">
            <w:pPr>
              <w:keepNext/>
              <w:rPr>
                <w:lang w:val="fr-FR"/>
              </w:rPr>
            </w:pPr>
            <w:proofErr w:type="spellStart"/>
            <w:r w:rsidRPr="009D5BC3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A0252BF" w14:textId="77777777" w:rsidR="00721B6C" w:rsidRPr="00F801F2" w:rsidRDefault="00721B6C" w:rsidP="00721B6C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08E70280" w14:textId="46192476" w:rsidR="007A6244" w:rsidRPr="009D5BC3" w:rsidRDefault="00721B6C" w:rsidP="00721B6C">
            <w:pPr>
              <w:keepNext/>
              <w:rPr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  <w:r w:rsidRPr="009D5BC3">
              <w:rPr>
                <w:lang w:val="fr-FR"/>
              </w:rPr>
              <w:t xml:space="preserve"> </w:t>
            </w:r>
          </w:p>
        </w:tc>
      </w:tr>
      <w:tr w:rsidR="007A6244" w:rsidRPr="007F2503" w14:paraId="7776B59C" w14:textId="77777777">
        <w:trPr>
          <w:cantSplit/>
        </w:trPr>
        <w:tc>
          <w:tcPr>
            <w:tcW w:w="9636" w:type="dxa"/>
            <w:shd w:val="clear" w:color="auto" w:fill="F4F4F4"/>
          </w:tcPr>
          <w:p w14:paraId="37A60766" w14:textId="77777777" w:rsidR="007A6244" w:rsidRPr="009D5BC3" w:rsidRDefault="00E3762E">
            <w:pPr>
              <w:spacing w:line="228" w:lineRule="auto"/>
              <w:rPr>
                <w:lang w:val="fr-FR"/>
              </w:rPr>
            </w:pPr>
            <w:proofErr w:type="spellStart"/>
            <w:r w:rsidRPr="009D5BC3">
              <w:rPr>
                <w:lang w:val="fr-FR"/>
              </w:rPr>
              <w:t>Cererea</w:t>
            </w:r>
            <w:proofErr w:type="spellEnd"/>
            <w:r w:rsidRPr="009D5BC3">
              <w:rPr>
                <w:lang w:val="fr-FR"/>
              </w:rPr>
              <w:t xml:space="preserve"> va fi </w:t>
            </w:r>
            <w:proofErr w:type="spellStart"/>
            <w:r w:rsidRPr="009D5BC3">
              <w:rPr>
                <w:lang w:val="fr-FR"/>
              </w:rPr>
              <w:t>transmisă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către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președintele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consiliului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județean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general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de </w:t>
            </w:r>
            <w:proofErr w:type="spellStart"/>
            <w:r w:rsidRPr="009D5BC3">
              <w:rPr>
                <w:lang w:val="fr-FR"/>
              </w:rPr>
              <w:t>sector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sau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primarul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municipiului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orașului</w:t>
            </w:r>
            <w:proofErr w:type="spellEnd"/>
            <w:r w:rsidRPr="009D5BC3">
              <w:rPr>
                <w:lang w:val="fr-FR"/>
              </w:rPr>
              <w:t xml:space="preserve"> / </w:t>
            </w:r>
            <w:proofErr w:type="spellStart"/>
            <w:r w:rsidRPr="009D5BC3">
              <w:rPr>
                <w:lang w:val="fr-FR"/>
              </w:rPr>
              <w:t>comunei</w:t>
            </w:r>
            <w:proofErr w:type="spellEnd"/>
            <w:r w:rsidRPr="009D5BC3">
              <w:rPr>
                <w:lang w:val="fr-FR"/>
              </w:rPr>
              <w:t xml:space="preserve">, </w:t>
            </w:r>
            <w:proofErr w:type="spellStart"/>
            <w:r w:rsidRPr="009D5BC3">
              <w:rPr>
                <w:lang w:val="fr-FR"/>
              </w:rPr>
              <w:t>după</w:t>
            </w:r>
            <w:proofErr w:type="spellEnd"/>
            <w:r w:rsidRPr="009D5BC3">
              <w:rPr>
                <w:lang w:val="fr-FR"/>
              </w:rPr>
              <w:t xml:space="preserve"> </w:t>
            </w:r>
            <w:proofErr w:type="spellStart"/>
            <w:r w:rsidRPr="009D5BC3">
              <w:rPr>
                <w:lang w:val="fr-FR"/>
              </w:rPr>
              <w:t>caz</w:t>
            </w:r>
            <w:proofErr w:type="spellEnd"/>
            <w:r w:rsidRPr="009D5BC3">
              <w:rPr>
                <w:lang w:val="fr-FR"/>
              </w:rPr>
              <w:t>.</w:t>
            </w:r>
          </w:p>
        </w:tc>
      </w:tr>
    </w:tbl>
    <w:p w14:paraId="20220E8C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7A6244" w14:paraId="46CFADD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5594C17D" w14:textId="77777777" w:rsidR="007A6244" w:rsidRDefault="00E3762E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7A6244" w14:paraId="2A798EC7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84C7A8E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9065994" w14:textId="77777777" w:rsidR="007A6244" w:rsidRDefault="007A6244">
            <w:pPr>
              <w:keepNext/>
            </w:pPr>
          </w:p>
        </w:tc>
        <w:tc>
          <w:tcPr>
            <w:tcW w:w="4015" w:type="dxa"/>
            <w:gridSpan w:val="3"/>
          </w:tcPr>
          <w:p w14:paraId="23A73AE4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18AF22D" w14:textId="77777777" w:rsidR="007A6244" w:rsidRDefault="007A6244">
            <w:pPr>
              <w:keepNext/>
            </w:pPr>
          </w:p>
        </w:tc>
      </w:tr>
      <w:tr w:rsidR="007A6244" w14:paraId="545EB23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672763" w14:textId="77777777" w:rsidR="007A6244" w:rsidRDefault="00E3762E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7A6244" w14:paraId="26589197" w14:textId="77777777">
        <w:trPr>
          <w:cantSplit/>
          <w:trHeight w:val="510"/>
        </w:trPr>
        <w:tc>
          <w:tcPr>
            <w:tcW w:w="1606" w:type="dxa"/>
          </w:tcPr>
          <w:p w14:paraId="4FE6E89A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68763DE0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1B30A3BA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5D8E2" w14:textId="77777777" w:rsidR="007A6244" w:rsidRDefault="007A6244">
            <w:pPr>
              <w:keepNext/>
            </w:pPr>
          </w:p>
        </w:tc>
        <w:tc>
          <w:tcPr>
            <w:tcW w:w="4818" w:type="dxa"/>
            <w:gridSpan w:val="5"/>
          </w:tcPr>
          <w:p w14:paraId="5F5E266C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39F4F2A6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0D95FC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53FA98E" w14:textId="77777777" w:rsidR="007A6244" w:rsidRDefault="007A6244">
            <w:pPr>
              <w:keepNext/>
            </w:pPr>
          </w:p>
        </w:tc>
      </w:tr>
      <w:tr w:rsidR="007A6244" w14:paraId="67E3332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D62200" w14:textId="77777777" w:rsidR="007A6244" w:rsidRDefault="00E3762E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7A6244" w14:paraId="3385B2BC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22EB1F2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46D42AB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4"/>
          </w:tcPr>
          <w:p w14:paraId="0EA364FA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D658FE8" w14:textId="77777777" w:rsidR="007A6244" w:rsidRDefault="007A6244">
            <w:pPr>
              <w:keepNext/>
            </w:pPr>
          </w:p>
        </w:tc>
        <w:tc>
          <w:tcPr>
            <w:tcW w:w="3212" w:type="dxa"/>
            <w:gridSpan w:val="2"/>
          </w:tcPr>
          <w:p w14:paraId="2C4E7CE4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A1A06DA" w14:textId="77777777" w:rsidR="007A6244" w:rsidRDefault="007A6244">
            <w:pPr>
              <w:keepNext/>
            </w:pPr>
          </w:p>
        </w:tc>
      </w:tr>
      <w:tr w:rsidR="007A6244" w14:paraId="3469807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B26B276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6991C6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3AE281F7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EA0BA9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72244B7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8B2D382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1F68F074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7DD5DE5" w14:textId="77777777" w:rsidR="007A6244" w:rsidRDefault="007A6244">
            <w:pPr>
              <w:keepNext/>
            </w:pPr>
          </w:p>
        </w:tc>
        <w:tc>
          <w:tcPr>
            <w:tcW w:w="803" w:type="dxa"/>
          </w:tcPr>
          <w:p w14:paraId="2267E62C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6F5E082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21B28962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594D4A3E" w14:textId="77777777" w:rsidR="007A6244" w:rsidRDefault="007A6244">
            <w:pPr>
              <w:keepNext/>
            </w:pPr>
          </w:p>
        </w:tc>
        <w:tc>
          <w:tcPr>
            <w:tcW w:w="1606" w:type="dxa"/>
          </w:tcPr>
          <w:p w14:paraId="05261DF8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225866B9" w14:textId="77777777" w:rsidR="007A6244" w:rsidRDefault="007A6244">
            <w:pPr>
              <w:keepNext/>
            </w:pPr>
          </w:p>
        </w:tc>
      </w:tr>
      <w:tr w:rsidR="007A6244" w14:paraId="7AF7ECDB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E71B34A" w14:textId="77777777" w:rsidR="007A6244" w:rsidRDefault="00E3762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7A6244" w14:paraId="28F6921F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44678A2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6E8EA80E" w14:textId="77777777" w:rsidR="007A6244" w:rsidRDefault="007A6244">
            <w:pPr>
              <w:keepNext/>
            </w:pPr>
          </w:p>
        </w:tc>
        <w:tc>
          <w:tcPr>
            <w:tcW w:w="5621" w:type="dxa"/>
            <w:gridSpan w:val="5"/>
          </w:tcPr>
          <w:p w14:paraId="71D20CAE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223D691F" w14:textId="77777777" w:rsidR="007A6244" w:rsidRDefault="007A6244">
            <w:pPr>
              <w:keepNext/>
            </w:pPr>
          </w:p>
        </w:tc>
      </w:tr>
      <w:tr w:rsidR="007A6244" w14:paraId="2605518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6506A29" w14:textId="77777777" w:rsidR="007A6244" w:rsidRDefault="00E3762E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7A6244" w14:paraId="2B1D8BFF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5158F72" w14:textId="77777777" w:rsidR="007A6244" w:rsidRDefault="00E3762E">
            <w:r>
              <w:rPr>
                <w:b/>
                <w:color w:val="0D5F78"/>
              </w:rPr>
              <w:t>În calitate de reprezentant al</w:t>
            </w:r>
          </w:p>
          <w:p w14:paraId="172CD55E" w14:textId="77777777" w:rsidR="007A6244" w:rsidRDefault="007A6244"/>
        </w:tc>
        <w:tc>
          <w:tcPr>
            <w:tcW w:w="3212" w:type="dxa"/>
            <w:gridSpan w:val="2"/>
          </w:tcPr>
          <w:p w14:paraId="2E023F88" w14:textId="77777777" w:rsidR="007A6244" w:rsidRDefault="00E3762E">
            <w:r>
              <w:rPr>
                <w:b/>
                <w:color w:val="0D5F78"/>
              </w:rPr>
              <w:t>CUI / CIF</w:t>
            </w:r>
          </w:p>
          <w:p w14:paraId="274C09B7" w14:textId="77777777" w:rsidR="007A6244" w:rsidRDefault="007A6244"/>
        </w:tc>
      </w:tr>
    </w:tbl>
    <w:p w14:paraId="2790794C" w14:textId="77777777" w:rsidR="007A6244" w:rsidRDefault="007A6244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7A6244" w14:paraId="0CDDD608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8A3345" w14:textId="77777777" w:rsidR="007A6244" w:rsidRDefault="00E3762E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AUTORIZAȚIA DE CONSTRUIRE</w:t>
            </w:r>
          </w:p>
        </w:tc>
      </w:tr>
      <w:tr w:rsidR="007A6244" w14:paraId="4996068D" w14:textId="77777777">
        <w:trPr>
          <w:cantSplit/>
          <w:trHeight w:val="510"/>
        </w:trPr>
        <w:tc>
          <w:tcPr>
            <w:tcW w:w="1606" w:type="dxa"/>
          </w:tcPr>
          <w:p w14:paraId="35689D0A" w14:textId="77777777" w:rsidR="007A6244" w:rsidRDefault="00E3762E">
            <w:r>
              <w:rPr>
                <w:b/>
                <w:color w:val="0D5F78"/>
              </w:rPr>
              <w:t>Nr.</w:t>
            </w:r>
          </w:p>
          <w:p w14:paraId="095D61F3" w14:textId="77777777" w:rsidR="007A6244" w:rsidRDefault="007A6244"/>
        </w:tc>
        <w:tc>
          <w:tcPr>
            <w:tcW w:w="2409" w:type="dxa"/>
          </w:tcPr>
          <w:p w14:paraId="5E836E88" w14:textId="77777777" w:rsidR="007A6244" w:rsidRDefault="00E3762E">
            <w:r>
              <w:rPr>
                <w:b/>
                <w:color w:val="0D5F78"/>
              </w:rPr>
              <w:t>Din data</w:t>
            </w:r>
          </w:p>
          <w:p w14:paraId="73344DA4" w14:textId="77777777" w:rsidR="007A6244" w:rsidRDefault="007A6244"/>
        </w:tc>
        <w:tc>
          <w:tcPr>
            <w:tcW w:w="5621" w:type="dxa"/>
          </w:tcPr>
          <w:p w14:paraId="38937E8B" w14:textId="77777777" w:rsidR="007A6244" w:rsidRDefault="00E3762E">
            <w:r>
              <w:rPr>
                <w:b/>
                <w:color w:val="0D5F78"/>
              </w:rPr>
              <w:t>Emisă de</w:t>
            </w:r>
          </w:p>
          <w:p w14:paraId="0D6A7EFA" w14:textId="77777777" w:rsidR="007A6244" w:rsidRDefault="007A6244"/>
        </w:tc>
      </w:tr>
    </w:tbl>
    <w:p w14:paraId="1B861EE0" w14:textId="77777777" w:rsidR="007A6244" w:rsidRDefault="007A6244">
      <w:pPr>
        <w:spacing w:line="168" w:lineRule="auto"/>
      </w:pPr>
    </w:p>
    <w:p w14:paraId="2148FFF5" w14:textId="4ABE98FB" w:rsidR="009D5BC3" w:rsidRDefault="00E3762E" w:rsidP="009D5BC3">
      <w:pPr>
        <w:spacing w:before="80" w:after="60"/>
        <w:jc w:val="center"/>
        <w:rPr>
          <w:sz w:val="18"/>
        </w:rPr>
      </w:pPr>
      <w:r>
        <w:rPr>
          <w:sz w:val="18"/>
        </w:rPr>
        <w:t xml:space="preserve">în temeiul art. 309 – art. 310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4857330C" w14:textId="0CFFB432" w:rsidR="009D5BC3" w:rsidRPr="007F2503" w:rsidRDefault="00E3762E" w:rsidP="007F2503">
      <w:pPr>
        <w:keepNext/>
        <w:jc w:val="center"/>
        <w:rPr>
          <w:sz w:val="18"/>
          <w:szCs w:val="18"/>
          <w:lang w:val="fr-FR"/>
        </w:rPr>
      </w:pPr>
      <w:proofErr w:type="spellStart"/>
      <w:proofErr w:type="gramStart"/>
      <w:r w:rsidRPr="007F2503">
        <w:rPr>
          <w:sz w:val="18"/>
          <w:szCs w:val="18"/>
          <w:lang w:val="fr-FR"/>
        </w:rPr>
        <w:t>solicit</w:t>
      </w:r>
      <w:proofErr w:type="spellEnd"/>
      <w:r w:rsidRPr="007F2503">
        <w:rPr>
          <w:sz w:val="18"/>
          <w:szCs w:val="18"/>
          <w:lang w:val="fr-FR"/>
        </w:rPr>
        <w:t>:</w:t>
      </w:r>
      <w:proofErr w:type="gramEnd"/>
    </w:p>
    <w:p w14:paraId="09133AEA" w14:textId="41C7D97B" w:rsidR="007F2503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DURATEI DE EXECUȚIE,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proofErr w:type="gramStart"/>
      <w:r w:rsidRPr="007F2503">
        <w:rPr>
          <w:sz w:val="20"/>
          <w:szCs w:val="20"/>
          <w:lang w:val="fr-FR"/>
        </w:rPr>
        <w:t>luni</w:t>
      </w:r>
      <w:proofErr w:type="spellEnd"/>
      <w:r w:rsidRPr="007F2503">
        <w:rPr>
          <w:sz w:val="20"/>
          <w:szCs w:val="20"/>
          <w:lang w:val="fr-FR"/>
        </w:rPr>
        <w:t xml:space="preserve">  /</w:t>
      </w:r>
      <w:proofErr w:type="gramEnd"/>
    </w:p>
    <w:p w14:paraId="035B2E14" w14:textId="2AEF1F8C" w:rsidR="007A6244" w:rsidRPr="007F2503" w:rsidRDefault="009D5BC3" w:rsidP="007F2503">
      <w:pPr>
        <w:keepNext/>
        <w:jc w:val="center"/>
        <w:rPr>
          <w:sz w:val="20"/>
          <w:szCs w:val="20"/>
          <w:lang w:val="fr-FR"/>
        </w:rPr>
      </w:pPr>
      <w:r w:rsidRPr="007F2503">
        <w:rPr>
          <w:sz w:val="20"/>
          <w:szCs w:val="20"/>
          <w:lang w:val="fr-FR"/>
        </w:rPr>
        <w:t xml:space="preserve">☐ </w:t>
      </w:r>
      <w:proofErr w:type="spellStart"/>
      <w:r w:rsidRPr="007F2503">
        <w:rPr>
          <w:sz w:val="20"/>
          <w:szCs w:val="20"/>
          <w:lang w:val="fr-FR"/>
        </w:rPr>
        <w:t>prelungirea</w:t>
      </w:r>
      <w:proofErr w:type="spellEnd"/>
      <w:r w:rsidRPr="007F2503">
        <w:rPr>
          <w:sz w:val="20"/>
          <w:szCs w:val="20"/>
          <w:lang w:val="fr-FR"/>
        </w:rPr>
        <w:t xml:space="preserve"> VALABILITĂȚII </w:t>
      </w:r>
      <w:proofErr w:type="spellStart"/>
      <w:r w:rsidRPr="007F2503">
        <w:rPr>
          <w:sz w:val="20"/>
          <w:szCs w:val="20"/>
          <w:lang w:val="fr-FR"/>
        </w:rPr>
        <w:t>autorizației</w:t>
      </w:r>
      <w:proofErr w:type="spellEnd"/>
      <w:r w:rsidRPr="007F2503">
        <w:rPr>
          <w:sz w:val="20"/>
          <w:szCs w:val="20"/>
          <w:lang w:val="fr-FR"/>
        </w:rPr>
        <w:t xml:space="preserve">, </w:t>
      </w:r>
      <w:proofErr w:type="spellStart"/>
      <w:r w:rsidRPr="007F2503">
        <w:rPr>
          <w:sz w:val="20"/>
          <w:szCs w:val="20"/>
          <w:lang w:val="fr-FR"/>
        </w:rPr>
        <w:t>pentru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cel</w:t>
      </w:r>
      <w:proofErr w:type="spellEnd"/>
      <w:r w:rsidRPr="007F2503">
        <w:rPr>
          <w:sz w:val="20"/>
          <w:szCs w:val="20"/>
          <w:lang w:val="fr-FR"/>
        </w:rPr>
        <w:t xml:space="preserve"> </w:t>
      </w:r>
      <w:proofErr w:type="spellStart"/>
      <w:r w:rsidRPr="007F2503">
        <w:rPr>
          <w:sz w:val="20"/>
          <w:szCs w:val="20"/>
          <w:lang w:val="fr-FR"/>
        </w:rPr>
        <w:t>mult</w:t>
      </w:r>
      <w:proofErr w:type="spellEnd"/>
      <w:r w:rsidRPr="007F2503">
        <w:rPr>
          <w:sz w:val="20"/>
          <w:szCs w:val="20"/>
          <w:lang w:val="fr-FR"/>
        </w:rPr>
        <w:t xml:space="preserve"> 12 </w:t>
      </w:r>
      <w:proofErr w:type="spellStart"/>
      <w:r w:rsidRPr="007F2503">
        <w:rPr>
          <w:sz w:val="20"/>
          <w:szCs w:val="20"/>
          <w:lang w:val="fr-FR"/>
        </w:rPr>
        <w:t>luni</w:t>
      </w:r>
      <w:proofErr w:type="spellEnd"/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7A6244" w14:paraId="23C4BF84" w14:textId="77777777">
        <w:trPr>
          <w:cantSplit/>
          <w:trHeight w:val="510"/>
        </w:trPr>
        <w:tc>
          <w:tcPr>
            <w:tcW w:w="4818" w:type="dxa"/>
          </w:tcPr>
          <w:p w14:paraId="3A499E2D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De la data</w:t>
            </w:r>
          </w:p>
          <w:p w14:paraId="354602FC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9ED40D5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Până la data</w:t>
            </w:r>
          </w:p>
          <w:p w14:paraId="7DDD098F" w14:textId="77777777" w:rsidR="007A6244" w:rsidRDefault="007A6244">
            <w:pPr>
              <w:keepNext/>
            </w:pPr>
          </w:p>
        </w:tc>
      </w:tr>
      <w:tr w:rsidR="007A6244" w14:paraId="437193AC" w14:textId="77777777">
        <w:trPr>
          <w:cantSplit/>
          <w:trHeight w:val="510"/>
        </w:trPr>
        <w:tc>
          <w:tcPr>
            <w:tcW w:w="4818" w:type="dxa"/>
          </w:tcPr>
          <w:p w14:paraId="4DF3FB80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Stadiul lucrărilor (%)</w:t>
            </w:r>
          </w:p>
          <w:p w14:paraId="24044175" w14:textId="77777777" w:rsidR="007A6244" w:rsidRDefault="007A6244">
            <w:pPr>
              <w:keepNext/>
            </w:pPr>
          </w:p>
        </w:tc>
        <w:tc>
          <w:tcPr>
            <w:tcW w:w="4818" w:type="dxa"/>
          </w:tcPr>
          <w:p w14:paraId="524FE4D1" w14:textId="77777777" w:rsidR="007A6244" w:rsidRDefault="00E3762E">
            <w:pPr>
              <w:keepNext/>
            </w:pPr>
            <w:r>
              <w:rPr>
                <w:b/>
                <w:color w:val="0D5F78"/>
              </w:rPr>
              <w:t>Data începerii efective</w:t>
            </w:r>
          </w:p>
          <w:p w14:paraId="5E0A126C" w14:textId="77777777" w:rsidR="007A6244" w:rsidRDefault="007A6244">
            <w:pPr>
              <w:keepNext/>
            </w:pPr>
          </w:p>
        </w:tc>
      </w:tr>
      <w:tr w:rsidR="007A6244" w:rsidRPr="007F2503" w14:paraId="2FF65CEB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73B1089" w14:textId="77777777" w:rsidR="007A6244" w:rsidRPr="009D5BC3" w:rsidRDefault="00E3762E">
            <w:pPr>
              <w:keepNext/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Lucrările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rămase</w:t>
            </w:r>
            <w:proofErr w:type="spellEnd"/>
            <w:r w:rsidRPr="009D5BC3">
              <w:rPr>
                <w:sz w:val="16"/>
                <w:lang w:val="fr-FR"/>
              </w:rPr>
              <w:t xml:space="preserve"> de </w:t>
            </w:r>
            <w:proofErr w:type="spellStart"/>
            <w:r w:rsidRPr="009D5BC3">
              <w:rPr>
                <w:sz w:val="16"/>
                <w:lang w:val="fr-FR"/>
              </w:rPr>
              <w:t>executat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și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motivarea</w:t>
            </w:r>
            <w:proofErr w:type="spellEnd"/>
          </w:p>
        </w:tc>
      </w:tr>
      <w:tr w:rsidR="007A6244" w:rsidRPr="007F2503" w14:paraId="723B2689" w14:textId="77777777">
        <w:trPr>
          <w:cantSplit/>
        </w:trPr>
        <w:tc>
          <w:tcPr>
            <w:tcW w:w="9636" w:type="dxa"/>
            <w:gridSpan w:val="2"/>
          </w:tcPr>
          <w:p w14:paraId="195774AC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B23A108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30E592BD" w14:textId="77777777" w:rsidR="007A6244" w:rsidRPr="009D5BC3" w:rsidRDefault="007A624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24259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7A6244" w14:paraId="00ED70C9" w14:textId="77777777">
        <w:trPr>
          <w:cantSplit/>
        </w:trPr>
        <w:tc>
          <w:tcPr>
            <w:tcW w:w="9636" w:type="dxa"/>
            <w:shd w:val="clear" w:color="auto" w:fill="F4F4F4"/>
          </w:tcPr>
          <w:p w14:paraId="2678BCBD" w14:textId="77777777" w:rsidR="007A6244" w:rsidRDefault="00E3762E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7A6244" w:rsidRPr="007F2503" w14:paraId="6B6A0EA2" w14:textId="77777777">
        <w:trPr>
          <w:cantSplit/>
        </w:trPr>
        <w:tc>
          <w:tcPr>
            <w:tcW w:w="9636" w:type="dxa"/>
          </w:tcPr>
          <w:p w14:paraId="300C857E" w14:textId="77777777" w:rsidR="007A6244" w:rsidRPr="009D5BC3" w:rsidRDefault="00E3762E">
            <w:pPr>
              <w:rPr>
                <w:lang w:val="fr-FR"/>
              </w:rPr>
            </w:pPr>
            <w:r w:rsidRPr="009D5BC3">
              <w:rPr>
                <w:sz w:val="16"/>
                <w:lang w:val="fr-FR"/>
              </w:rPr>
              <w:t xml:space="preserve"> ☐ </w:t>
            </w:r>
            <w:proofErr w:type="spellStart"/>
            <w:r w:rsidRPr="009D5BC3">
              <w:rPr>
                <w:sz w:val="16"/>
                <w:lang w:val="fr-FR"/>
              </w:rPr>
              <w:t>autorizația</w:t>
            </w:r>
            <w:proofErr w:type="spellEnd"/>
            <w:r w:rsidRPr="009D5BC3">
              <w:rPr>
                <w:sz w:val="16"/>
                <w:lang w:val="fr-FR"/>
              </w:rPr>
              <w:t xml:space="preserve"> de construire (</w:t>
            </w:r>
            <w:proofErr w:type="spellStart"/>
            <w:r w:rsidRPr="009D5BC3">
              <w:rPr>
                <w:sz w:val="16"/>
                <w:lang w:val="fr-FR"/>
              </w:rPr>
              <w:t>în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gramStart"/>
            <w:r w:rsidRPr="009D5BC3">
              <w:rPr>
                <w:sz w:val="16"/>
                <w:lang w:val="fr-FR"/>
              </w:rPr>
              <w:t xml:space="preserve">original)   </w:t>
            </w:r>
            <w:proofErr w:type="gramEnd"/>
            <w:r w:rsidRPr="009D5BC3">
              <w:rPr>
                <w:sz w:val="16"/>
                <w:lang w:val="fr-FR"/>
              </w:rPr>
              <w:t xml:space="preserve">  ☐ </w:t>
            </w:r>
            <w:proofErr w:type="spellStart"/>
            <w:r w:rsidRPr="009D5BC3">
              <w:rPr>
                <w:sz w:val="16"/>
                <w:lang w:val="fr-FR"/>
              </w:rPr>
              <w:t>documentul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privind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achitarea</w:t>
            </w:r>
            <w:proofErr w:type="spellEnd"/>
            <w:r w:rsidRPr="009D5BC3">
              <w:rPr>
                <w:sz w:val="16"/>
                <w:lang w:val="fr-FR"/>
              </w:rPr>
              <w:t xml:space="preserve"> </w:t>
            </w:r>
            <w:proofErr w:type="spellStart"/>
            <w:r w:rsidRPr="009D5BC3">
              <w:rPr>
                <w:sz w:val="16"/>
                <w:lang w:val="fr-FR"/>
              </w:rPr>
              <w:t>taxei</w:t>
            </w:r>
            <w:proofErr w:type="spellEnd"/>
            <w:r w:rsidRPr="009D5BC3">
              <w:rPr>
                <w:sz w:val="16"/>
                <w:lang w:val="fr-FR"/>
              </w:rPr>
              <w:t xml:space="preserve"> (copie)</w:t>
            </w:r>
          </w:p>
        </w:tc>
      </w:tr>
    </w:tbl>
    <w:p w14:paraId="5EC05CB7" w14:textId="77777777" w:rsidR="007A6244" w:rsidRPr="009D5BC3" w:rsidRDefault="007A6244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7A6244" w14:paraId="02CA662B" w14:textId="77777777" w:rsidTr="007F2503">
        <w:trPr>
          <w:cantSplit/>
        </w:trPr>
        <w:tc>
          <w:tcPr>
            <w:tcW w:w="9636" w:type="dxa"/>
            <w:gridSpan w:val="3"/>
            <w:tcBorders>
              <w:bottom w:val="single" w:sz="4" w:space="0" w:color="auto"/>
            </w:tcBorders>
            <w:shd w:val="clear" w:color="auto" w:fill="F4F4F4"/>
          </w:tcPr>
          <w:p w14:paraId="14B1C475" w14:textId="77777777" w:rsidR="007A6244" w:rsidRDefault="00E3762E">
            <w:pPr>
              <w:keepNext/>
            </w:pPr>
            <w:r w:rsidRPr="009D5BC3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7A6244" w14:paraId="0C1B9847" w14:textId="77777777" w:rsidTr="007F2503">
        <w:trPr>
          <w:cantSplit/>
          <w:trHeight w:val="510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32CC" w14:textId="77777777" w:rsidR="007A6244" w:rsidRDefault="00E3762E">
            <w:r>
              <w:rPr>
                <w:b/>
                <w:color w:val="0D5F78"/>
              </w:rPr>
              <w:t>Data</w:t>
            </w:r>
          </w:p>
          <w:p w14:paraId="00AF9847" w14:textId="77777777" w:rsidR="007A6244" w:rsidRDefault="007A6244"/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8FF1" w14:textId="77777777" w:rsidR="007A6244" w:rsidRDefault="00E3762E">
            <w:r>
              <w:rPr>
                <w:b/>
                <w:color w:val="0D5F78"/>
              </w:rPr>
              <w:t>Titularul autorizației</w:t>
            </w:r>
          </w:p>
          <w:p w14:paraId="7EABFA92" w14:textId="77777777" w:rsidR="007A6244" w:rsidRDefault="007A6244"/>
        </w:tc>
        <w:tc>
          <w:tcPr>
            <w:tcW w:w="3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BFAE" w14:textId="77777777" w:rsidR="007A6244" w:rsidRDefault="00E3762E">
            <w:r>
              <w:rPr>
                <w:b/>
                <w:color w:val="0D5F78"/>
              </w:rPr>
              <w:t>Semnătura</w:t>
            </w:r>
          </w:p>
          <w:p w14:paraId="189E4DCE" w14:textId="77777777" w:rsidR="007A6244" w:rsidRDefault="007A6244"/>
        </w:tc>
      </w:tr>
    </w:tbl>
    <w:p w14:paraId="19AD975D" w14:textId="77777777" w:rsidR="007A6244" w:rsidRDefault="007A6244">
      <w:pPr>
        <w:spacing w:line="168" w:lineRule="auto"/>
      </w:pPr>
    </w:p>
    <w:sectPr w:rsidR="007A6244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2309C" w14:textId="77777777" w:rsidR="00E3762E" w:rsidRDefault="00E3762E">
      <w:r>
        <w:separator/>
      </w:r>
    </w:p>
  </w:endnote>
  <w:endnote w:type="continuationSeparator" w:id="0">
    <w:p w14:paraId="3B885DBA" w14:textId="77777777" w:rsidR="00E3762E" w:rsidRDefault="00E37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319F4" w14:textId="2E95B5F8" w:rsidR="007A6244" w:rsidRDefault="00E3762E">
    <w:pPr>
      <w:pStyle w:val="Subsol"/>
      <w:tabs>
        <w:tab w:val="right" w:pos="9639"/>
      </w:tabs>
    </w:pPr>
    <w:r>
      <w:rPr>
        <w:color w:val="595959"/>
      </w:rPr>
      <w:t xml:space="preserve">F_A_02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9D5BC3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7D74C" w14:textId="77777777" w:rsidR="00E3762E" w:rsidRDefault="00E3762E">
      <w:r>
        <w:separator/>
      </w:r>
    </w:p>
  </w:footnote>
  <w:footnote w:type="continuationSeparator" w:id="0">
    <w:p w14:paraId="3A18EC82" w14:textId="77777777" w:rsidR="00E3762E" w:rsidRDefault="00E37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9776214">
    <w:abstractNumId w:val="8"/>
  </w:num>
  <w:num w:numId="2" w16cid:durableId="564149757">
    <w:abstractNumId w:val="6"/>
  </w:num>
  <w:num w:numId="3" w16cid:durableId="1240217645">
    <w:abstractNumId w:val="5"/>
  </w:num>
  <w:num w:numId="4" w16cid:durableId="1832985626">
    <w:abstractNumId w:val="4"/>
  </w:num>
  <w:num w:numId="5" w16cid:durableId="1826778191">
    <w:abstractNumId w:val="7"/>
  </w:num>
  <w:num w:numId="6" w16cid:durableId="465902325">
    <w:abstractNumId w:val="3"/>
  </w:num>
  <w:num w:numId="7" w16cid:durableId="41292924">
    <w:abstractNumId w:val="2"/>
  </w:num>
  <w:num w:numId="8" w16cid:durableId="2011759696">
    <w:abstractNumId w:val="1"/>
  </w:num>
  <w:num w:numId="9" w16cid:durableId="1467773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C103E"/>
    <w:rsid w:val="00721B6C"/>
    <w:rsid w:val="007A6244"/>
    <w:rsid w:val="007F2503"/>
    <w:rsid w:val="009C5408"/>
    <w:rsid w:val="009D5BC3"/>
    <w:rsid w:val="00A74E07"/>
    <w:rsid w:val="00AA1D8D"/>
    <w:rsid w:val="00B47730"/>
    <w:rsid w:val="00CB0664"/>
    <w:rsid w:val="00D21BCF"/>
    <w:rsid w:val="00E3762E"/>
    <w:rsid w:val="00E61A6B"/>
    <w:rsid w:val="00F816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B27A3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2026-09-30T19:40:00Z</dcterms:created>
  <dcterms:modified xsi:type="dcterms:W3CDTF">2026-09-30T19:40:00Z</dcterms:modified>
  <cp:category/>
</cp:coreProperties>
</file>