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F84421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58BA2496" w:rsidR="00F84421" w:rsidRDefault="00F84421" w:rsidP="00F84421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781A790A" wp14:editId="2AA259B6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0E648E1" w14:textId="77777777" w:rsidR="00F84421" w:rsidRDefault="00F84421" w:rsidP="00F84421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E02068" w14:textId="4D86CAF6" w:rsidR="00F84421" w:rsidRDefault="00F84421" w:rsidP="00F84421">
            <w:pPr>
              <w:keepNext/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F84421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F84421" w:rsidRDefault="00F84421" w:rsidP="00F84421"/>
        </w:tc>
        <w:tc>
          <w:tcPr>
            <w:tcW w:w="8030" w:type="dxa"/>
            <w:gridSpan w:val="3"/>
            <w:shd w:val="clear" w:color="auto" w:fill="F0F0F0"/>
          </w:tcPr>
          <w:p w14:paraId="47251682" w14:textId="77777777" w:rsidR="00F84421" w:rsidRDefault="00F84421" w:rsidP="00F84421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2D5B7E26" w14:textId="74DD5C94" w:rsidR="00F84421" w:rsidRDefault="00F84421" w:rsidP="00F84421">
            <w:pPr>
              <w:keepNext/>
            </w:pPr>
            <w:r>
              <w:t>PRIMARUL COMUNEI ROMA</w:t>
            </w:r>
          </w:p>
        </w:tc>
      </w:tr>
      <w:tr w:rsidR="00F84421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F84421" w:rsidRDefault="00F84421" w:rsidP="00F84421"/>
        </w:tc>
        <w:tc>
          <w:tcPr>
            <w:tcW w:w="2409" w:type="dxa"/>
            <w:shd w:val="clear" w:color="auto" w:fill="F0F0F0"/>
          </w:tcPr>
          <w:p w14:paraId="6B35946C" w14:textId="77777777" w:rsidR="00F84421" w:rsidRPr="00F801F2" w:rsidRDefault="00F84421" w:rsidP="00F84421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018BDA6A" w:rsidR="00F84421" w:rsidRPr="00AD1D4A" w:rsidRDefault="00F84421" w:rsidP="00F84421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D46CCA0" w14:textId="77777777" w:rsidR="00F84421" w:rsidRPr="00F801F2" w:rsidRDefault="00F84421" w:rsidP="00F84421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69271510" w14:textId="50251833" w:rsidR="00F84421" w:rsidRDefault="00F84421" w:rsidP="00F84421">
            <w:pPr>
              <w:keepNext/>
            </w:pPr>
            <w:r w:rsidRPr="006C71E6">
              <w:rPr>
                <w:lang w:val="fr-FR"/>
              </w:rPr>
              <w:t>3372114</w:t>
            </w: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A17F9A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A17F9A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A17F9A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A17F9A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A17F9A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C61F1C5" w14:textId="77777777" w:rsidR="00F84421" w:rsidRPr="00F801F2" w:rsidRDefault="00F84421" w:rsidP="00F84421">
            <w:pPr>
              <w:keepNext/>
              <w:rPr>
                <w:lang w:val="fr-FR"/>
              </w:rPr>
            </w:pP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20383914" w14:textId="4729A916" w:rsidR="00846492" w:rsidRPr="00AD1D4A" w:rsidRDefault="00F84421" w:rsidP="00F84421">
            <w:pPr>
              <w:keepNext/>
              <w:rPr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  <w:r w:rsidRPr="00AD1D4A">
              <w:rPr>
                <w:lang w:val="fr-FR"/>
              </w:rPr>
              <w:t xml:space="preserve"> </w:t>
            </w: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A17F9A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A17F9A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A17F9A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A17F9A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A17F9A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A17F9A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A17F9A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A17F9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A17F9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A17F9A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A17F9A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A17F9A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A17F9A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A17F9A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A17F9A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A17F9A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 xml:space="preserve">: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A17F9A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A17F9A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A17F9A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A17F9A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9"/>
          <w:headerReference w:type="first" r:id="rId10"/>
          <w:footerReference w:type="first" r:id="rId11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A17F9A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A17F9A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A17F9A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baie;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A17F9A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A17F9A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A17F9A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A17F9A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A17F9A">
            <w:pPr>
              <w:keepNext/>
            </w:pPr>
            <w:r>
              <w:rPr>
                <w:b/>
                <w:color w:val="0D5F78"/>
              </w:rPr>
              <w:t>Nr. / data</w:t>
            </w:r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A17F9A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A17F9A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 xml:space="preserve">) 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A17F9A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A17F9A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A17F9A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A17F9A">
            <w:pPr>
              <w:rPr>
                <w:sz w:val="16"/>
              </w:rPr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unifamiliale)  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A17F9A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A17F9A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Legea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 art. 298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din Legea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A17F9A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A17F9A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de e-mail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A17F9A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A17F9A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A17F9A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A17F9A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71C5D" w14:textId="77777777" w:rsidR="00A17F9A" w:rsidRDefault="00A17F9A">
      <w:r>
        <w:separator/>
      </w:r>
    </w:p>
  </w:endnote>
  <w:endnote w:type="continuationSeparator" w:id="0">
    <w:p w14:paraId="7B5E7E0D" w14:textId="77777777" w:rsidR="00A17F9A" w:rsidRDefault="00A1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A17F9A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19775" w14:textId="77777777" w:rsidR="00A17F9A" w:rsidRDefault="00A17F9A">
      <w:r>
        <w:separator/>
      </w:r>
    </w:p>
  </w:footnote>
  <w:footnote w:type="continuationSeparator" w:id="0">
    <w:p w14:paraId="059AB353" w14:textId="77777777" w:rsidR="00A17F9A" w:rsidRDefault="00A17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Antet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70FD7"/>
    <w:rsid w:val="00932ED5"/>
    <w:rsid w:val="00A17614"/>
    <w:rsid w:val="00A17F9A"/>
    <w:rsid w:val="00A74E07"/>
    <w:rsid w:val="00AA1D8D"/>
    <w:rsid w:val="00AD1D4A"/>
    <w:rsid w:val="00B47730"/>
    <w:rsid w:val="00CA6FDB"/>
    <w:rsid w:val="00CB0664"/>
    <w:rsid w:val="00D2019F"/>
    <w:rsid w:val="00D2346C"/>
    <w:rsid w:val="00E52AF9"/>
    <w:rsid w:val="00E61A6B"/>
    <w:rsid w:val="00F343D2"/>
    <w:rsid w:val="00F4129D"/>
    <w:rsid w:val="00F84421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860</Words>
  <Characters>4902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2026-09-30T19:55:00Z</dcterms:created>
  <dcterms:modified xsi:type="dcterms:W3CDTF">2026-09-30T19:55:00Z</dcterms:modified>
  <cp:category/>
</cp:coreProperties>
</file>