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D3A40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271B01DD" w:rsidR="005D3A40" w:rsidRDefault="005D3A40" w:rsidP="005D3A40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5223379A" wp14:editId="2C18F141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9C888DF" w14:textId="77777777" w:rsidR="005D3A40" w:rsidRDefault="005D3A40" w:rsidP="005D3A4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6D3795C5" w:rsidR="005D3A40" w:rsidRDefault="005D3A40" w:rsidP="005D3A40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5D3A40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5D3A40" w:rsidRDefault="005D3A40" w:rsidP="005D3A40"/>
        </w:tc>
        <w:tc>
          <w:tcPr>
            <w:tcW w:w="8030" w:type="dxa"/>
            <w:gridSpan w:val="3"/>
            <w:shd w:val="clear" w:color="auto" w:fill="F0F0F0"/>
          </w:tcPr>
          <w:p w14:paraId="0879A0B4" w14:textId="77777777" w:rsidR="005D3A40" w:rsidRDefault="005D3A40" w:rsidP="005D3A4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7356A4" w14:textId="3D16CFDD" w:rsidR="005D3A40" w:rsidRDefault="005D3A40" w:rsidP="005D3A40">
            <w:pPr>
              <w:keepNext/>
            </w:pPr>
            <w:r>
              <w:t>PRIMARUL COMUNEI ROMA</w:t>
            </w:r>
          </w:p>
        </w:tc>
      </w:tr>
      <w:tr w:rsidR="005D3A40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5D3A40" w:rsidRDefault="005D3A40" w:rsidP="005D3A40"/>
        </w:tc>
        <w:tc>
          <w:tcPr>
            <w:tcW w:w="2409" w:type="dxa"/>
            <w:shd w:val="clear" w:color="auto" w:fill="F0F0F0"/>
          </w:tcPr>
          <w:p w14:paraId="2F312D26" w14:textId="77777777" w:rsidR="005D3A40" w:rsidRPr="00F801F2" w:rsidRDefault="005D3A40" w:rsidP="005D3A4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0C9DD8CF" w:rsidR="005D3A40" w:rsidRPr="00150E80" w:rsidRDefault="005D3A40" w:rsidP="005D3A40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E93340D" w14:textId="77777777" w:rsidR="005D3A40" w:rsidRPr="00F801F2" w:rsidRDefault="005D3A40" w:rsidP="005D3A4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4178E3A" w14:textId="104088B4" w:rsidR="005D3A40" w:rsidRDefault="005D3A40" w:rsidP="005D3A40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C378B6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C378B6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C378B6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C378B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C378B6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403CEE2" w14:textId="77777777" w:rsidR="005D3A40" w:rsidRPr="00F801F2" w:rsidRDefault="005D3A40" w:rsidP="005D3A4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3662B31C" w14:textId="51249C53" w:rsidR="00C85C0B" w:rsidRPr="00150E80" w:rsidRDefault="005D3A40" w:rsidP="005D3A40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5B29C5">
              <w:rPr>
                <w:lang w:val="fr-FR"/>
              </w:rPr>
              <w:t xml:space="preserve"> </w:t>
            </w: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C378B6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C378B6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C378B6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C378B6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C378B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C378B6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C378B6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C378B6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C378B6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C378B6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C378B6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C378B6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C378B6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C378B6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C378B6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C378B6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C378B6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C378B6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C378B6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6C54" w14:textId="77777777" w:rsidR="00C378B6" w:rsidRDefault="00C378B6">
      <w:r>
        <w:separator/>
      </w:r>
    </w:p>
  </w:endnote>
  <w:endnote w:type="continuationSeparator" w:id="0">
    <w:p w14:paraId="04D4E24E" w14:textId="77777777" w:rsidR="00C378B6" w:rsidRDefault="00C3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C378B6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E747" w14:textId="77777777" w:rsidR="00C378B6" w:rsidRDefault="00C378B6">
      <w:r>
        <w:separator/>
      </w:r>
    </w:p>
  </w:footnote>
  <w:footnote w:type="continuationSeparator" w:id="0">
    <w:p w14:paraId="7EBFA449" w14:textId="77777777" w:rsidR="00C378B6" w:rsidRDefault="00C37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5D3A40"/>
    <w:rsid w:val="00A74E07"/>
    <w:rsid w:val="00AA1D8D"/>
    <w:rsid w:val="00B47730"/>
    <w:rsid w:val="00B94163"/>
    <w:rsid w:val="00C378B6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2026-09-30T19:57:00Z</dcterms:created>
  <dcterms:modified xsi:type="dcterms:W3CDTF">2026-09-30T19:57:00Z</dcterms:modified>
  <cp:category/>
</cp:coreProperties>
</file>