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E4091" w14:paraId="2902271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F64A74C" w14:textId="54D4FAD8" w:rsidR="001E4091" w:rsidRDefault="001E4091" w:rsidP="001E4091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09A810FB" wp14:editId="0FA01EDD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4E3CC3C" w14:textId="77777777" w:rsidR="001E4091" w:rsidRDefault="001E4091" w:rsidP="001E4091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F924B6" w14:textId="521ED032" w:rsidR="001E4091" w:rsidRDefault="001E4091" w:rsidP="001E4091">
            <w:pPr>
              <w:keepNext/>
            </w:pPr>
            <w:r>
              <w:t>BOTO</w:t>
            </w:r>
            <w:r>
              <w:rPr>
                <w:lang w:val="ro-RO"/>
              </w:rPr>
              <w:t>ȘANI</w:t>
            </w:r>
          </w:p>
        </w:tc>
      </w:tr>
      <w:tr w:rsidR="001E4091" w14:paraId="7B17993F" w14:textId="77777777">
        <w:trPr>
          <w:cantSplit/>
          <w:trHeight w:val="510"/>
        </w:trPr>
        <w:tc>
          <w:tcPr>
            <w:tcW w:w="1606" w:type="dxa"/>
            <w:vMerge/>
          </w:tcPr>
          <w:p w14:paraId="52A1A5EB" w14:textId="77777777" w:rsidR="001E4091" w:rsidRDefault="001E4091" w:rsidP="001E4091"/>
        </w:tc>
        <w:tc>
          <w:tcPr>
            <w:tcW w:w="8030" w:type="dxa"/>
            <w:gridSpan w:val="3"/>
            <w:shd w:val="clear" w:color="auto" w:fill="F0F0F0"/>
          </w:tcPr>
          <w:p w14:paraId="0325E310" w14:textId="77777777" w:rsidR="001E4091" w:rsidRDefault="001E4091" w:rsidP="001E4091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7378C482" w14:textId="5F848892" w:rsidR="001E4091" w:rsidRDefault="001E4091" w:rsidP="001E4091">
            <w:pPr>
              <w:keepNext/>
            </w:pPr>
            <w:r>
              <w:t>PRIMARUL COMUNEI ROMA</w:t>
            </w:r>
          </w:p>
        </w:tc>
      </w:tr>
      <w:tr w:rsidR="001E4091" w14:paraId="16F835A9" w14:textId="77777777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1E4091" w:rsidRDefault="001E4091" w:rsidP="001E4091"/>
        </w:tc>
        <w:tc>
          <w:tcPr>
            <w:tcW w:w="2409" w:type="dxa"/>
            <w:shd w:val="clear" w:color="auto" w:fill="F0F0F0"/>
          </w:tcPr>
          <w:p w14:paraId="7A7825E0" w14:textId="77777777" w:rsidR="001E4091" w:rsidRPr="00F801F2" w:rsidRDefault="001E4091" w:rsidP="001E4091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1C68267E" w14:textId="6E51F53D" w:rsidR="001E4091" w:rsidRPr="00E6757A" w:rsidRDefault="001E4091" w:rsidP="001E4091">
            <w:pPr>
              <w:keepNext/>
              <w:rPr>
                <w:lang w:val="fr-FR"/>
              </w:rPr>
            </w:pPr>
            <w:r w:rsidRPr="006C71E6">
              <w:rPr>
                <w:lang w:val="fr-FR"/>
              </w:rPr>
              <w:t>3372114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93A1088" w14:textId="77777777" w:rsidR="001E4091" w:rsidRPr="00F801F2" w:rsidRDefault="001E4091" w:rsidP="001E4091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17684A54" w14:textId="2399167D" w:rsidR="001E4091" w:rsidRDefault="001E4091" w:rsidP="001E4091">
            <w:pPr>
              <w:keepNext/>
            </w:pPr>
            <w:r w:rsidRPr="006C71E6">
              <w:rPr>
                <w:lang w:val="fr-FR"/>
              </w:rPr>
              <w:t>3372114</w:t>
            </w:r>
          </w:p>
        </w:tc>
      </w:tr>
      <w:tr w:rsidR="00A11ECC" w14:paraId="4481D1BD" w14:textId="77777777">
        <w:trPr>
          <w:cantSplit/>
          <w:trHeight w:val="510"/>
        </w:trPr>
        <w:tc>
          <w:tcPr>
            <w:tcW w:w="1606" w:type="dxa"/>
            <w:vMerge/>
          </w:tcPr>
          <w:p w14:paraId="4B2F5043" w14:textId="77777777" w:rsidR="00A11ECC" w:rsidRDefault="00A11ECC"/>
        </w:tc>
        <w:tc>
          <w:tcPr>
            <w:tcW w:w="4818" w:type="dxa"/>
            <w:gridSpan w:val="2"/>
            <w:shd w:val="clear" w:color="auto" w:fill="F0F0F0"/>
          </w:tcPr>
          <w:p w14:paraId="7126F932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F32F1B7" w14:textId="77777777" w:rsidR="00A11ECC" w:rsidRDefault="00A11EC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199CE08" w14:textId="77777777" w:rsidR="00A11ECC" w:rsidRDefault="00A11ECC">
            <w:pPr>
              <w:keepNext/>
            </w:pPr>
          </w:p>
        </w:tc>
      </w:tr>
      <w:tr w:rsidR="00A11ECC" w:rsidRPr="00182EDC" w14:paraId="2347B2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A11ECC" w:rsidRPr="00E6757A" w:rsidRDefault="00CE409D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E6757A">
              <w:rPr>
                <w:i/>
                <w:color w:val="595959"/>
                <w:lang w:val="fr-FR"/>
              </w:rPr>
              <w:t>se</w:t>
            </w:r>
            <w:proofErr w:type="gram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CE409D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CE409D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CE409D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CE409D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45C4DD5B" w14:textId="77777777" w:rsidR="001E4091" w:rsidRPr="00F801F2" w:rsidRDefault="001E4091" w:rsidP="001E4091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5641DACE" w14:textId="617876AD" w:rsidR="00A11ECC" w:rsidRPr="00E6757A" w:rsidRDefault="001E4091" w:rsidP="001E4091">
            <w:pPr>
              <w:keepNext/>
              <w:rPr>
                <w:lang w:val="fr-FR"/>
              </w:rPr>
            </w:pPr>
            <w:r w:rsidRPr="002B6186">
              <w:rPr>
                <w:b/>
                <w:bCs/>
                <w:lang w:val="fr-FR"/>
              </w:rPr>
              <w:t>ROMA</w:t>
            </w:r>
            <w:r w:rsidRPr="00E6757A">
              <w:rPr>
                <w:lang w:val="fr-FR"/>
              </w:rPr>
              <w:t xml:space="preserve"> </w:t>
            </w: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CE409D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CE409D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CE409D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CE409D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CE409D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CE409D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CE409D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CE409D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CE409D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CE409D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CE409D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CE409D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CE409D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CE409D">
            <w:pPr>
              <w:rPr>
                <w:lang w:val="fr-FR"/>
              </w:rPr>
            </w:pPr>
            <w:proofErr w:type="gramStart"/>
            <w:r w:rsidRPr="00E6757A">
              <w:rPr>
                <w:b/>
                <w:color w:val="0D5F78"/>
                <w:lang w:val="fr-FR"/>
              </w:rPr>
              <w:t>vor</w:t>
            </w:r>
            <w:proofErr w:type="gram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CE409D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CE409D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CE409D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CE409D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CE409D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CE409D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CE409D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CE409D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CE409D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CE409D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CE409D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A52B3" w14:textId="77777777" w:rsidR="00CE409D" w:rsidRDefault="00CE409D">
      <w:r>
        <w:separator/>
      </w:r>
    </w:p>
  </w:endnote>
  <w:endnote w:type="continuationSeparator" w:id="0">
    <w:p w14:paraId="1E30E4B1" w14:textId="77777777" w:rsidR="00CE409D" w:rsidRDefault="00CE4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CE409D">
    <w:pPr>
      <w:pStyle w:val="Subsol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B0A88" w14:textId="77777777" w:rsidR="00CE409D" w:rsidRDefault="00CE409D">
      <w:r>
        <w:separator/>
      </w:r>
    </w:p>
  </w:footnote>
  <w:footnote w:type="continuationSeparator" w:id="0">
    <w:p w14:paraId="24AD0096" w14:textId="77777777" w:rsidR="00CE409D" w:rsidRDefault="00CE4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1C0"/>
    <w:rsid w:val="00123DA8"/>
    <w:rsid w:val="0015074B"/>
    <w:rsid w:val="00182EDC"/>
    <w:rsid w:val="001E4091"/>
    <w:rsid w:val="001F772B"/>
    <w:rsid w:val="0029639D"/>
    <w:rsid w:val="00326F90"/>
    <w:rsid w:val="006C103E"/>
    <w:rsid w:val="00A11ECC"/>
    <w:rsid w:val="00A74E07"/>
    <w:rsid w:val="00AA1D8D"/>
    <w:rsid w:val="00B47730"/>
    <w:rsid w:val="00CB0664"/>
    <w:rsid w:val="00CE409D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2026-09-30T19:47:00Z</dcterms:created>
  <dcterms:modified xsi:type="dcterms:W3CDTF">2026-09-30T19:47:00Z</dcterms:modified>
  <cp:category/>
</cp:coreProperties>
</file>