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AB0328" w14:paraId="23992E51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316410E9" w14:textId="6DA2DAD6" w:rsidR="00AB0328" w:rsidRDefault="00AB0328" w:rsidP="00AB0328">
            <w:pPr>
              <w:keepNext/>
              <w:jc w:val="center"/>
            </w:pPr>
            <w:r>
              <w:rPr>
                <w:rFonts w:ascii="Arial" w:hAnsi="Arial" w:cs="Arial"/>
                <w:noProof/>
                <w:lang w:val="ro-RO" w:eastAsia="ro-RO"/>
              </w:rPr>
              <w:drawing>
                <wp:inline distT="0" distB="0" distL="0" distR="0" wp14:anchorId="1BB2370F" wp14:editId="1EF702E8">
                  <wp:extent cx="774575" cy="1045271"/>
                  <wp:effectExtent l="0" t="0" r="6985" b="254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tem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361" cy="1131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647326DE" w14:textId="77777777" w:rsidR="00AB0328" w:rsidRDefault="00AB0328" w:rsidP="00AB0328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63D9566" w14:textId="30A70A9C" w:rsidR="00AB0328" w:rsidRDefault="00AB0328" w:rsidP="00AB0328">
            <w:pPr>
              <w:keepNext/>
            </w:pPr>
            <w:r>
              <w:t>BOTO</w:t>
            </w:r>
            <w:r>
              <w:rPr>
                <w:lang w:val="ro-RO"/>
              </w:rPr>
              <w:t>ȘANI</w:t>
            </w:r>
          </w:p>
        </w:tc>
      </w:tr>
      <w:tr w:rsidR="00AB0328" w14:paraId="4CF39563" w14:textId="77777777">
        <w:trPr>
          <w:cantSplit/>
          <w:trHeight w:val="510"/>
        </w:trPr>
        <w:tc>
          <w:tcPr>
            <w:tcW w:w="1606" w:type="dxa"/>
            <w:vMerge/>
          </w:tcPr>
          <w:p w14:paraId="46929F1C" w14:textId="77777777" w:rsidR="00AB0328" w:rsidRDefault="00AB0328" w:rsidP="00AB0328"/>
        </w:tc>
        <w:tc>
          <w:tcPr>
            <w:tcW w:w="8030" w:type="dxa"/>
            <w:gridSpan w:val="3"/>
            <w:shd w:val="clear" w:color="auto" w:fill="F0F0F0"/>
          </w:tcPr>
          <w:p w14:paraId="134ED519" w14:textId="77777777" w:rsidR="00AB0328" w:rsidRDefault="00AB0328" w:rsidP="00AB0328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411B3CAD" w14:textId="5251CC10" w:rsidR="00AB0328" w:rsidRDefault="00AB0328" w:rsidP="00AB0328">
            <w:pPr>
              <w:keepNext/>
            </w:pPr>
            <w:r>
              <w:t>PRIMARUL COMUNEI ROMA</w:t>
            </w:r>
          </w:p>
        </w:tc>
      </w:tr>
      <w:tr w:rsidR="00AB0328" w14:paraId="75D900BC" w14:textId="77777777">
        <w:trPr>
          <w:cantSplit/>
          <w:trHeight w:val="510"/>
        </w:trPr>
        <w:tc>
          <w:tcPr>
            <w:tcW w:w="1606" w:type="dxa"/>
            <w:vMerge/>
          </w:tcPr>
          <w:p w14:paraId="37B6CDF5" w14:textId="77777777" w:rsidR="00AB0328" w:rsidRDefault="00AB0328" w:rsidP="00AB0328"/>
        </w:tc>
        <w:tc>
          <w:tcPr>
            <w:tcW w:w="2409" w:type="dxa"/>
            <w:shd w:val="clear" w:color="auto" w:fill="F0F0F0"/>
          </w:tcPr>
          <w:p w14:paraId="270E738E" w14:textId="77777777" w:rsidR="00AB0328" w:rsidRPr="00F801F2" w:rsidRDefault="00AB0328" w:rsidP="00AB0328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(CIF)</w:t>
            </w:r>
          </w:p>
          <w:p w14:paraId="7DC4DCC4" w14:textId="7073DE15" w:rsidR="00AB0328" w:rsidRPr="007050CD" w:rsidRDefault="00AB0328" w:rsidP="00AB0328">
            <w:pPr>
              <w:keepNext/>
              <w:rPr>
                <w:lang w:val="fr-FR"/>
              </w:rPr>
            </w:pPr>
            <w:r w:rsidRPr="006C71E6">
              <w:rPr>
                <w:lang w:val="fr-FR"/>
              </w:rPr>
              <w:t>3372114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281BC11E" w14:textId="77777777" w:rsidR="00AB0328" w:rsidRPr="00F801F2" w:rsidRDefault="00AB0328" w:rsidP="00AB0328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(CIF)</w:t>
            </w:r>
          </w:p>
          <w:p w14:paraId="1C11E709" w14:textId="4BCC6E8B" w:rsidR="00AB0328" w:rsidRDefault="00AB0328" w:rsidP="00AB0328">
            <w:pPr>
              <w:keepNext/>
            </w:pPr>
            <w:r w:rsidRPr="006C71E6">
              <w:rPr>
                <w:lang w:val="fr-FR"/>
              </w:rPr>
              <w:t>3372114</w:t>
            </w:r>
          </w:p>
        </w:tc>
      </w:tr>
      <w:tr w:rsidR="00AD35FD" w14:paraId="20852B2C" w14:textId="77777777">
        <w:trPr>
          <w:cantSplit/>
          <w:trHeight w:val="510"/>
        </w:trPr>
        <w:tc>
          <w:tcPr>
            <w:tcW w:w="1606" w:type="dxa"/>
            <w:vMerge/>
          </w:tcPr>
          <w:p w14:paraId="20FE1C8B" w14:textId="77777777" w:rsidR="00AD35FD" w:rsidRDefault="00AD35FD"/>
        </w:tc>
        <w:tc>
          <w:tcPr>
            <w:tcW w:w="4818" w:type="dxa"/>
            <w:gridSpan w:val="2"/>
            <w:shd w:val="clear" w:color="auto" w:fill="F0F0F0"/>
          </w:tcPr>
          <w:p w14:paraId="4F99B7DE" w14:textId="77777777" w:rsidR="00AD35FD" w:rsidRDefault="00966B21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572FA267" w14:textId="77777777" w:rsidR="00AD35FD" w:rsidRDefault="00AD35FD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597632B1" w14:textId="77777777" w:rsidR="00AD35FD" w:rsidRDefault="00966B21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26839202" w14:textId="77777777" w:rsidR="00AD35FD" w:rsidRDefault="00AD35FD">
            <w:pPr>
              <w:keepNext/>
            </w:pPr>
          </w:p>
        </w:tc>
      </w:tr>
      <w:tr w:rsidR="00AD35FD" w:rsidRPr="005E6036" w14:paraId="40A3F398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2FD605A9" w14:textId="77777777" w:rsidR="00AD35FD" w:rsidRPr="007050CD" w:rsidRDefault="00966B21">
            <w:pPr>
              <w:rPr>
                <w:lang w:val="fr-FR"/>
              </w:rPr>
            </w:pPr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7050CD">
              <w:rPr>
                <w:i/>
                <w:color w:val="595959"/>
                <w:lang w:val="fr-FR"/>
              </w:rPr>
              <w:t>se</w:t>
            </w:r>
            <w:proofErr w:type="gramEnd"/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scrie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în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58FEB982" w14:textId="77777777" w:rsidR="00AD35FD" w:rsidRPr="005E6036" w:rsidRDefault="00966B21" w:rsidP="007050CD">
      <w:pPr>
        <w:spacing w:before="140" w:after="40"/>
        <w:jc w:val="center"/>
        <w:rPr>
          <w:sz w:val="28"/>
          <w:szCs w:val="28"/>
        </w:rPr>
      </w:pPr>
      <w:r w:rsidRPr="005E6036">
        <w:rPr>
          <w:b/>
          <w:sz w:val="28"/>
          <w:szCs w:val="28"/>
        </w:rPr>
        <w:t>ÎNȘTIINȚARE</w:t>
      </w:r>
    </w:p>
    <w:p w14:paraId="3F1F960E" w14:textId="77777777" w:rsidR="00AD35FD" w:rsidRDefault="00966B21">
      <w:pPr>
        <w:spacing w:after="120"/>
        <w:jc w:val="center"/>
      </w:pPr>
      <w:r>
        <w:rPr>
          <w:sz w:val="19"/>
        </w:rPr>
        <w:t>privind încheierea execuției lucrărilor</w:t>
      </w:r>
    </w:p>
    <w:p w14:paraId="39CC6B28" w14:textId="77777777" w:rsidR="00AD35FD" w:rsidRDefault="00AD35FD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D35FD" w14:paraId="5D5D5660" w14:textId="77777777">
        <w:trPr>
          <w:cantSplit/>
        </w:trPr>
        <w:tc>
          <w:tcPr>
            <w:tcW w:w="9636" w:type="dxa"/>
            <w:shd w:val="clear" w:color="auto" w:fill="F4F4F4"/>
          </w:tcPr>
          <w:p w14:paraId="7237AFBA" w14:textId="77777777" w:rsidR="00AD35FD" w:rsidRDefault="00966B21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D35FD" w:rsidRPr="007050CD" w14:paraId="6E6DD37F" w14:textId="77777777">
        <w:trPr>
          <w:cantSplit/>
          <w:trHeight w:val="510"/>
        </w:trPr>
        <w:tc>
          <w:tcPr>
            <w:tcW w:w="9636" w:type="dxa"/>
          </w:tcPr>
          <w:p w14:paraId="70472842" w14:textId="77777777" w:rsidR="00AB0328" w:rsidRPr="00F801F2" w:rsidRDefault="00AB0328" w:rsidP="00AB0328">
            <w:pPr>
              <w:keepNext/>
              <w:rPr>
                <w:lang w:val="fr-FR"/>
              </w:rPr>
            </w:pPr>
            <w:proofErr w:type="spellStart"/>
            <w:proofErr w:type="gramStart"/>
            <w:r w:rsidRPr="006C71E6">
              <w:rPr>
                <w:i/>
                <w:strike/>
                <w:color w:val="7A7A7A"/>
                <w:lang w:val="fr-FR"/>
              </w:rPr>
              <w:t>primăria</w:t>
            </w:r>
            <w:proofErr w:type="spellEnd"/>
            <w:proofErr w:type="gramEnd"/>
            <w:r w:rsidRPr="006C71E6">
              <w:rPr>
                <w:i/>
                <w:strike/>
                <w:color w:val="7A7A7A"/>
                <w:lang w:val="fr-FR"/>
              </w:rPr>
              <w:t xml:space="preserve">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municipiului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r w:rsidRPr="006C71E6">
              <w:rPr>
                <w:i/>
                <w:strike/>
                <w:color w:val="7A7A7A"/>
                <w:lang w:val="fr-FR"/>
              </w:rPr>
              <w:t xml:space="preserve">/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orașului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2B6186">
              <w:rPr>
                <w:b/>
                <w:bCs/>
                <w:i/>
                <w:color w:val="7A7A7A"/>
                <w:lang w:val="fr-FR"/>
              </w:rPr>
              <w:t>comunei</w:t>
            </w:r>
            <w:proofErr w:type="spellEnd"/>
            <w:r w:rsidRPr="002B6186">
              <w:rPr>
                <w:b/>
                <w:bCs/>
                <w:i/>
                <w:color w:val="7A7A7A"/>
                <w:lang w:val="fr-FR"/>
              </w:rPr>
              <w:t xml:space="preserve"> </w:t>
            </w:r>
            <w:r w:rsidRPr="006C71E6">
              <w:rPr>
                <w:i/>
                <w:strike/>
                <w:color w:val="7A7A7A"/>
                <w:lang w:val="fr-FR"/>
              </w:rPr>
              <w:t xml:space="preserve">·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primăria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de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sector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·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consiliul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județean</w:t>
            </w:r>
            <w:proofErr w:type="spellEnd"/>
          </w:p>
          <w:p w14:paraId="29E26C9F" w14:textId="74E04D4E" w:rsidR="00AD35FD" w:rsidRPr="007050CD" w:rsidRDefault="00AB0328" w:rsidP="00AB0328">
            <w:pPr>
              <w:keepNext/>
              <w:rPr>
                <w:lang w:val="fr-FR"/>
              </w:rPr>
            </w:pPr>
            <w:r w:rsidRPr="002B6186">
              <w:rPr>
                <w:b/>
                <w:bCs/>
                <w:lang w:val="fr-FR"/>
              </w:rPr>
              <w:t>ROMA</w:t>
            </w:r>
          </w:p>
        </w:tc>
      </w:tr>
      <w:tr w:rsidR="00AD35FD" w:rsidRPr="007050CD" w14:paraId="6859A31D" w14:textId="77777777">
        <w:trPr>
          <w:cantSplit/>
        </w:trPr>
        <w:tc>
          <w:tcPr>
            <w:tcW w:w="9636" w:type="dxa"/>
            <w:shd w:val="clear" w:color="auto" w:fill="F4F4F4"/>
          </w:tcPr>
          <w:p w14:paraId="065790C6" w14:textId="169ECA0F" w:rsidR="00AD35FD" w:rsidRPr="005E6036" w:rsidRDefault="00966B21">
            <w:pPr>
              <w:spacing w:line="228" w:lineRule="auto"/>
            </w:pPr>
            <w:proofErr w:type="spellStart"/>
            <w:r w:rsidRPr="005E6036">
              <w:t>Cererea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va</w:t>
            </w:r>
            <w:proofErr w:type="spellEnd"/>
            <w:r w:rsidRPr="005E6036">
              <w:t xml:space="preserve"> fi</w:t>
            </w:r>
            <w:r w:rsidR="007050CD" w:rsidRPr="005E6036">
              <w:t xml:space="preserve"> </w:t>
            </w:r>
            <w:proofErr w:type="spellStart"/>
            <w:r w:rsidR="007050CD" w:rsidRPr="005E6036">
              <w:t>adresată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către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președintele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consiliului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județean</w:t>
            </w:r>
            <w:proofErr w:type="spellEnd"/>
            <w:r w:rsidRPr="005E6036">
              <w:t xml:space="preserve">, </w:t>
            </w:r>
            <w:proofErr w:type="spellStart"/>
            <w:r w:rsidRPr="005E6036">
              <w:t>primarul</w:t>
            </w:r>
            <w:proofErr w:type="spellEnd"/>
            <w:r w:rsidRPr="005E6036">
              <w:t xml:space="preserve"> general, </w:t>
            </w:r>
            <w:proofErr w:type="spellStart"/>
            <w:r w:rsidRPr="005E6036">
              <w:t>primarul</w:t>
            </w:r>
            <w:proofErr w:type="spellEnd"/>
            <w:r w:rsidRPr="005E6036">
              <w:t xml:space="preserve"> de sector </w:t>
            </w:r>
            <w:proofErr w:type="spellStart"/>
            <w:r w:rsidRPr="005E6036">
              <w:t>sau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primarul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municipiului</w:t>
            </w:r>
            <w:proofErr w:type="spellEnd"/>
            <w:r w:rsidRPr="005E6036">
              <w:t xml:space="preserve"> / </w:t>
            </w:r>
            <w:proofErr w:type="spellStart"/>
            <w:r w:rsidRPr="005E6036">
              <w:t>orașului</w:t>
            </w:r>
            <w:proofErr w:type="spellEnd"/>
            <w:r w:rsidRPr="005E6036">
              <w:t xml:space="preserve"> / </w:t>
            </w:r>
            <w:proofErr w:type="spellStart"/>
            <w:r w:rsidRPr="005E6036">
              <w:t>comunei</w:t>
            </w:r>
            <w:proofErr w:type="spellEnd"/>
            <w:r w:rsidRPr="005E6036">
              <w:t xml:space="preserve">, </w:t>
            </w:r>
            <w:proofErr w:type="spellStart"/>
            <w:r w:rsidRPr="005E6036">
              <w:t>după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caz</w:t>
            </w:r>
            <w:proofErr w:type="spellEnd"/>
            <w:r w:rsidRPr="005E6036">
              <w:t>.</w:t>
            </w:r>
          </w:p>
        </w:tc>
      </w:tr>
    </w:tbl>
    <w:p w14:paraId="51D38FA9" w14:textId="77777777" w:rsidR="00AD35FD" w:rsidRPr="005E6036" w:rsidRDefault="00AD35F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D35FD" w14:paraId="46CB876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3B3776" w14:textId="77777777" w:rsidR="00AD35FD" w:rsidRDefault="00966B21">
            <w:pPr>
              <w:keepNext/>
            </w:pPr>
            <w:r w:rsidRPr="005E6036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D35FD" w14:paraId="32169DFD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09156218" w14:textId="77777777" w:rsidR="00AD35FD" w:rsidRDefault="00966B21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1460DBA2" w14:textId="77777777" w:rsidR="00AD35FD" w:rsidRDefault="00AD35FD">
            <w:pPr>
              <w:keepNext/>
            </w:pPr>
          </w:p>
        </w:tc>
        <w:tc>
          <w:tcPr>
            <w:tcW w:w="4015" w:type="dxa"/>
            <w:gridSpan w:val="3"/>
          </w:tcPr>
          <w:p w14:paraId="62D69012" w14:textId="77777777" w:rsidR="00AD35FD" w:rsidRDefault="00966B21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5C61E18C" w14:textId="77777777" w:rsidR="00AD35FD" w:rsidRDefault="00AD35FD">
            <w:pPr>
              <w:keepNext/>
            </w:pPr>
          </w:p>
        </w:tc>
      </w:tr>
      <w:tr w:rsidR="00AD35FD" w14:paraId="2BC6EF7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8B7BC7E" w14:textId="77777777" w:rsidR="00AD35FD" w:rsidRDefault="00966B21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AD35FD" w14:paraId="1EDA1342" w14:textId="77777777">
        <w:trPr>
          <w:cantSplit/>
          <w:trHeight w:val="510"/>
        </w:trPr>
        <w:tc>
          <w:tcPr>
            <w:tcW w:w="1606" w:type="dxa"/>
          </w:tcPr>
          <w:p w14:paraId="09DE4D5B" w14:textId="77777777" w:rsidR="00AD35FD" w:rsidRDefault="00966B21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04A3F5A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2B6D2861" w14:textId="77777777" w:rsidR="00AD35FD" w:rsidRDefault="00966B21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15B2CC0F" w14:textId="77777777" w:rsidR="00AD35FD" w:rsidRDefault="00AD35FD">
            <w:pPr>
              <w:keepNext/>
            </w:pPr>
          </w:p>
        </w:tc>
        <w:tc>
          <w:tcPr>
            <w:tcW w:w="4818" w:type="dxa"/>
            <w:gridSpan w:val="5"/>
          </w:tcPr>
          <w:p w14:paraId="074B257B" w14:textId="77777777" w:rsidR="00AD35FD" w:rsidRDefault="00966B21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68E9A4D7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6665BF0B" w14:textId="77777777" w:rsidR="00AD35FD" w:rsidRDefault="00966B21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85EFB42" w14:textId="77777777" w:rsidR="00AD35FD" w:rsidRDefault="00AD35FD">
            <w:pPr>
              <w:keepNext/>
            </w:pPr>
          </w:p>
        </w:tc>
      </w:tr>
      <w:tr w:rsidR="00AD35FD" w14:paraId="32CEFBE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F217D41" w14:textId="77777777" w:rsidR="00AD35FD" w:rsidRDefault="00966B21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AD35FD" w14:paraId="5155AE8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49A1DBB3" w14:textId="77777777" w:rsidR="00AD35FD" w:rsidRDefault="00966B21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176509F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4"/>
          </w:tcPr>
          <w:p w14:paraId="12FFC180" w14:textId="77777777" w:rsidR="00AD35FD" w:rsidRDefault="00966B21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78AF07E4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6DCE9F1A" w14:textId="77777777" w:rsidR="00AD35FD" w:rsidRDefault="00966B21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2ABA8A3A" w14:textId="77777777" w:rsidR="00AD35FD" w:rsidRDefault="00AD35FD">
            <w:pPr>
              <w:keepNext/>
            </w:pPr>
          </w:p>
        </w:tc>
      </w:tr>
      <w:tr w:rsidR="00AD35FD" w14:paraId="40628C1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F167578" w14:textId="77777777" w:rsidR="00AD35FD" w:rsidRDefault="00966B21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BA56E68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1489889D" w14:textId="77777777" w:rsidR="00AD35FD" w:rsidRDefault="00966B21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B4ABA2F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7CD5A464" w14:textId="77777777" w:rsidR="00AD35FD" w:rsidRDefault="00966B21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B109255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35CA800D" w14:textId="77777777" w:rsidR="00AD35FD" w:rsidRDefault="00966B21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349F3CE7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5BF03D03" w14:textId="77777777" w:rsidR="00AD35FD" w:rsidRDefault="00966B21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A6186CA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7A7CC008" w14:textId="77777777" w:rsidR="00AD35FD" w:rsidRDefault="00966B21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EDFEC25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0F72F706" w14:textId="77777777" w:rsidR="00AD35FD" w:rsidRDefault="00966B21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487B61C5" w14:textId="77777777" w:rsidR="00AD35FD" w:rsidRDefault="00AD35FD">
            <w:pPr>
              <w:keepNext/>
            </w:pPr>
          </w:p>
        </w:tc>
      </w:tr>
      <w:tr w:rsidR="00AD35FD" w14:paraId="025BF65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FA46FA6" w14:textId="77777777" w:rsidR="00AD35FD" w:rsidRDefault="00966B21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D35FD" w14:paraId="3F62D54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1D073D6E" w14:textId="77777777" w:rsidR="00AD35FD" w:rsidRDefault="00966B21">
            <w:r>
              <w:rPr>
                <w:b/>
                <w:color w:val="0D5F78"/>
              </w:rPr>
              <w:t>Telefon / fax</w:t>
            </w:r>
          </w:p>
          <w:p w14:paraId="39CC712B" w14:textId="77777777" w:rsidR="00AD35FD" w:rsidRDefault="00AD35FD"/>
        </w:tc>
        <w:tc>
          <w:tcPr>
            <w:tcW w:w="5621" w:type="dxa"/>
            <w:gridSpan w:val="5"/>
          </w:tcPr>
          <w:p w14:paraId="731E3EAF" w14:textId="77777777" w:rsidR="00AD35FD" w:rsidRDefault="00966B21">
            <w:r>
              <w:rPr>
                <w:b/>
                <w:color w:val="0D5F78"/>
              </w:rPr>
              <w:t>E-mail</w:t>
            </w:r>
          </w:p>
          <w:p w14:paraId="6A57A506" w14:textId="77777777" w:rsidR="00AD35FD" w:rsidRDefault="00AD35FD"/>
        </w:tc>
      </w:tr>
    </w:tbl>
    <w:p w14:paraId="4D9D1FE5" w14:textId="77777777" w:rsidR="00AD35FD" w:rsidRDefault="00AD35F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D35FD" w:rsidRPr="005E6036" w14:paraId="0CCD3AD7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FDD6DE2" w14:textId="77777777" w:rsidR="00AD35FD" w:rsidRPr="007050CD" w:rsidRDefault="00966B21">
            <w:pPr>
              <w:keepNext/>
              <w:rPr>
                <w:lang w:val="fr-FR"/>
              </w:rPr>
            </w:pPr>
            <w:r w:rsidRPr="007050CD">
              <w:rPr>
                <w:b/>
                <w:sz w:val="16"/>
                <w:lang w:val="fr-FR"/>
              </w:rPr>
              <w:t xml:space="preserve"> 3. </w:t>
            </w:r>
            <w:r w:rsidRPr="007050CD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D35FD" w14:paraId="587E3C10" w14:textId="77777777">
        <w:trPr>
          <w:cantSplit/>
          <w:trHeight w:val="510"/>
        </w:trPr>
        <w:tc>
          <w:tcPr>
            <w:tcW w:w="1606" w:type="dxa"/>
          </w:tcPr>
          <w:p w14:paraId="38570560" w14:textId="77777777" w:rsidR="00AD35FD" w:rsidRDefault="00966B21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D760159" w14:textId="77777777" w:rsidR="00AD35FD" w:rsidRDefault="00AD35FD">
            <w:pPr>
              <w:keepNext/>
            </w:pPr>
          </w:p>
        </w:tc>
        <w:tc>
          <w:tcPr>
            <w:tcW w:w="2409" w:type="dxa"/>
          </w:tcPr>
          <w:p w14:paraId="331EAC7E" w14:textId="77777777" w:rsidR="00AD35FD" w:rsidRDefault="00966B21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3ACC2CAC" w14:textId="77777777" w:rsidR="00AD35FD" w:rsidRDefault="00AD35FD">
            <w:pPr>
              <w:keepNext/>
            </w:pPr>
          </w:p>
        </w:tc>
        <w:tc>
          <w:tcPr>
            <w:tcW w:w="5621" w:type="dxa"/>
          </w:tcPr>
          <w:p w14:paraId="45DAA697" w14:textId="77777777" w:rsidR="00AD35FD" w:rsidRDefault="00966B21">
            <w:pPr>
              <w:keepNext/>
            </w:pPr>
            <w:r>
              <w:rPr>
                <w:b/>
                <w:color w:val="0D5F78"/>
              </w:rPr>
              <w:t>Emisă de</w:t>
            </w:r>
          </w:p>
          <w:p w14:paraId="7035BC1B" w14:textId="77777777" w:rsidR="00AD35FD" w:rsidRDefault="00AD35FD">
            <w:pPr>
              <w:keepNext/>
            </w:pPr>
          </w:p>
        </w:tc>
      </w:tr>
      <w:tr w:rsidR="00AD35FD" w14:paraId="24AC54C1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DD30D26" w14:textId="77777777" w:rsidR="00AD35FD" w:rsidRDefault="00966B21">
            <w:pPr>
              <w:keepNext/>
            </w:pPr>
            <w:r>
              <w:rPr>
                <w:sz w:val="16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D35FD" w:rsidRPr="005E6036" w14:paraId="14CEAA34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023C43F6" w14:textId="77777777" w:rsidR="00AD35FD" w:rsidRPr="007050CD" w:rsidRDefault="00966B21">
            <w:pPr>
              <w:keepNext/>
              <w:rPr>
                <w:lang w:val="fr-FR"/>
              </w:rPr>
            </w:pPr>
            <w:proofErr w:type="spellStart"/>
            <w:r w:rsidRPr="007050CD">
              <w:rPr>
                <w:b/>
                <w:color w:val="0D5F78"/>
                <w:lang w:val="fr-FR"/>
              </w:rPr>
              <w:t>Denumirea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capacitatea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și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categoria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din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autorizație</w:t>
            </w:r>
            <w:proofErr w:type="spellEnd"/>
          </w:p>
          <w:p w14:paraId="5D07F1A8" w14:textId="77777777" w:rsidR="00AD35FD" w:rsidRPr="007050CD" w:rsidRDefault="00AD35FD">
            <w:pPr>
              <w:keepNext/>
              <w:rPr>
                <w:lang w:val="fr-FR"/>
              </w:rPr>
            </w:pPr>
          </w:p>
        </w:tc>
      </w:tr>
      <w:tr w:rsidR="00AD35FD" w14:paraId="0BCFAFD1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7645425" w14:textId="77777777" w:rsidR="00AD35FD" w:rsidRDefault="00966B21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valoare</w:t>
            </w:r>
            <w:proofErr w:type="spellEnd"/>
            <w:r>
              <w:rPr>
                <w:b/>
                <w:color w:val="0D5F78"/>
              </w:rPr>
              <w:t xml:space="preserve"> de (lei)</w:t>
            </w:r>
          </w:p>
          <w:p w14:paraId="3EFD05AE" w14:textId="77777777" w:rsidR="00AD35FD" w:rsidRDefault="00AD35FD"/>
        </w:tc>
      </w:tr>
    </w:tbl>
    <w:p w14:paraId="6F25DA33" w14:textId="48CBC554" w:rsidR="00AD35FD" w:rsidRPr="005E6036" w:rsidRDefault="00966B21" w:rsidP="007050CD">
      <w:pPr>
        <w:spacing w:before="140" w:after="40"/>
        <w:jc w:val="center"/>
        <w:rPr>
          <w:sz w:val="28"/>
          <w:szCs w:val="28"/>
        </w:rPr>
      </w:pPr>
      <w:r w:rsidRPr="005E6036">
        <w:rPr>
          <w:b/>
          <w:sz w:val="28"/>
          <w:szCs w:val="28"/>
        </w:rPr>
        <w:t>ADUC LA CUNOȘTINȚĂ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D35FD" w14:paraId="43F9191F" w14:textId="77777777">
        <w:trPr>
          <w:cantSplit/>
          <w:trHeight w:val="510"/>
        </w:trPr>
        <w:tc>
          <w:tcPr>
            <w:tcW w:w="2409" w:type="dxa"/>
          </w:tcPr>
          <w:p w14:paraId="1A30CAD2" w14:textId="77777777" w:rsidR="00AD35FD" w:rsidRDefault="00966B21">
            <w:r>
              <w:rPr>
                <w:b/>
                <w:color w:val="0D5F78"/>
              </w:rPr>
              <w:t>Că la data de</w:t>
            </w:r>
          </w:p>
          <w:p w14:paraId="5CE18A2B" w14:textId="77777777" w:rsidR="00AD35FD" w:rsidRDefault="00AD35FD"/>
        </w:tc>
        <w:tc>
          <w:tcPr>
            <w:tcW w:w="1606" w:type="dxa"/>
          </w:tcPr>
          <w:p w14:paraId="537E7015" w14:textId="77777777" w:rsidR="00AD35FD" w:rsidRDefault="00966B21">
            <w:r>
              <w:rPr>
                <w:b/>
                <w:color w:val="0D5F78"/>
              </w:rPr>
              <w:t>ora</w:t>
            </w:r>
          </w:p>
          <w:p w14:paraId="349EB503" w14:textId="77777777" w:rsidR="00AD35FD" w:rsidRDefault="00AD35FD"/>
        </w:tc>
        <w:tc>
          <w:tcPr>
            <w:tcW w:w="5621" w:type="dxa"/>
          </w:tcPr>
          <w:p w14:paraId="479316B2" w14:textId="77777777" w:rsidR="00AD35FD" w:rsidRPr="007050CD" w:rsidRDefault="00966B21">
            <w:pPr>
              <w:rPr>
                <w:lang w:val="fr-FR"/>
              </w:rPr>
            </w:pPr>
            <w:proofErr w:type="gramStart"/>
            <w:r w:rsidRPr="007050CD">
              <w:rPr>
                <w:b/>
                <w:color w:val="0D5F78"/>
                <w:lang w:val="fr-FR"/>
              </w:rPr>
              <w:t>au</w:t>
            </w:r>
            <w:proofErr w:type="gram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fost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finalizate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lucrările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construcții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autorizate</w:t>
            </w:r>
            <w:proofErr w:type="spellEnd"/>
          </w:p>
          <w:p w14:paraId="70DA8600" w14:textId="77777777" w:rsidR="00AD35FD" w:rsidRDefault="00966B21">
            <w:proofErr w:type="spellStart"/>
            <w:r>
              <w:rPr>
                <w:i/>
                <w:color w:val="7A7A7A"/>
              </w:rPr>
              <w:t>pentru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imobilul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mai</w:t>
            </w:r>
            <w:proofErr w:type="spellEnd"/>
            <w:r>
              <w:rPr>
                <w:i/>
                <w:color w:val="7A7A7A"/>
              </w:rPr>
              <w:t xml:space="preserve"> jos</w:t>
            </w:r>
          </w:p>
          <w:p w14:paraId="0A5397F4" w14:textId="77777777" w:rsidR="00AD35FD" w:rsidRDefault="00AD35FD"/>
        </w:tc>
      </w:tr>
    </w:tbl>
    <w:p w14:paraId="46459DEB" w14:textId="77777777" w:rsidR="00AD35FD" w:rsidRDefault="00AD35F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D35FD" w14:paraId="503B36F7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7C80A2C" w14:textId="77777777" w:rsidR="00AD35FD" w:rsidRDefault="00966B21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D35FD" w14:paraId="6246E343" w14:textId="77777777">
        <w:trPr>
          <w:cantSplit/>
        </w:trPr>
        <w:tc>
          <w:tcPr>
            <w:tcW w:w="9636" w:type="dxa"/>
            <w:gridSpan w:val="6"/>
          </w:tcPr>
          <w:p w14:paraId="0AB87AAD" w14:textId="77777777" w:rsidR="00AD35FD" w:rsidRDefault="00966B21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AD35FD" w14:paraId="53BDC58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48965D1" w14:textId="77777777" w:rsidR="00AD35FD" w:rsidRDefault="00966B21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3613F305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365ED677" w14:textId="77777777" w:rsidR="00AD35FD" w:rsidRDefault="00966B21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6F56704A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621EB7A6" w14:textId="77777777" w:rsidR="00AD35FD" w:rsidRDefault="00966B21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4F784361" w14:textId="77777777" w:rsidR="00AD35FD" w:rsidRDefault="00AD35FD">
            <w:pPr>
              <w:keepNext/>
            </w:pPr>
          </w:p>
        </w:tc>
      </w:tr>
      <w:tr w:rsidR="00AD35FD" w14:paraId="2BC39562" w14:textId="77777777">
        <w:trPr>
          <w:cantSplit/>
          <w:trHeight w:val="510"/>
        </w:trPr>
        <w:tc>
          <w:tcPr>
            <w:tcW w:w="1606" w:type="dxa"/>
          </w:tcPr>
          <w:p w14:paraId="32502F27" w14:textId="77777777" w:rsidR="00AD35FD" w:rsidRDefault="00966B21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492DB3D9" w14:textId="77777777" w:rsidR="00AD35FD" w:rsidRDefault="00AD35FD">
            <w:pPr>
              <w:keepNext/>
            </w:pPr>
          </w:p>
        </w:tc>
        <w:tc>
          <w:tcPr>
            <w:tcW w:w="4818" w:type="dxa"/>
            <w:gridSpan w:val="3"/>
          </w:tcPr>
          <w:p w14:paraId="79596D03" w14:textId="77777777" w:rsidR="00AD35FD" w:rsidRDefault="00966B21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6B7FC7B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0B5DE636" w14:textId="77777777" w:rsidR="00AD35FD" w:rsidRDefault="00966B21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C554BE8" w14:textId="77777777" w:rsidR="00AD35FD" w:rsidRDefault="00AD35FD">
            <w:pPr>
              <w:keepNext/>
            </w:pPr>
          </w:p>
        </w:tc>
        <w:tc>
          <w:tcPr>
            <w:tcW w:w="2409" w:type="dxa"/>
          </w:tcPr>
          <w:p w14:paraId="5F4DD626" w14:textId="77777777" w:rsidR="00AD35FD" w:rsidRDefault="00966B21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481D6BF6" w14:textId="77777777" w:rsidR="00AD35FD" w:rsidRDefault="00AD35FD">
            <w:pPr>
              <w:keepNext/>
            </w:pPr>
          </w:p>
        </w:tc>
      </w:tr>
      <w:tr w:rsidR="00AD35FD" w14:paraId="45E2EB9D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946A25A" w14:textId="77777777" w:rsidR="00AD35FD" w:rsidRPr="007050CD" w:rsidRDefault="00966B21">
            <w:pPr>
              <w:keepNext/>
              <w:rPr>
                <w:lang w:val="fr-FR"/>
              </w:rPr>
            </w:pPr>
            <w:proofErr w:type="spellStart"/>
            <w:r w:rsidRPr="007050CD">
              <w:rPr>
                <w:b/>
                <w:color w:val="0D5F78"/>
                <w:lang w:val="fr-FR"/>
              </w:rPr>
              <w:t>Număr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cadastral</w:t>
            </w:r>
          </w:p>
          <w:p w14:paraId="75CF10B0" w14:textId="77777777" w:rsidR="00AD35FD" w:rsidRPr="007050CD" w:rsidRDefault="00966B21">
            <w:pPr>
              <w:keepNext/>
              <w:rPr>
                <w:lang w:val="fr-FR"/>
              </w:rPr>
            </w:pPr>
            <w:proofErr w:type="spellStart"/>
            <w:proofErr w:type="gramStart"/>
            <w:r w:rsidRPr="007050CD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7050C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în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e-Terra</w:t>
            </w:r>
          </w:p>
          <w:p w14:paraId="23C02068" w14:textId="77777777" w:rsidR="00AD35FD" w:rsidRPr="007050CD" w:rsidRDefault="00AD35FD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1CA801FC" w14:textId="77777777" w:rsidR="00AD35FD" w:rsidRDefault="00966B21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7460EFF8" w14:textId="77777777" w:rsidR="00AD35FD" w:rsidRDefault="00AD35FD">
            <w:pPr>
              <w:keepNext/>
            </w:pPr>
          </w:p>
        </w:tc>
      </w:tr>
    </w:tbl>
    <w:p w14:paraId="4310081F" w14:textId="77777777" w:rsidR="00AD35FD" w:rsidRDefault="00AD35F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7227"/>
        <w:gridCol w:w="2409"/>
      </w:tblGrid>
      <w:tr w:rsidR="00AD35FD" w14:paraId="00876DD1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91472DD" w14:textId="77777777" w:rsidR="00AD35FD" w:rsidRDefault="00966B21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CONVOCAREA COMISIEI DE RECEPȚIE</w:t>
            </w:r>
          </w:p>
        </w:tc>
      </w:tr>
      <w:tr w:rsidR="00AD35FD" w14:paraId="1EE75B4F" w14:textId="77777777">
        <w:trPr>
          <w:cantSplit/>
          <w:trHeight w:val="510"/>
        </w:trPr>
        <w:tc>
          <w:tcPr>
            <w:tcW w:w="7227" w:type="dxa"/>
          </w:tcPr>
          <w:p w14:paraId="668CA31F" w14:textId="77777777" w:rsidR="00AD35FD" w:rsidRPr="007050CD" w:rsidRDefault="00966B21">
            <w:pPr>
              <w:rPr>
                <w:lang w:val="fr-FR"/>
              </w:rPr>
            </w:pPr>
            <w:r w:rsidRPr="007050CD">
              <w:rPr>
                <w:b/>
                <w:color w:val="0D5F78"/>
                <w:lang w:val="fr-FR"/>
              </w:rPr>
              <w:t xml:space="preserve">Se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convoacă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comisia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recepție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terminarea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lucrărilor</w:t>
            </w:r>
            <w:proofErr w:type="spellEnd"/>
            <w:r w:rsidRPr="007050CD">
              <w:rPr>
                <w:b/>
                <w:color w:val="0D5F78"/>
                <w:lang w:val="fr-FR"/>
              </w:rPr>
              <w:t>, la data</w:t>
            </w:r>
          </w:p>
          <w:p w14:paraId="3C5ABEF2" w14:textId="77777777" w:rsidR="00AD35FD" w:rsidRPr="007050CD" w:rsidRDefault="00AD35FD">
            <w:pPr>
              <w:rPr>
                <w:lang w:val="fr-FR"/>
              </w:rPr>
            </w:pPr>
          </w:p>
        </w:tc>
        <w:tc>
          <w:tcPr>
            <w:tcW w:w="2409" w:type="dxa"/>
          </w:tcPr>
          <w:p w14:paraId="005C1153" w14:textId="77777777" w:rsidR="00AD35FD" w:rsidRDefault="00966B21">
            <w:r>
              <w:rPr>
                <w:b/>
                <w:color w:val="0D5F78"/>
              </w:rPr>
              <w:t>ora</w:t>
            </w:r>
          </w:p>
          <w:p w14:paraId="67115499" w14:textId="77777777" w:rsidR="00AD35FD" w:rsidRDefault="00AD35FD"/>
        </w:tc>
      </w:tr>
    </w:tbl>
    <w:p w14:paraId="2CA6B2E0" w14:textId="77777777" w:rsidR="00AD35FD" w:rsidRDefault="00AD35F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D35FD" w14:paraId="4DA3EAB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22918AA" w14:textId="77777777" w:rsidR="00AD35FD" w:rsidRDefault="00966B21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AD35FD" w14:paraId="70E41EEA" w14:textId="77777777">
        <w:trPr>
          <w:cantSplit/>
          <w:trHeight w:val="510"/>
        </w:trPr>
        <w:tc>
          <w:tcPr>
            <w:tcW w:w="1606" w:type="dxa"/>
          </w:tcPr>
          <w:p w14:paraId="246FD708" w14:textId="77777777" w:rsidR="00AD35FD" w:rsidRDefault="00966B21">
            <w:r>
              <w:rPr>
                <w:b/>
                <w:color w:val="0D5F78"/>
              </w:rPr>
              <w:t>Data</w:t>
            </w:r>
          </w:p>
          <w:p w14:paraId="71990700" w14:textId="77777777" w:rsidR="00AD35FD" w:rsidRDefault="00AD35FD"/>
        </w:tc>
        <w:tc>
          <w:tcPr>
            <w:tcW w:w="4818" w:type="dxa"/>
          </w:tcPr>
          <w:p w14:paraId="16AE7494" w14:textId="77777777" w:rsidR="00AD35FD" w:rsidRDefault="00966B21">
            <w:r>
              <w:rPr>
                <w:b/>
                <w:color w:val="0D5F78"/>
              </w:rPr>
              <w:t>Titularul autorizației</w:t>
            </w:r>
          </w:p>
          <w:p w14:paraId="3DBB02B2" w14:textId="77777777" w:rsidR="00AD35FD" w:rsidRDefault="00AD35FD"/>
        </w:tc>
        <w:tc>
          <w:tcPr>
            <w:tcW w:w="3212" w:type="dxa"/>
          </w:tcPr>
          <w:p w14:paraId="4A633198" w14:textId="77777777" w:rsidR="00AD35FD" w:rsidRDefault="00966B21">
            <w:r>
              <w:rPr>
                <w:b/>
                <w:color w:val="0D5F78"/>
              </w:rPr>
              <w:t>Semnătura</w:t>
            </w:r>
          </w:p>
          <w:p w14:paraId="5A726045" w14:textId="77777777" w:rsidR="00AD35FD" w:rsidRDefault="00AD35FD"/>
        </w:tc>
      </w:tr>
    </w:tbl>
    <w:p w14:paraId="7A82EDC4" w14:textId="77777777" w:rsidR="00AD35FD" w:rsidRDefault="00AD35FD">
      <w:pPr>
        <w:spacing w:line="168" w:lineRule="auto"/>
      </w:pPr>
    </w:p>
    <w:sectPr w:rsidR="00AD35FD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B2A7E" w14:textId="77777777" w:rsidR="00966B21" w:rsidRDefault="00966B21">
      <w:r>
        <w:separator/>
      </w:r>
    </w:p>
  </w:endnote>
  <w:endnote w:type="continuationSeparator" w:id="0">
    <w:p w14:paraId="65E88965" w14:textId="77777777" w:rsidR="00966B21" w:rsidRDefault="00966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F1F6F" w14:textId="7C30F0FC" w:rsidR="00AD35FD" w:rsidRDefault="00966B21">
    <w:pPr>
      <w:pStyle w:val="Subsol"/>
      <w:tabs>
        <w:tab w:val="right" w:pos="9639"/>
      </w:tabs>
    </w:pPr>
    <w:r>
      <w:rPr>
        <w:color w:val="595959"/>
      </w:rPr>
      <w:t>F_A_</w:t>
    </w:r>
    <w:r w:rsidR="005E6036">
      <w:rPr>
        <w:color w:val="595959"/>
      </w:rPr>
      <w:t>10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7050CD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7050CD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5CF84" w14:textId="77777777" w:rsidR="00966B21" w:rsidRDefault="00966B21">
      <w:r>
        <w:separator/>
      </w:r>
    </w:p>
  </w:footnote>
  <w:footnote w:type="continuationSeparator" w:id="0">
    <w:p w14:paraId="4E06A0B7" w14:textId="77777777" w:rsidR="00966B21" w:rsidRDefault="00966B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13549725">
    <w:abstractNumId w:val="8"/>
  </w:num>
  <w:num w:numId="2" w16cid:durableId="1043405023">
    <w:abstractNumId w:val="6"/>
  </w:num>
  <w:num w:numId="3" w16cid:durableId="2058121501">
    <w:abstractNumId w:val="5"/>
  </w:num>
  <w:num w:numId="4" w16cid:durableId="822626475">
    <w:abstractNumId w:val="4"/>
  </w:num>
  <w:num w:numId="5" w16cid:durableId="729963553">
    <w:abstractNumId w:val="7"/>
  </w:num>
  <w:num w:numId="6" w16cid:durableId="1701200132">
    <w:abstractNumId w:val="3"/>
  </w:num>
  <w:num w:numId="7" w16cid:durableId="1146553551">
    <w:abstractNumId w:val="2"/>
  </w:num>
  <w:num w:numId="8" w16cid:durableId="224266935">
    <w:abstractNumId w:val="1"/>
  </w:num>
  <w:num w:numId="9" w16cid:durableId="1878928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D6E6F"/>
    <w:rsid w:val="0029639D"/>
    <w:rsid w:val="00326F90"/>
    <w:rsid w:val="005E6036"/>
    <w:rsid w:val="006C103E"/>
    <w:rsid w:val="007050CD"/>
    <w:rsid w:val="008E3393"/>
    <w:rsid w:val="00966B21"/>
    <w:rsid w:val="00A74E07"/>
    <w:rsid w:val="00AA1D8D"/>
    <w:rsid w:val="00AB0328"/>
    <w:rsid w:val="00AD35FD"/>
    <w:rsid w:val="00B47730"/>
    <w:rsid w:val="00B769B5"/>
    <w:rsid w:val="00CB0664"/>
    <w:rsid w:val="00E61A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E384F2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deparagrafimplicit"/>
    <w:uiPriority w:val="99"/>
    <w:unhideWhenUsed/>
    <w:rsid w:val="00AB03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Asus</cp:lastModifiedBy>
  <cp:revision>2</cp:revision>
  <dcterms:created xsi:type="dcterms:W3CDTF">2026-09-30T19:49:00Z</dcterms:created>
  <dcterms:modified xsi:type="dcterms:W3CDTF">2026-09-30T19:49:00Z</dcterms:modified>
  <cp:category/>
</cp:coreProperties>
</file>