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A49E8" w14:textId="77777777" w:rsidR="008B7DC3" w:rsidRPr="008B7DC3" w:rsidRDefault="008B7DC3" w:rsidP="008B7DC3">
      <w:pPr>
        <w:jc w:val="center"/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</w:pPr>
      <w:r w:rsidRPr="008B7DC3"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  <w:t>MED-HACK UNISUD 2026</w:t>
      </w:r>
    </w:p>
    <w:p w14:paraId="36422239" w14:textId="72232BB6" w:rsidR="008B7DC3" w:rsidRPr="008B7DC3" w:rsidRDefault="008B7DC3" w:rsidP="008B7DC3">
      <w:pPr>
        <w:jc w:val="center"/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</w:pPr>
      <w:proofErr w:type="spellStart"/>
      <w:r w:rsidRPr="008B7DC3"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  <w:t>Formulario</w:t>
      </w:r>
      <w:proofErr w:type="spellEnd"/>
      <w:r w:rsidRPr="008B7DC3"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  <w:t xml:space="preserve"> de </w:t>
      </w:r>
      <w:proofErr w:type="spellStart"/>
      <w:r w:rsidRPr="008B7DC3"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  <w:t>Preinscripció</w:t>
      </w:r>
      <w:r w:rsidRPr="008B7DC3">
        <w:rPr>
          <w:rFonts w:asciiTheme="majorHAnsi" w:eastAsiaTheme="majorEastAsia" w:hAnsiTheme="majorHAnsi" w:cstheme="majorHAnsi"/>
          <w:b/>
          <w:bCs/>
          <w:color w:val="00884A"/>
          <w:sz w:val="32"/>
          <w:szCs w:val="24"/>
        </w:rPr>
        <w:t>n</w:t>
      </w:r>
      <w:proofErr w:type="spellEnd"/>
    </w:p>
    <w:p w14:paraId="2227AF7D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preinscripción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permitirá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conocer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evaluar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presentadas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antes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seleccionar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los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equipos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que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participarán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oficialmente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Med-Hack UNISUD 2026.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inscripción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etapa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no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garantiza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participación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hackathon.</w:t>
      </w:r>
      <w:bookmarkStart w:id="0" w:name="_GoBack"/>
      <w:bookmarkEnd w:id="0"/>
    </w:p>
    <w:p w14:paraId="67840C86" w14:textId="77777777" w:rsidR="008B7DC3" w:rsidRPr="008B7DC3" w:rsidRDefault="008B7DC3" w:rsidP="008B7DC3">
      <w:pPr>
        <w:pStyle w:val="Ttulo1"/>
        <w:rPr>
          <w:rFonts w:cstheme="majorHAnsi"/>
          <w:sz w:val="32"/>
          <w:szCs w:val="24"/>
        </w:rPr>
      </w:pPr>
      <w:r w:rsidRPr="008B7DC3">
        <w:rPr>
          <w:rFonts w:cstheme="majorHAnsi"/>
          <w:sz w:val="32"/>
          <w:szCs w:val="24"/>
        </w:rPr>
        <w:t>A. FORMULARIO DE PREINSCRIPCIÓN</w:t>
      </w:r>
    </w:p>
    <w:p w14:paraId="4FE160C6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1. </w:t>
      </w:r>
      <w:proofErr w:type="spellStart"/>
      <w:r w:rsidRPr="008B7DC3">
        <w:rPr>
          <w:rFonts w:cstheme="majorHAnsi"/>
          <w:sz w:val="24"/>
          <w:szCs w:val="24"/>
        </w:rPr>
        <w:t>Datos</w:t>
      </w:r>
      <w:proofErr w:type="spellEnd"/>
      <w:r w:rsidRPr="008B7DC3">
        <w:rPr>
          <w:rFonts w:cstheme="majorHAnsi"/>
          <w:sz w:val="24"/>
          <w:szCs w:val="24"/>
        </w:rPr>
        <w:t xml:space="preserve"> del </w:t>
      </w:r>
      <w:proofErr w:type="spellStart"/>
      <w:r w:rsidRPr="008B7DC3">
        <w:rPr>
          <w:rFonts w:cstheme="majorHAnsi"/>
          <w:sz w:val="24"/>
          <w:szCs w:val="24"/>
        </w:rPr>
        <w:t>equipo</w:t>
      </w:r>
      <w:proofErr w:type="spellEnd"/>
    </w:p>
    <w:p w14:paraId="144A5B95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Nombre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equipo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03A819D5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Nombre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apellido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completos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los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integrantes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62F3A46B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Número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documento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identificación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institucional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si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corresponde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37F784DF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Semestre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académico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cada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integrante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2DB13D59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Sede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: Pedro Juan Caballero / Salto del Guairá.</w:t>
      </w:r>
    </w:p>
    <w:p w14:paraId="038B4D1D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Nombre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teléfono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correo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electrónico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representante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equipo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1219F37B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2. </w:t>
      </w:r>
      <w:proofErr w:type="spellStart"/>
      <w:r w:rsidRPr="008B7DC3">
        <w:rPr>
          <w:rFonts w:cstheme="majorHAnsi"/>
          <w:sz w:val="24"/>
          <w:szCs w:val="24"/>
        </w:rPr>
        <w:t>Línea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temática</w:t>
      </w:r>
      <w:proofErr w:type="spellEnd"/>
    </w:p>
    <w:p w14:paraId="089E7407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Medicina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Robótica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1D5E8D0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Simuladores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Médicos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6515D36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Software para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Salud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3A71BECD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3. </w:t>
      </w:r>
      <w:proofErr w:type="spellStart"/>
      <w:r w:rsidRPr="008B7DC3">
        <w:rPr>
          <w:rFonts w:cstheme="majorHAnsi"/>
          <w:sz w:val="24"/>
          <w:szCs w:val="24"/>
        </w:rPr>
        <w:t>Nombre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preliminar</w:t>
      </w:r>
      <w:proofErr w:type="spellEnd"/>
      <w:r w:rsidRPr="008B7DC3">
        <w:rPr>
          <w:rFonts w:cstheme="majorHAnsi"/>
          <w:sz w:val="24"/>
          <w:szCs w:val="24"/>
        </w:rPr>
        <w:t xml:space="preserve"> del </w:t>
      </w:r>
      <w:proofErr w:type="spellStart"/>
      <w:r w:rsidRPr="008B7DC3">
        <w:rPr>
          <w:rFonts w:cstheme="majorHAnsi"/>
          <w:sz w:val="24"/>
          <w:szCs w:val="24"/>
        </w:rPr>
        <w:t>proyecto</w:t>
      </w:r>
      <w:proofErr w:type="spellEnd"/>
    </w:p>
    <w:p w14:paraId="38B1A4AD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Indicar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nombre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actual de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Podrá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ser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modificado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posteriormente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12075166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4. Estado actual del </w:t>
      </w:r>
      <w:proofErr w:type="spellStart"/>
      <w:r w:rsidRPr="008B7DC3">
        <w:rPr>
          <w:rFonts w:cstheme="majorHAnsi"/>
          <w:sz w:val="24"/>
          <w:szCs w:val="24"/>
        </w:rPr>
        <w:t>proyecto</w:t>
      </w:r>
      <w:proofErr w:type="spellEnd"/>
    </w:p>
    <w:p w14:paraId="3DCA73A5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Seleccionar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opción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que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mejor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describa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nivel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avance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:</w:t>
      </w:r>
    </w:p>
    <w:p w14:paraId="1AC3669F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Es una idea que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queremos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5544A7E5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Tenemos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definida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solución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pero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aún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no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desarrollamos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5E9D6A1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Ya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iniciamos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36DBC18B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Contamos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con un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prototipo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279CD048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proyecto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ya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fue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probado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utilizado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5EF2B61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5. </w:t>
      </w:r>
      <w:proofErr w:type="spellStart"/>
      <w:r w:rsidRPr="008B7DC3">
        <w:rPr>
          <w:rFonts w:cstheme="majorHAnsi"/>
          <w:sz w:val="24"/>
          <w:szCs w:val="24"/>
        </w:rPr>
        <w:t>Problema</w:t>
      </w:r>
      <w:proofErr w:type="spellEnd"/>
      <w:r w:rsidRPr="008B7DC3">
        <w:rPr>
          <w:rFonts w:cstheme="majorHAnsi"/>
          <w:sz w:val="24"/>
          <w:szCs w:val="24"/>
        </w:rPr>
        <w:t xml:space="preserve"> o </w:t>
      </w:r>
      <w:proofErr w:type="spellStart"/>
      <w:r w:rsidRPr="008B7DC3">
        <w:rPr>
          <w:rFonts w:cstheme="majorHAnsi"/>
          <w:sz w:val="24"/>
          <w:szCs w:val="24"/>
        </w:rPr>
        <w:t>necesidad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identificada</w:t>
      </w:r>
      <w:proofErr w:type="spellEnd"/>
    </w:p>
    <w:p w14:paraId="035FFE2F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>¿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problema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necesidad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busca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resolver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proyecto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Describan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claramente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situación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identificada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quién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afecta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por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consideran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importante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resolverla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150 palabras.</w:t>
      </w:r>
    </w:p>
    <w:p w14:paraId="14A711AA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6. </w:t>
      </w:r>
      <w:proofErr w:type="spellStart"/>
      <w:r w:rsidRPr="008B7DC3">
        <w:rPr>
          <w:rFonts w:cstheme="majorHAnsi"/>
          <w:sz w:val="24"/>
          <w:szCs w:val="24"/>
        </w:rPr>
        <w:t>Solución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propuesta</w:t>
      </w:r>
      <w:proofErr w:type="spellEnd"/>
    </w:p>
    <w:p w14:paraId="685D7043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>¿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Cuál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es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solución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que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proponen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Expliquen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brevemente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quieren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están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desarrollando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cómo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funcionaría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200 palabras.</w:t>
      </w:r>
    </w:p>
    <w:p w14:paraId="701BE53D" w14:textId="77777777" w:rsidR="008B7DC3" w:rsidRDefault="008B7DC3" w:rsidP="008B7DC3">
      <w:pPr>
        <w:pStyle w:val="Ttulo2"/>
        <w:rPr>
          <w:rFonts w:cstheme="majorHAnsi"/>
          <w:sz w:val="24"/>
          <w:szCs w:val="24"/>
        </w:rPr>
      </w:pPr>
    </w:p>
    <w:p w14:paraId="63A89B72" w14:textId="50087922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7. </w:t>
      </w:r>
      <w:proofErr w:type="spellStart"/>
      <w:r w:rsidRPr="008B7DC3">
        <w:rPr>
          <w:rFonts w:cstheme="majorHAnsi"/>
          <w:sz w:val="24"/>
          <w:szCs w:val="24"/>
        </w:rPr>
        <w:t>Innovación</w:t>
      </w:r>
      <w:proofErr w:type="spellEnd"/>
      <w:r w:rsidRPr="008B7DC3">
        <w:rPr>
          <w:rFonts w:cstheme="majorHAnsi"/>
          <w:sz w:val="24"/>
          <w:szCs w:val="24"/>
        </w:rPr>
        <w:t xml:space="preserve"> y </w:t>
      </w:r>
      <w:proofErr w:type="spellStart"/>
      <w:r w:rsidRPr="008B7DC3">
        <w:rPr>
          <w:rFonts w:cstheme="majorHAnsi"/>
          <w:sz w:val="24"/>
          <w:szCs w:val="24"/>
        </w:rPr>
        <w:t>diferenciación</w:t>
      </w:r>
      <w:proofErr w:type="spellEnd"/>
    </w:p>
    <w:p w14:paraId="1963D007" w14:textId="25D74F43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>¿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hace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innovadora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diferente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su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Expliquen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aporta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nuevo,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mejora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valor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diferencial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presenta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respecto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soluciones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prácticas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existentes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150 palabras.</w:t>
      </w:r>
    </w:p>
    <w:p w14:paraId="4796FA63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8. </w:t>
      </w:r>
      <w:proofErr w:type="spellStart"/>
      <w:r w:rsidRPr="008B7DC3">
        <w:rPr>
          <w:rFonts w:cstheme="majorHAnsi"/>
          <w:sz w:val="24"/>
          <w:szCs w:val="24"/>
        </w:rPr>
        <w:t>Beneficiarios</w:t>
      </w:r>
      <w:proofErr w:type="spellEnd"/>
    </w:p>
    <w:p w14:paraId="0610742C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>¿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Quiénes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serían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los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principales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beneficiarios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Podrán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seleccionar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una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opción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:</w:t>
      </w:r>
    </w:p>
    <w:p w14:paraId="4045650C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Pacientes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1424584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Profesionales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salud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2671AFB9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Estudiantes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726F0CB8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Docentes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2947D7BF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Hospitales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centros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asistenciales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442C7940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Comunidad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7934754C" w14:textId="77777777" w:rsidR="008B7DC3" w:rsidRPr="008B7DC3" w:rsidRDefault="008B7DC3" w:rsidP="008B7DC3">
      <w:pPr>
        <w:pStyle w:val="Listaconvietas"/>
        <w:spacing w:after="20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Otros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6C84D7C6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Expliquen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brevemente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cómo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se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beneficiarían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solución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>.</w:t>
      </w:r>
    </w:p>
    <w:p w14:paraId="3F56A7D0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9. </w:t>
      </w:r>
      <w:proofErr w:type="spellStart"/>
      <w:r w:rsidRPr="008B7DC3">
        <w:rPr>
          <w:rFonts w:cstheme="majorHAnsi"/>
          <w:sz w:val="24"/>
          <w:szCs w:val="24"/>
        </w:rPr>
        <w:t>Impacto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potencial</w:t>
      </w:r>
      <w:proofErr w:type="spellEnd"/>
    </w:p>
    <w:p w14:paraId="7A70AB27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>¿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impacto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podría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generar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solución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? Por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ejemplo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mejorar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procesos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reducir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tiempos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errores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facilitar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aprendizaje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aumentar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accesibilidad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mejorar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atención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u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optimizar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recursos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150 palabras.</w:t>
      </w:r>
    </w:p>
    <w:p w14:paraId="4F62FA24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10. </w:t>
      </w:r>
      <w:proofErr w:type="spellStart"/>
      <w:r w:rsidRPr="008B7DC3">
        <w:rPr>
          <w:rFonts w:cstheme="majorHAnsi"/>
          <w:sz w:val="24"/>
          <w:szCs w:val="24"/>
        </w:rPr>
        <w:t>Viabilidad</w:t>
      </w:r>
      <w:proofErr w:type="spellEnd"/>
    </w:p>
    <w:p w14:paraId="23232467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¿Por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consideran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que el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proyecto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es viable?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Describan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brevemente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por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creen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que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puede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desarrollarse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implementarse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No es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necesario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presentar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presupuesto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ni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plan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técnico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esta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etapa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150 palabras.</w:t>
      </w:r>
    </w:p>
    <w:p w14:paraId="1638376C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r w:rsidRPr="008B7DC3">
        <w:rPr>
          <w:rFonts w:cstheme="majorHAnsi"/>
          <w:sz w:val="24"/>
          <w:szCs w:val="24"/>
        </w:rPr>
        <w:t xml:space="preserve">11. </w:t>
      </w:r>
      <w:proofErr w:type="spellStart"/>
      <w:r w:rsidRPr="008B7DC3">
        <w:rPr>
          <w:rFonts w:cstheme="majorHAnsi"/>
          <w:sz w:val="24"/>
          <w:szCs w:val="24"/>
        </w:rPr>
        <w:t>Motivación</w:t>
      </w:r>
      <w:proofErr w:type="spellEnd"/>
      <w:r w:rsidRPr="008B7DC3">
        <w:rPr>
          <w:rFonts w:cstheme="majorHAnsi"/>
          <w:sz w:val="24"/>
          <w:szCs w:val="24"/>
        </w:rPr>
        <w:t xml:space="preserve"> del </w:t>
      </w:r>
      <w:proofErr w:type="spellStart"/>
      <w:r w:rsidRPr="008B7DC3">
        <w:rPr>
          <w:rFonts w:cstheme="majorHAnsi"/>
          <w:sz w:val="24"/>
          <w:szCs w:val="24"/>
        </w:rPr>
        <w:t>equipo</w:t>
      </w:r>
      <w:proofErr w:type="spellEnd"/>
    </w:p>
    <w:p w14:paraId="05B2DFF6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¿Por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quieren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participar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Med-Hack y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qué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esperan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lograr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durante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jornada?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Máximo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100 palabras.</w:t>
      </w:r>
    </w:p>
    <w:p w14:paraId="3A469CE9" w14:textId="77777777" w:rsidR="008B7DC3" w:rsidRPr="008B7DC3" w:rsidRDefault="008B7DC3" w:rsidP="008B7DC3">
      <w:pPr>
        <w:pStyle w:val="Ttulo2"/>
        <w:rPr>
          <w:rFonts w:cstheme="majorHAnsi"/>
          <w:sz w:val="24"/>
          <w:szCs w:val="24"/>
        </w:rPr>
      </w:pPr>
      <w:proofErr w:type="spellStart"/>
      <w:r w:rsidRPr="008B7DC3">
        <w:rPr>
          <w:rFonts w:cstheme="majorHAnsi"/>
          <w:sz w:val="24"/>
          <w:szCs w:val="24"/>
        </w:rPr>
        <w:t>Información</w:t>
      </w:r>
      <w:proofErr w:type="spellEnd"/>
      <w:r w:rsidRPr="008B7DC3">
        <w:rPr>
          <w:rFonts w:cstheme="majorHAnsi"/>
          <w:sz w:val="24"/>
          <w:szCs w:val="24"/>
        </w:rPr>
        <w:t xml:space="preserve"> </w:t>
      </w:r>
      <w:proofErr w:type="spellStart"/>
      <w:r w:rsidRPr="008B7DC3">
        <w:rPr>
          <w:rFonts w:cstheme="majorHAnsi"/>
          <w:sz w:val="24"/>
          <w:szCs w:val="24"/>
        </w:rPr>
        <w:t>importante</w:t>
      </w:r>
      <w:proofErr w:type="spellEnd"/>
    </w:p>
    <w:p w14:paraId="41FE677E" w14:textId="77777777" w:rsidR="008B7DC3" w:rsidRPr="008B7DC3" w:rsidRDefault="008B7DC3" w:rsidP="008B7DC3">
      <w:pPr>
        <w:rPr>
          <w:rFonts w:asciiTheme="majorHAnsi" w:hAnsiTheme="majorHAnsi" w:cstheme="majorHAnsi"/>
          <w:sz w:val="24"/>
          <w:szCs w:val="24"/>
        </w:rPr>
      </w:pPr>
      <w:r w:rsidRPr="008B7DC3">
        <w:rPr>
          <w:rFonts w:asciiTheme="majorHAnsi" w:hAnsiTheme="majorHAnsi" w:cstheme="majorHAnsi"/>
          <w:sz w:val="24"/>
          <w:szCs w:val="24"/>
        </w:rPr>
        <w:t xml:space="preserve">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preinscripción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no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implica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selección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automática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. Las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propuestas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serán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evaluadas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mediante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una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rúbrica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preselección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los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equipos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seleccionados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recibirán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posteriormente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confirmación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oficial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y las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indicaciones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para </w:t>
      </w:r>
      <w:proofErr w:type="spellStart"/>
      <w:r w:rsidRPr="008B7DC3">
        <w:rPr>
          <w:rFonts w:asciiTheme="majorHAnsi" w:hAnsiTheme="majorHAnsi" w:cstheme="majorHAnsi"/>
          <w:sz w:val="24"/>
          <w:szCs w:val="24"/>
        </w:rPr>
        <w:t>participar</w:t>
      </w:r>
      <w:proofErr w:type="spellEnd"/>
      <w:r w:rsidRPr="008B7DC3">
        <w:rPr>
          <w:rFonts w:asciiTheme="majorHAnsi" w:hAnsiTheme="majorHAnsi" w:cstheme="majorHAnsi"/>
          <w:sz w:val="24"/>
          <w:szCs w:val="24"/>
        </w:rPr>
        <w:t xml:space="preserve"> de Med-Hack UNISUD 2026.</w:t>
      </w:r>
    </w:p>
    <w:p w14:paraId="3C0D3FD6" w14:textId="6670610F" w:rsidR="00CA5837" w:rsidRPr="008B7DC3" w:rsidRDefault="00CA5837" w:rsidP="002030D9">
      <w:pPr>
        <w:rPr>
          <w:rFonts w:asciiTheme="majorHAnsi" w:hAnsiTheme="majorHAnsi" w:cstheme="majorHAnsi"/>
          <w:sz w:val="24"/>
          <w:szCs w:val="24"/>
        </w:rPr>
      </w:pPr>
    </w:p>
    <w:sectPr w:rsidR="00CA5837" w:rsidRPr="008B7DC3" w:rsidSect="00034616">
      <w:headerReference w:type="default" r:id="rId11"/>
      <w:footerReference w:type="default" r:id="rId12"/>
      <w:pgSz w:w="12240" w:h="15840"/>
      <w:pgMar w:top="1123" w:right="1037" w:bottom="979" w:left="1037" w:header="259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A7936" w14:textId="77777777" w:rsidR="00F91489" w:rsidRDefault="00F91489">
      <w:pPr>
        <w:spacing w:after="0" w:line="240" w:lineRule="auto"/>
      </w:pPr>
      <w:r>
        <w:separator/>
      </w:r>
    </w:p>
  </w:endnote>
  <w:endnote w:type="continuationSeparator" w:id="0">
    <w:p w14:paraId="451FD571" w14:textId="77777777" w:rsidR="00F91489" w:rsidRDefault="00F9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F675F" w14:textId="34E264FA" w:rsidR="00C40F01" w:rsidRPr="00581E24" w:rsidRDefault="00C40F01">
    <w:pPr>
      <w:pStyle w:val="Piedepgina"/>
      <w:jc w:val="center"/>
      <w:rPr>
        <w:rFonts w:ascii="Times New Roman" w:hAnsi="Times New Roman" w:cs="Times New Roman"/>
      </w:rPr>
    </w:pPr>
    <w:proofErr w:type="spellStart"/>
    <w:r w:rsidRPr="003B4296">
      <w:rPr>
        <w:color w:val="646464"/>
        <w:sz w:val="16"/>
        <w:lang w:val="es-419"/>
      </w:rPr>
      <w:t>MedHack</w:t>
    </w:r>
    <w:proofErr w:type="spellEnd"/>
    <w:r w:rsidRPr="003B4296">
      <w:rPr>
        <w:color w:val="646464"/>
        <w:sz w:val="16"/>
        <w:lang w:val="es-419"/>
      </w:rPr>
      <w:t xml:space="preserve"> UNISUD </w:t>
    </w:r>
    <w:proofErr w:type="gramStart"/>
    <w:r w:rsidRPr="003B4296">
      <w:rPr>
        <w:color w:val="646464"/>
        <w:sz w:val="16"/>
        <w:lang w:val="es-419"/>
      </w:rPr>
      <w:t>2026  |</w:t>
    </w:r>
    <w:proofErr w:type="gramEnd"/>
    <w:r w:rsidRPr="003B4296">
      <w:rPr>
        <w:color w:val="646464"/>
        <w:sz w:val="16"/>
        <w:lang w:val="es-419"/>
      </w:rPr>
      <w:t xml:space="preserve">  </w:t>
    </w:r>
    <w:r w:rsidR="008B7DC3">
      <w:rPr>
        <w:color w:val="646464"/>
        <w:sz w:val="16"/>
        <w:lang w:val="es-419"/>
      </w:rPr>
      <w:t xml:space="preserve">Formulario de </w:t>
    </w:r>
    <w:proofErr w:type="spellStart"/>
    <w:r w:rsidR="008B7DC3">
      <w:rPr>
        <w:color w:val="646464"/>
        <w:sz w:val="16"/>
        <w:lang w:val="es-419"/>
      </w:rPr>
      <w:t>pre-inscripción</w:t>
    </w:r>
    <w:proofErr w:type="spellEnd"/>
    <w:r w:rsidRPr="003B4296">
      <w:rPr>
        <w:lang w:val="es-419"/>
      </w:rPr>
      <w:t xml:space="preserve">  •  pág. </w:t>
    </w:r>
    <w:r>
      <w:fldChar w:fldCharType="begin"/>
    </w:r>
    <w:r w:rsidRPr="003B4296">
      <w:rPr>
        <w:lang w:val="es-419"/>
      </w:rPr>
      <w:instrText>PAGE</w:instrText>
    </w:r>
    <w:r>
      <w:fldChar w:fldCharType="separate"/>
    </w:r>
    <w:r w:rsidR="003B429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682BF" w14:textId="77777777" w:rsidR="00F91489" w:rsidRDefault="00F91489">
      <w:pPr>
        <w:spacing w:after="0" w:line="240" w:lineRule="auto"/>
      </w:pPr>
      <w:r>
        <w:separator/>
      </w:r>
    </w:p>
  </w:footnote>
  <w:footnote w:type="continuationSeparator" w:id="0">
    <w:p w14:paraId="38DFAE20" w14:textId="77777777" w:rsidR="00F91489" w:rsidRDefault="00F9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AC8A5" w14:textId="77777777" w:rsidR="009509B3" w:rsidRDefault="009509B3"/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040"/>
      <w:gridCol w:w="5040"/>
    </w:tblGrid>
    <w:tr w:rsidR="009509B3" w14:paraId="6F4E2E45" w14:textId="77777777">
      <w:trPr>
        <w:jc w:val="center"/>
      </w:trPr>
      <w:tc>
        <w:tcPr>
          <w:tcW w:w="5040" w:type="dxa"/>
          <w:tcBorders>
            <w:bottom w:val="single" w:sz="8" w:space="0" w:color="00884A"/>
          </w:tcBorders>
        </w:tcPr>
        <w:p w14:paraId="64C02A65" w14:textId="77777777" w:rsidR="009509B3" w:rsidRDefault="00EC3495">
          <w:r>
            <w:rPr>
              <w:noProof/>
            </w:rPr>
            <w:drawing>
              <wp:inline distT="0" distB="0" distL="0" distR="0" wp14:anchorId="55F316A7" wp14:editId="69B8DC1B">
                <wp:extent cx="1417320" cy="18452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84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884A"/>
          </w:tcBorders>
        </w:tcPr>
        <w:p w14:paraId="3B275755" w14:textId="77777777" w:rsidR="009509B3" w:rsidRDefault="00EC3495">
          <w:pPr>
            <w:jc w:val="right"/>
          </w:pPr>
          <w:r>
            <w:rPr>
              <w:noProof/>
            </w:rPr>
            <w:drawing>
              <wp:inline distT="0" distB="0" distL="0" distR="0" wp14:anchorId="73E0F709" wp14:editId="1871FE72">
                <wp:extent cx="1417320" cy="69673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696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6E808B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0802A0"/>
    <w:multiLevelType w:val="hybridMultilevel"/>
    <w:tmpl w:val="5BA42A3A"/>
    <w:lvl w:ilvl="0" w:tplc="B80AD204">
      <w:numFmt w:val="bullet"/>
      <w:lvlText w:val="•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6DD0"/>
    <w:multiLevelType w:val="hybridMultilevel"/>
    <w:tmpl w:val="6B9E1E00"/>
    <w:lvl w:ilvl="0" w:tplc="B80AD204">
      <w:numFmt w:val="bullet"/>
      <w:lvlText w:val="•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A082C"/>
    <w:multiLevelType w:val="hybridMultilevel"/>
    <w:tmpl w:val="26D040B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20F37"/>
    <w:multiLevelType w:val="hybridMultilevel"/>
    <w:tmpl w:val="E72E8C18"/>
    <w:lvl w:ilvl="0" w:tplc="B80AD204">
      <w:numFmt w:val="bullet"/>
      <w:lvlText w:val="•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3760C"/>
    <w:multiLevelType w:val="hybridMultilevel"/>
    <w:tmpl w:val="EA14A5D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047D5"/>
    <w:multiLevelType w:val="hybridMultilevel"/>
    <w:tmpl w:val="8B2C7E5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352A8"/>
    <w:multiLevelType w:val="hybridMultilevel"/>
    <w:tmpl w:val="962810EA"/>
    <w:lvl w:ilvl="0" w:tplc="D5D28B62">
      <w:numFmt w:val="bullet"/>
      <w:lvlText w:val="•"/>
      <w:lvlJc w:val="left"/>
      <w:pPr>
        <w:ind w:left="1080" w:hanging="720"/>
      </w:pPr>
      <w:rPr>
        <w:rFonts w:ascii="Aptos" w:eastAsiaTheme="minorEastAsi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F3823"/>
    <w:multiLevelType w:val="hybridMultilevel"/>
    <w:tmpl w:val="A6D02D7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11"/>
  </w:num>
  <w:num w:numId="12">
    <w:abstractNumId w:val="13"/>
  </w:num>
  <w:num w:numId="13">
    <w:abstractNumId w:val="8"/>
  </w:num>
  <w:num w:numId="14">
    <w:abstractNumId w:val="10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535"/>
    <w:rsid w:val="0006063C"/>
    <w:rsid w:val="00091FA1"/>
    <w:rsid w:val="0009430A"/>
    <w:rsid w:val="00133289"/>
    <w:rsid w:val="00133EA5"/>
    <w:rsid w:val="0015074B"/>
    <w:rsid w:val="001527EE"/>
    <w:rsid w:val="00155FE8"/>
    <w:rsid w:val="00195F3C"/>
    <w:rsid w:val="001A475F"/>
    <w:rsid w:val="001D2E5E"/>
    <w:rsid w:val="001F27ED"/>
    <w:rsid w:val="001F48C8"/>
    <w:rsid w:val="002030D9"/>
    <w:rsid w:val="002471CC"/>
    <w:rsid w:val="0029639D"/>
    <w:rsid w:val="0029703F"/>
    <w:rsid w:val="002F20AD"/>
    <w:rsid w:val="00326F90"/>
    <w:rsid w:val="003447C7"/>
    <w:rsid w:val="00397ECC"/>
    <w:rsid w:val="003B4296"/>
    <w:rsid w:val="004118FE"/>
    <w:rsid w:val="00441FF8"/>
    <w:rsid w:val="00443939"/>
    <w:rsid w:val="00477064"/>
    <w:rsid w:val="004C7586"/>
    <w:rsid w:val="004D062B"/>
    <w:rsid w:val="004D4CF4"/>
    <w:rsid w:val="004E401A"/>
    <w:rsid w:val="005346C9"/>
    <w:rsid w:val="00581E24"/>
    <w:rsid w:val="005B03E3"/>
    <w:rsid w:val="00604AC8"/>
    <w:rsid w:val="00607250"/>
    <w:rsid w:val="00611E0F"/>
    <w:rsid w:val="00677C0F"/>
    <w:rsid w:val="00681284"/>
    <w:rsid w:val="00692CA8"/>
    <w:rsid w:val="006A22A1"/>
    <w:rsid w:val="006A7609"/>
    <w:rsid w:val="006B7E79"/>
    <w:rsid w:val="006D4D4C"/>
    <w:rsid w:val="006D7027"/>
    <w:rsid w:val="00734157"/>
    <w:rsid w:val="00741241"/>
    <w:rsid w:val="00766CBC"/>
    <w:rsid w:val="007C2C6D"/>
    <w:rsid w:val="007C2F81"/>
    <w:rsid w:val="007C537A"/>
    <w:rsid w:val="00845608"/>
    <w:rsid w:val="00881E1A"/>
    <w:rsid w:val="00883245"/>
    <w:rsid w:val="008A6142"/>
    <w:rsid w:val="008B3012"/>
    <w:rsid w:val="008B7DC3"/>
    <w:rsid w:val="008F3748"/>
    <w:rsid w:val="00912D54"/>
    <w:rsid w:val="00940D5D"/>
    <w:rsid w:val="00940FE1"/>
    <w:rsid w:val="009509B3"/>
    <w:rsid w:val="00951C5A"/>
    <w:rsid w:val="00974755"/>
    <w:rsid w:val="009A3EC9"/>
    <w:rsid w:val="009B366A"/>
    <w:rsid w:val="009C05AF"/>
    <w:rsid w:val="009D3DE8"/>
    <w:rsid w:val="009D7AC6"/>
    <w:rsid w:val="009E01CB"/>
    <w:rsid w:val="00A2258D"/>
    <w:rsid w:val="00A34896"/>
    <w:rsid w:val="00A9784A"/>
    <w:rsid w:val="00AA1D8D"/>
    <w:rsid w:val="00AA633E"/>
    <w:rsid w:val="00AE7145"/>
    <w:rsid w:val="00B47730"/>
    <w:rsid w:val="00B67D0F"/>
    <w:rsid w:val="00B82838"/>
    <w:rsid w:val="00BB6703"/>
    <w:rsid w:val="00BE70BC"/>
    <w:rsid w:val="00C07994"/>
    <w:rsid w:val="00C40F01"/>
    <w:rsid w:val="00C81450"/>
    <w:rsid w:val="00CA5837"/>
    <w:rsid w:val="00CB0664"/>
    <w:rsid w:val="00CE2EF3"/>
    <w:rsid w:val="00D13B2F"/>
    <w:rsid w:val="00D517C6"/>
    <w:rsid w:val="00D56EFA"/>
    <w:rsid w:val="00D92970"/>
    <w:rsid w:val="00D966C6"/>
    <w:rsid w:val="00DE3DAF"/>
    <w:rsid w:val="00DF255D"/>
    <w:rsid w:val="00DF7834"/>
    <w:rsid w:val="00E030A4"/>
    <w:rsid w:val="00E16E0A"/>
    <w:rsid w:val="00E55BEE"/>
    <w:rsid w:val="00E6146A"/>
    <w:rsid w:val="00EC3495"/>
    <w:rsid w:val="00EF39DA"/>
    <w:rsid w:val="00F45F7A"/>
    <w:rsid w:val="00F53C4E"/>
    <w:rsid w:val="00F751E5"/>
    <w:rsid w:val="00F8560F"/>
    <w:rsid w:val="00F91489"/>
    <w:rsid w:val="00F956DE"/>
    <w:rsid w:val="00FC693F"/>
    <w:rsid w:val="00FD5F0A"/>
    <w:rsid w:val="00F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E8AE34"/>
  <w14:defaultImageDpi w14:val="300"/>
  <w15:docId w15:val="{4D85474A-BE19-4F3E-A345-ABEA2309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50"/>
    <w:pPr>
      <w:spacing w:after="100" w:line="259" w:lineRule="auto"/>
    </w:pPr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884A"/>
      <w:sz w:val="3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33333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5A00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884A"/>
      <w:spacing w:val="5"/>
      <w:kern w:val="28"/>
      <w:sz w:val="5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DE3DAF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NormalWeb">
    <w:name w:val="Normal (Web)"/>
    <w:basedOn w:val="Normal"/>
    <w:uiPriority w:val="99"/>
    <w:semiHidden/>
    <w:unhideWhenUsed/>
    <w:rsid w:val="00DE3DAF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DC1">
    <w:name w:val="toc 1"/>
    <w:basedOn w:val="Normal"/>
    <w:next w:val="Normal"/>
    <w:autoRedefine/>
    <w:uiPriority w:val="39"/>
    <w:unhideWhenUsed/>
    <w:rsid w:val="0029703F"/>
  </w:style>
  <w:style w:type="paragraph" w:styleId="TDC2">
    <w:name w:val="toc 2"/>
    <w:basedOn w:val="Normal"/>
    <w:next w:val="Normal"/>
    <w:autoRedefine/>
    <w:uiPriority w:val="39"/>
    <w:unhideWhenUsed/>
    <w:rsid w:val="0029703F"/>
    <w:pPr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29703F"/>
    <w:pPr>
      <w:ind w:left="400"/>
    </w:pPr>
  </w:style>
  <w:style w:type="paragraph" w:styleId="TDC4">
    <w:name w:val="toc 4"/>
    <w:basedOn w:val="Normal"/>
    <w:next w:val="Normal"/>
    <w:autoRedefine/>
    <w:uiPriority w:val="39"/>
    <w:unhideWhenUsed/>
    <w:rsid w:val="0029703F"/>
    <w:pPr>
      <w:spacing w:line="278" w:lineRule="auto"/>
      <w:ind w:left="72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9703F"/>
    <w:pPr>
      <w:spacing w:line="278" w:lineRule="auto"/>
      <w:ind w:left="96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9703F"/>
    <w:pPr>
      <w:spacing w:line="278" w:lineRule="auto"/>
      <w:ind w:left="120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9703F"/>
    <w:pPr>
      <w:spacing w:line="278" w:lineRule="auto"/>
      <w:ind w:left="144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9703F"/>
    <w:pPr>
      <w:spacing w:line="278" w:lineRule="auto"/>
      <w:ind w:left="168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9703F"/>
    <w:pPr>
      <w:spacing w:line="278" w:lineRule="auto"/>
      <w:ind w:left="1920"/>
    </w:pPr>
    <w:rPr>
      <w:rFonts w:asciiTheme="minorHAnsi" w:hAnsiTheme="minorHAnsi"/>
      <w:kern w:val="2"/>
      <w:sz w:val="24"/>
      <w:szCs w:val="24"/>
      <w:lang w:val="es-419" w:eastAsia="es-419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29703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703F"/>
    <w:rPr>
      <w:color w:val="605E5C"/>
      <w:shd w:val="clear" w:color="auto" w:fill="E1DFDD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7C537A"/>
    <w:pPr>
      <w:spacing w:after="0" w:line="240" w:lineRule="auto"/>
      <w:ind w:left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08D94761E3746B198D5FE8B22CFA6" ma:contentTypeVersion="12" ma:contentTypeDescription="Crear nuevo documento." ma:contentTypeScope="" ma:versionID="e91aa4fcf875f45c65e72244ab1cb09b">
  <xsd:schema xmlns:xsd="http://www.w3.org/2001/XMLSchema" xmlns:xs="http://www.w3.org/2001/XMLSchema" xmlns:p="http://schemas.microsoft.com/office/2006/metadata/properties" xmlns:ns3="2ef5d2b7-d878-4c73-814c-95b89273fa1b" targetNamespace="http://schemas.microsoft.com/office/2006/metadata/properties" ma:root="true" ma:fieldsID="aaca35fdaa8672c29e3b20f2cc4c297b" ns3:_="">
    <xsd:import namespace="2ef5d2b7-d878-4c73-814c-95b89273fa1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5d2b7-d878-4c73-814c-95b89273fa1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f5d2b7-d878-4c73-814c-95b89273fa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66D8DC-EFFD-4222-9835-9C12E2DE0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5d2b7-d878-4c73-814c-95b89273f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9D07F7-3777-4804-8621-4816F26EB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E453B-2E53-4479-A8D2-B8764787BCA7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2ef5d2b7-d878-4c73-814c-95b89273fa1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4F6EDE3-0E6C-432B-8B96-3711B5FF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Arce</dc:creator>
  <cp:keywords/>
  <dc:description>generated by python-docx</dc:description>
  <cp:lastModifiedBy>Paula Nicole Rojas Persegona</cp:lastModifiedBy>
  <cp:revision>3</cp:revision>
  <cp:lastPrinted>2026-08-18T13:06:00Z</cp:lastPrinted>
  <dcterms:created xsi:type="dcterms:W3CDTF">2026-08-18T13:07:00Z</dcterms:created>
  <dcterms:modified xsi:type="dcterms:W3CDTF">2026-08-18T13:10:00Z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0x01010066508D94761E3746B198D5FE8B22CFA6</vt:lpwstr>
  </property>
</Properties>
</file>