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1008B4" w14:textId="5A306F37" w:rsidR="00E865CA" w:rsidRDefault="00202115" w:rsidP="00202115">
      <w:pPr>
        <w:jc w:val="center"/>
      </w:pPr>
      <w:r w:rsidRPr="00202115">
        <w:rPr>
          <w:noProof/>
          <w:sz w:val="16"/>
          <w:szCs w:val="16"/>
        </w:rPr>
        <w:drawing>
          <wp:inline distT="0" distB="0" distL="0" distR="0" wp14:anchorId="0F278A38" wp14:editId="5B7A28CE">
            <wp:extent cx="1400575" cy="1396157"/>
            <wp:effectExtent l="0" t="0" r="0" b="0"/>
            <wp:docPr id="1262208107" name="Slika 1" descr="Slika na kojoj se prikazuje nogomet, lopta, simbol, logotip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208107" name="Slika 1" descr="Slika na kojoj se prikazuje nogomet, lopta, simbol, logotip&#10;&#10;Sadržaj generiran umjetnom inteligencijom može biti netočan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03159" cy="1398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4B3ED" w14:textId="75733D3E" w:rsidR="00E865CA" w:rsidRDefault="00852F23" w:rsidP="0046469C">
      <w:pPr>
        <w:jc w:val="center"/>
      </w:pPr>
      <w:r>
        <w:rPr>
          <w:b/>
          <w:sz w:val="28"/>
        </w:rPr>
        <w:t xml:space="preserve">KSV TRENK Augsburg </w:t>
      </w:r>
      <w:proofErr w:type="spellStart"/>
      <w:r>
        <w:rPr>
          <w:b/>
          <w:sz w:val="28"/>
        </w:rPr>
        <w:t>e.V.</w:t>
      </w:r>
      <w:proofErr w:type="spellEnd"/>
    </w:p>
    <w:p w14:paraId="1B577A4B" w14:textId="61016EA1" w:rsidR="00E865CA" w:rsidRDefault="00852F23">
      <w:pPr>
        <w:jc w:val="center"/>
      </w:pPr>
      <w:r>
        <w:rPr>
          <w:b/>
          <w:sz w:val="26"/>
        </w:rPr>
        <w:t>POZIV NA REDOVNU GODIŠNJU SKUPŠTINU</w:t>
      </w:r>
      <w:r w:rsidR="00407201">
        <w:rPr>
          <w:b/>
          <w:sz w:val="26"/>
        </w:rPr>
        <w:br/>
      </w:r>
    </w:p>
    <w:p w14:paraId="071E2874" w14:textId="64EB9729" w:rsidR="00EC5EAC" w:rsidRDefault="00852F23" w:rsidP="00135DF7">
      <w:r>
        <w:t>Poštovani članovi,</w:t>
      </w:r>
      <w:r>
        <w:br/>
      </w:r>
      <w:r>
        <w:br/>
        <w:t xml:space="preserve">U skladu sa statutom kluba, Uprava KSV Trenk Augsburg e.V. </w:t>
      </w:r>
      <w:proofErr w:type="spellStart"/>
      <w:r>
        <w:t>ovim</w:t>
      </w:r>
      <w:proofErr w:type="spellEnd"/>
      <w:r>
        <w:t xml:space="preserve"> </w:t>
      </w:r>
      <w:proofErr w:type="spellStart"/>
      <w:r>
        <w:t>putem</w:t>
      </w:r>
      <w:proofErr w:type="spellEnd"/>
      <w:r>
        <w:t xml:space="preserve"> Vas </w:t>
      </w:r>
      <w:proofErr w:type="spellStart"/>
      <w:r>
        <w:t>poziva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redovnu</w:t>
      </w:r>
      <w:proofErr w:type="spellEnd"/>
      <w:r>
        <w:t xml:space="preserve"> </w:t>
      </w:r>
      <w:proofErr w:type="spellStart"/>
      <w:r>
        <w:t>godišnju</w:t>
      </w:r>
      <w:proofErr w:type="spellEnd"/>
      <w:r>
        <w:t xml:space="preserve"> </w:t>
      </w:r>
      <w:proofErr w:type="spellStart"/>
      <w:r>
        <w:t>skupštinu</w:t>
      </w:r>
      <w:proofErr w:type="spellEnd"/>
      <w:r>
        <w:t xml:space="preserve"> </w:t>
      </w:r>
      <w:proofErr w:type="spellStart"/>
      <w:r>
        <w:t>koja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</w:t>
      </w:r>
      <w:proofErr w:type="spellStart"/>
      <w:r>
        <w:t>održati</w:t>
      </w:r>
      <w:proofErr w:type="spellEnd"/>
      <w:r w:rsidR="00202115">
        <w:t xml:space="preserve"> u</w:t>
      </w:r>
      <w:r>
        <w:t xml:space="preserve"> </w:t>
      </w:r>
      <w:proofErr w:type="spellStart"/>
      <w:r w:rsidR="002744DE">
        <w:t>subotu</w:t>
      </w:r>
      <w:proofErr w:type="spellEnd"/>
      <w:r w:rsidR="002744DE">
        <w:t xml:space="preserve"> 31.</w:t>
      </w:r>
      <w:r w:rsidR="007B6D35">
        <w:t>0</w:t>
      </w:r>
      <w:r w:rsidR="002744DE">
        <w:t>1.2026. u 1</w:t>
      </w:r>
      <w:r w:rsidR="000430D0">
        <w:t>7:30</w:t>
      </w:r>
      <w:r w:rsidR="002744DE">
        <w:t xml:space="preserve"> sat</w:t>
      </w:r>
      <w:r w:rsidR="008F1B22">
        <w:t>i</w:t>
      </w:r>
      <w:r w:rsidR="002744DE">
        <w:t xml:space="preserve"> u </w:t>
      </w:r>
      <w:proofErr w:type="spellStart"/>
      <w:r w:rsidR="002744DE">
        <w:t>prostorijama</w:t>
      </w:r>
      <w:proofErr w:type="spellEnd"/>
      <w:r w:rsidR="002744DE">
        <w:t xml:space="preserve"> </w:t>
      </w:r>
      <w:proofErr w:type="spellStart"/>
      <w:r w:rsidR="002744DE">
        <w:t>Hrvatsk</w:t>
      </w:r>
      <w:r w:rsidR="000430D0">
        <w:t>e</w:t>
      </w:r>
      <w:proofErr w:type="spellEnd"/>
      <w:r w:rsidR="002744DE">
        <w:t xml:space="preserve"> </w:t>
      </w:r>
      <w:proofErr w:type="spellStart"/>
      <w:r w:rsidR="002744DE">
        <w:t>katoličke</w:t>
      </w:r>
      <w:proofErr w:type="spellEnd"/>
      <w:r w:rsidR="002744DE">
        <w:t xml:space="preserve"> </w:t>
      </w:r>
      <w:proofErr w:type="spellStart"/>
      <w:r w:rsidR="002744DE">
        <w:t>misij</w:t>
      </w:r>
      <w:r w:rsidR="008F1B22">
        <w:t>e</w:t>
      </w:r>
      <w:proofErr w:type="spellEnd"/>
      <w:r w:rsidR="002744DE">
        <w:t xml:space="preserve"> u </w:t>
      </w:r>
      <w:proofErr w:type="spellStart"/>
      <w:r w:rsidR="002744DE">
        <w:t>Sebastianstr</w:t>
      </w:r>
      <w:proofErr w:type="spellEnd"/>
      <w:r w:rsidR="002744DE">
        <w:t>. 24, 86153</w:t>
      </w:r>
      <w:r w:rsidR="008F1B22">
        <w:t xml:space="preserve"> Augsburg.</w:t>
      </w:r>
      <w:r w:rsidR="00C84795">
        <w:br/>
      </w:r>
      <w:r>
        <w:br/>
      </w:r>
      <w:proofErr w:type="spellStart"/>
      <w:r w:rsidR="00C84795">
        <w:t>Vaša</w:t>
      </w:r>
      <w:proofErr w:type="spellEnd"/>
      <w:r w:rsidR="00C84795">
        <w:t xml:space="preserve"> </w:t>
      </w:r>
      <w:proofErr w:type="spellStart"/>
      <w:r w:rsidR="00C84795">
        <w:t>prisutnost</w:t>
      </w:r>
      <w:proofErr w:type="spellEnd"/>
      <w:r w:rsidR="00C84795">
        <w:t xml:space="preserve"> </w:t>
      </w:r>
      <w:proofErr w:type="spellStart"/>
      <w:r w:rsidR="00C84795">
        <w:t>i</w:t>
      </w:r>
      <w:proofErr w:type="spellEnd"/>
      <w:r w:rsidR="00C84795">
        <w:t xml:space="preserve"> </w:t>
      </w:r>
      <w:proofErr w:type="spellStart"/>
      <w:r w:rsidR="00C84795">
        <w:t>sudjelovanje</w:t>
      </w:r>
      <w:proofErr w:type="spellEnd"/>
      <w:r w:rsidR="00C84795">
        <w:t xml:space="preserve"> </w:t>
      </w:r>
      <w:proofErr w:type="spellStart"/>
      <w:r w:rsidR="00C84795">
        <w:t>na</w:t>
      </w:r>
      <w:proofErr w:type="spellEnd"/>
      <w:r w:rsidR="00C84795">
        <w:t xml:space="preserve"> </w:t>
      </w:r>
      <w:proofErr w:type="spellStart"/>
      <w:r w:rsidR="00C84795">
        <w:t>skupštini</w:t>
      </w:r>
      <w:proofErr w:type="spellEnd"/>
      <w:r w:rsidR="00C84795">
        <w:t xml:space="preserve"> od </w:t>
      </w:r>
      <w:proofErr w:type="spellStart"/>
      <w:r w:rsidR="00C84795">
        <w:t>iznimne</w:t>
      </w:r>
      <w:proofErr w:type="spellEnd"/>
      <w:r w:rsidR="00C84795">
        <w:t xml:space="preserve"> </w:t>
      </w:r>
      <w:proofErr w:type="spellStart"/>
      <w:r w:rsidR="00C84795">
        <w:t>su</w:t>
      </w:r>
      <w:proofErr w:type="spellEnd"/>
      <w:r w:rsidR="00C84795">
        <w:t xml:space="preserve"> </w:t>
      </w:r>
      <w:proofErr w:type="spellStart"/>
      <w:r w:rsidR="00C84795">
        <w:t>važnosti</w:t>
      </w:r>
      <w:proofErr w:type="spellEnd"/>
      <w:r w:rsidR="00C84795">
        <w:t xml:space="preserve"> za </w:t>
      </w:r>
      <w:proofErr w:type="spellStart"/>
      <w:r w:rsidR="00C84795">
        <w:t>budući</w:t>
      </w:r>
      <w:proofErr w:type="spellEnd"/>
      <w:r w:rsidR="00C84795">
        <w:t xml:space="preserve"> rad </w:t>
      </w:r>
      <w:proofErr w:type="spellStart"/>
      <w:r w:rsidR="00C84795">
        <w:t>i</w:t>
      </w:r>
      <w:proofErr w:type="spellEnd"/>
      <w:r w:rsidR="00C84795">
        <w:t xml:space="preserve"> </w:t>
      </w:r>
      <w:proofErr w:type="spellStart"/>
      <w:r w:rsidR="00C84795">
        <w:t>razvoj</w:t>
      </w:r>
      <w:proofErr w:type="spellEnd"/>
      <w:r w:rsidR="00C84795">
        <w:t xml:space="preserve"> </w:t>
      </w:r>
      <w:proofErr w:type="spellStart"/>
      <w:r w:rsidR="00C84795">
        <w:t>našeg</w:t>
      </w:r>
      <w:proofErr w:type="spellEnd"/>
      <w:r w:rsidR="00C84795">
        <w:t xml:space="preserve"> </w:t>
      </w:r>
      <w:proofErr w:type="spellStart"/>
      <w:r w:rsidR="00C84795">
        <w:t>kluba</w:t>
      </w:r>
      <w:proofErr w:type="spellEnd"/>
      <w:r w:rsidR="00C84795">
        <w:t xml:space="preserve">. Sudjelovanjem </w:t>
      </w:r>
      <w:proofErr w:type="spellStart"/>
      <w:r w:rsidR="00C84795">
        <w:t>doprinosite</w:t>
      </w:r>
      <w:proofErr w:type="spellEnd"/>
      <w:r w:rsidR="00C84795">
        <w:t xml:space="preserve"> </w:t>
      </w:r>
      <w:proofErr w:type="spellStart"/>
      <w:r w:rsidR="00C84795">
        <w:t>radu</w:t>
      </w:r>
      <w:proofErr w:type="spellEnd"/>
      <w:r w:rsidR="00C84795">
        <w:t xml:space="preserve"> </w:t>
      </w:r>
      <w:proofErr w:type="spellStart"/>
      <w:r w:rsidR="00C84795">
        <w:t>skupštine</w:t>
      </w:r>
      <w:proofErr w:type="spellEnd"/>
      <w:r w:rsidR="00C84795">
        <w:t xml:space="preserve"> </w:t>
      </w:r>
      <w:proofErr w:type="spellStart"/>
      <w:r w:rsidR="00C84795">
        <w:t>i</w:t>
      </w:r>
      <w:proofErr w:type="spellEnd"/>
      <w:r w:rsidR="00C84795">
        <w:t xml:space="preserve"> </w:t>
      </w:r>
      <w:proofErr w:type="spellStart"/>
      <w:r w:rsidR="00C84795">
        <w:t>odlučivanju</w:t>
      </w:r>
      <w:proofErr w:type="spellEnd"/>
      <w:r w:rsidR="00C84795">
        <w:t xml:space="preserve"> o </w:t>
      </w:r>
      <w:proofErr w:type="spellStart"/>
      <w:r w:rsidR="00C84795">
        <w:t>važnim</w:t>
      </w:r>
      <w:proofErr w:type="spellEnd"/>
      <w:r w:rsidR="00C84795">
        <w:t xml:space="preserve"> </w:t>
      </w:r>
      <w:proofErr w:type="spellStart"/>
      <w:r w:rsidR="00C84795">
        <w:t>pitanjima</w:t>
      </w:r>
      <w:proofErr w:type="spellEnd"/>
      <w:r w:rsidR="00C84795">
        <w:t xml:space="preserve"> </w:t>
      </w:r>
      <w:proofErr w:type="spellStart"/>
      <w:r w:rsidR="00C84795">
        <w:t>vezanima</w:t>
      </w:r>
      <w:proofErr w:type="spellEnd"/>
      <w:r w:rsidR="00C84795">
        <w:t xml:space="preserve"> </w:t>
      </w:r>
      <w:proofErr w:type="spellStart"/>
      <w:r w:rsidR="00C84795">
        <w:t>uz</w:t>
      </w:r>
      <w:proofErr w:type="spellEnd"/>
      <w:r w:rsidR="00C84795">
        <w:t xml:space="preserve"> </w:t>
      </w:r>
      <w:proofErr w:type="spellStart"/>
      <w:r w:rsidR="00C84795">
        <w:t>djelovanje</w:t>
      </w:r>
      <w:proofErr w:type="spellEnd"/>
      <w:r w:rsidR="00C84795">
        <w:t xml:space="preserve"> </w:t>
      </w:r>
      <w:proofErr w:type="spellStart"/>
      <w:r w:rsidR="00C84795">
        <w:t>udruge</w:t>
      </w:r>
      <w:proofErr w:type="spellEnd"/>
      <w:r w:rsidR="00C84795">
        <w:t>.</w:t>
      </w:r>
      <w:r w:rsidR="00135DF7">
        <w:br/>
      </w:r>
      <w:r w:rsidR="00135DF7">
        <w:br/>
        <w:t xml:space="preserve">Radi </w:t>
      </w:r>
      <w:proofErr w:type="spellStart"/>
      <w:r w:rsidR="00135DF7">
        <w:t>organizacije</w:t>
      </w:r>
      <w:proofErr w:type="spellEnd"/>
      <w:r w:rsidR="00135DF7">
        <w:t xml:space="preserve"> rada </w:t>
      </w:r>
      <w:proofErr w:type="spellStart"/>
      <w:r w:rsidR="00135DF7">
        <w:t>skupštine</w:t>
      </w:r>
      <w:proofErr w:type="spellEnd"/>
      <w:r w:rsidR="00135DF7">
        <w:t xml:space="preserve">, </w:t>
      </w:r>
      <w:proofErr w:type="spellStart"/>
      <w:r w:rsidR="00135DF7">
        <w:t>dolazak</w:t>
      </w:r>
      <w:proofErr w:type="spellEnd"/>
      <w:r w:rsidR="00135DF7">
        <w:t xml:space="preserve"> je </w:t>
      </w:r>
      <w:proofErr w:type="spellStart"/>
      <w:r w:rsidR="00135DF7">
        <w:t>potrebno</w:t>
      </w:r>
      <w:proofErr w:type="spellEnd"/>
      <w:r w:rsidR="00135DF7">
        <w:t xml:space="preserve"> </w:t>
      </w:r>
      <w:proofErr w:type="spellStart"/>
      <w:r w:rsidR="00135DF7">
        <w:t>potvrditi</w:t>
      </w:r>
      <w:proofErr w:type="spellEnd"/>
      <w:r w:rsidR="00135DF7">
        <w:t xml:space="preserve"> </w:t>
      </w:r>
      <w:proofErr w:type="spellStart"/>
      <w:r w:rsidR="00135DF7">
        <w:t>najkasnije</w:t>
      </w:r>
      <w:proofErr w:type="spellEnd"/>
      <w:r w:rsidR="00135DF7">
        <w:t xml:space="preserve"> do </w:t>
      </w:r>
      <w:r w:rsidR="00EC5EAC">
        <w:t>30</w:t>
      </w:r>
      <w:r w:rsidR="00135DF7">
        <w:t xml:space="preserve">. </w:t>
      </w:r>
      <w:proofErr w:type="spellStart"/>
      <w:r w:rsidR="00135DF7">
        <w:t>siječnja</w:t>
      </w:r>
      <w:proofErr w:type="spellEnd"/>
      <w:r w:rsidR="00135DF7">
        <w:t>.</w:t>
      </w:r>
      <w:r w:rsidR="00CE0B86">
        <w:t xml:space="preserve"> </w:t>
      </w:r>
      <w:proofErr w:type="spellStart"/>
      <w:r w:rsidR="00135DF7">
        <w:t>Potvrda</w:t>
      </w:r>
      <w:proofErr w:type="spellEnd"/>
      <w:r w:rsidR="00135DF7">
        <w:t xml:space="preserve"> </w:t>
      </w:r>
      <w:proofErr w:type="spellStart"/>
      <w:r w:rsidR="00135DF7">
        <w:t>dolaska</w:t>
      </w:r>
      <w:proofErr w:type="spellEnd"/>
      <w:r w:rsidR="00135DF7">
        <w:t xml:space="preserve"> </w:t>
      </w:r>
      <w:proofErr w:type="spellStart"/>
      <w:r w:rsidR="00135DF7">
        <w:t>moguća</w:t>
      </w:r>
      <w:proofErr w:type="spellEnd"/>
      <w:r w:rsidR="00135DF7">
        <w:t xml:space="preserve"> je </w:t>
      </w:r>
      <w:proofErr w:type="spellStart"/>
      <w:r w:rsidR="00135DF7">
        <w:t>putem</w:t>
      </w:r>
      <w:proofErr w:type="spellEnd"/>
      <w:r w:rsidR="00135DF7">
        <w:t xml:space="preserve"> </w:t>
      </w:r>
      <w:proofErr w:type="spellStart"/>
      <w:r w:rsidR="00135DF7">
        <w:t>društvenih</w:t>
      </w:r>
      <w:proofErr w:type="spellEnd"/>
      <w:r w:rsidR="00135DF7">
        <w:t xml:space="preserve"> </w:t>
      </w:r>
      <w:proofErr w:type="spellStart"/>
      <w:r w:rsidR="00135DF7">
        <w:t>mreža</w:t>
      </w:r>
      <w:proofErr w:type="spellEnd"/>
      <w:r w:rsidR="00135DF7">
        <w:t xml:space="preserve"> </w:t>
      </w:r>
      <w:proofErr w:type="spellStart"/>
      <w:r w:rsidR="00135DF7">
        <w:t>kluba</w:t>
      </w:r>
      <w:proofErr w:type="spellEnd"/>
      <w:r w:rsidR="00135DF7">
        <w:t>, e-</w:t>
      </w:r>
      <w:proofErr w:type="spellStart"/>
      <w:r w:rsidR="00135DF7">
        <w:t>mailom</w:t>
      </w:r>
      <w:proofErr w:type="spellEnd"/>
      <w:r w:rsidR="00135DF7">
        <w:t xml:space="preserve"> </w:t>
      </w:r>
      <w:proofErr w:type="spellStart"/>
      <w:r w:rsidR="00135DF7">
        <w:t>ili</w:t>
      </w:r>
      <w:proofErr w:type="spellEnd"/>
      <w:r w:rsidR="00135DF7">
        <w:t xml:space="preserve"> </w:t>
      </w:r>
      <w:proofErr w:type="spellStart"/>
      <w:r w:rsidR="00135DF7">
        <w:t>telefonski</w:t>
      </w:r>
      <w:proofErr w:type="spellEnd"/>
      <w:r w:rsidR="00135DF7">
        <w:t xml:space="preserve"> </w:t>
      </w:r>
      <w:proofErr w:type="spellStart"/>
      <w:r w:rsidR="00135DF7">
        <w:t>na</w:t>
      </w:r>
      <w:proofErr w:type="spellEnd"/>
      <w:r w:rsidR="00135DF7">
        <w:t xml:space="preserve"> </w:t>
      </w:r>
      <w:proofErr w:type="spellStart"/>
      <w:r w:rsidR="00135DF7">
        <w:t>broj</w:t>
      </w:r>
      <w:proofErr w:type="spellEnd"/>
      <w:r w:rsidR="00135DF7">
        <w:t xml:space="preserve"> </w:t>
      </w:r>
      <w:proofErr w:type="spellStart"/>
      <w:r w:rsidR="00135DF7">
        <w:t>nekome</w:t>
      </w:r>
      <w:proofErr w:type="spellEnd"/>
      <w:r w:rsidR="00135DF7">
        <w:t xml:space="preserve"> od </w:t>
      </w:r>
      <w:proofErr w:type="spellStart"/>
      <w:r w:rsidR="00135DF7">
        <w:t>članova</w:t>
      </w:r>
      <w:proofErr w:type="spellEnd"/>
      <w:r w:rsidR="00135DF7">
        <w:t xml:space="preserve"> </w:t>
      </w:r>
      <w:proofErr w:type="spellStart"/>
      <w:r w:rsidR="00135DF7">
        <w:t>uprave</w:t>
      </w:r>
      <w:proofErr w:type="spellEnd"/>
      <w:r w:rsidR="00135DF7">
        <w:t xml:space="preserve"> </w:t>
      </w:r>
      <w:proofErr w:type="spellStart"/>
      <w:r w:rsidR="00135DF7">
        <w:t>kluba</w:t>
      </w:r>
      <w:proofErr w:type="spellEnd"/>
      <w:r w:rsidR="00896EBF">
        <w:t>.</w:t>
      </w:r>
    </w:p>
    <w:p w14:paraId="166BE027" w14:textId="77777777" w:rsidR="00E865CA" w:rsidRDefault="00852F23">
      <w:pPr>
        <w:jc w:val="center"/>
      </w:pPr>
      <w:r>
        <w:rPr>
          <w:b/>
          <w:sz w:val="24"/>
        </w:rPr>
        <w:t>DNEVNI RED</w:t>
      </w:r>
    </w:p>
    <w:p w14:paraId="4382FE14" w14:textId="77777777" w:rsidR="00E865CA" w:rsidRDefault="00852F23">
      <w:pPr>
        <w:pStyle w:val="Brojevi"/>
      </w:pPr>
      <w:r>
        <w:t>Otvaranje skupštine i pozdravna riječ</w:t>
      </w:r>
    </w:p>
    <w:p w14:paraId="7FA57B5C" w14:textId="77777777" w:rsidR="003F1700" w:rsidRDefault="00852F23" w:rsidP="003F1700">
      <w:pPr>
        <w:pStyle w:val="Brojevi"/>
      </w:pPr>
      <w:proofErr w:type="spellStart"/>
      <w:r>
        <w:t>Usvajanje</w:t>
      </w:r>
      <w:proofErr w:type="spellEnd"/>
      <w:r>
        <w:t xml:space="preserve"> </w:t>
      </w:r>
      <w:proofErr w:type="spellStart"/>
      <w:r>
        <w:t>dnevnog</w:t>
      </w:r>
      <w:proofErr w:type="spellEnd"/>
      <w:r>
        <w:t xml:space="preserve"> </w:t>
      </w:r>
      <w:proofErr w:type="spellStart"/>
      <w:r>
        <w:t>reda</w:t>
      </w:r>
      <w:proofErr w:type="spellEnd"/>
    </w:p>
    <w:p w14:paraId="1028CFB5" w14:textId="1573342E" w:rsidR="00E865CA" w:rsidRDefault="00852F23" w:rsidP="003F1700">
      <w:pPr>
        <w:pStyle w:val="Brojevi"/>
      </w:pPr>
      <w:proofErr w:type="spellStart"/>
      <w:r>
        <w:t>Izvješće</w:t>
      </w:r>
      <w:proofErr w:type="spellEnd"/>
      <w:r>
        <w:t xml:space="preserve"> o </w:t>
      </w:r>
      <w:proofErr w:type="spellStart"/>
      <w:r>
        <w:t>radu</w:t>
      </w:r>
      <w:proofErr w:type="spellEnd"/>
      <w:r>
        <w:t xml:space="preserve"> </w:t>
      </w:r>
      <w:proofErr w:type="spellStart"/>
      <w:r>
        <w:t>kluba</w:t>
      </w:r>
      <w:proofErr w:type="spellEnd"/>
      <w:r>
        <w:t xml:space="preserve"> u </w:t>
      </w:r>
      <w:r w:rsidR="00C84795">
        <w:t xml:space="preserve">2025. </w:t>
      </w:r>
      <w:proofErr w:type="spellStart"/>
      <w:r w:rsidR="00C84795">
        <w:t>godini</w:t>
      </w:r>
      <w:proofErr w:type="spellEnd"/>
    </w:p>
    <w:p w14:paraId="762C83C7" w14:textId="77777777" w:rsidR="00C84795" w:rsidRDefault="00852F23" w:rsidP="00C84795">
      <w:pPr>
        <w:pStyle w:val="Brojevi"/>
      </w:pPr>
      <w:proofErr w:type="spellStart"/>
      <w:r>
        <w:t>Financijsko</w:t>
      </w:r>
      <w:proofErr w:type="spellEnd"/>
      <w:r>
        <w:t xml:space="preserve"> </w:t>
      </w:r>
      <w:proofErr w:type="spellStart"/>
      <w:r>
        <w:t>izvješće</w:t>
      </w:r>
      <w:proofErr w:type="spellEnd"/>
    </w:p>
    <w:p w14:paraId="033FCC50" w14:textId="7F9E4791" w:rsidR="00E865CA" w:rsidRDefault="00852F23" w:rsidP="00C84795">
      <w:pPr>
        <w:pStyle w:val="Brojevi"/>
      </w:pPr>
      <w:proofErr w:type="spellStart"/>
      <w:r>
        <w:t>Razno</w:t>
      </w:r>
      <w:proofErr w:type="spellEnd"/>
    </w:p>
    <w:p w14:paraId="418DC4AC" w14:textId="22712E7F" w:rsidR="00E865CA" w:rsidRDefault="00852F23" w:rsidP="00D154A0">
      <w:r>
        <w:br/>
        <w:t>S poštovanjem,</w:t>
      </w:r>
      <w:r>
        <w:br/>
        <w:t xml:space="preserve">Uprava KSV Trenk Augsburg </w:t>
      </w:r>
      <w:proofErr w:type="spellStart"/>
      <w:r>
        <w:t>e.V.</w:t>
      </w:r>
      <w:proofErr w:type="spellEnd"/>
    </w:p>
    <w:p w14:paraId="163BF1D8" w14:textId="1148F4BB" w:rsidR="003F1700" w:rsidRDefault="0046469C" w:rsidP="003F1700">
      <w:r>
        <w:t xml:space="preserve">Augsburg, </w:t>
      </w:r>
      <w:r w:rsidR="00D934E4">
        <w:t>31</w:t>
      </w:r>
      <w:r>
        <w:t xml:space="preserve">. </w:t>
      </w:r>
      <w:proofErr w:type="spellStart"/>
      <w:r w:rsidR="00701A10">
        <w:t>prosinca</w:t>
      </w:r>
      <w:proofErr w:type="spellEnd"/>
      <w:r>
        <w:t xml:space="preserve"> 2025.</w:t>
      </w:r>
    </w:p>
    <w:p w14:paraId="1040AFB6" w14:textId="533434EC" w:rsidR="00E865CA" w:rsidRPr="00135DF7" w:rsidRDefault="00852F23" w:rsidP="003F1700">
      <w:pPr>
        <w:jc w:val="center"/>
      </w:pPr>
      <w:r w:rsidRPr="00202115">
        <w:rPr>
          <w:color w:val="FF0000"/>
          <w:sz w:val="20"/>
        </w:rPr>
        <w:br/>
      </w:r>
      <w:proofErr w:type="spellStart"/>
      <w:r w:rsidRPr="00202115">
        <w:rPr>
          <w:color w:val="FF0000"/>
          <w:sz w:val="20"/>
        </w:rPr>
        <w:t>Kontakt</w:t>
      </w:r>
      <w:proofErr w:type="spellEnd"/>
      <w:r w:rsidRPr="00202115">
        <w:rPr>
          <w:color w:val="FF0000"/>
          <w:sz w:val="20"/>
        </w:rPr>
        <w:t xml:space="preserve">: info@ksvtrenk.de | </w:t>
      </w:r>
      <w:hyperlink r:id="rId7" w:history="1">
        <w:r w:rsidR="00CD1620" w:rsidRPr="004B63A6">
          <w:rPr>
            <w:rStyle w:val="Hiperveza"/>
            <w:sz w:val="20"/>
          </w:rPr>
          <w:t>www.ksvtrenk.de</w:t>
        </w:r>
      </w:hyperlink>
      <w:r w:rsidR="008D1B21">
        <w:rPr>
          <w:color w:val="FF0000"/>
          <w:sz w:val="20"/>
        </w:rPr>
        <w:br/>
      </w:r>
      <w:r w:rsidR="00CD1620">
        <w:rPr>
          <w:color w:val="FF0000"/>
          <w:sz w:val="20"/>
        </w:rPr>
        <w:t xml:space="preserve">Boris 0176 6501 </w:t>
      </w:r>
      <w:r w:rsidR="00B751C3">
        <w:rPr>
          <w:color w:val="FF0000"/>
          <w:sz w:val="20"/>
        </w:rPr>
        <w:t xml:space="preserve">7950   </w:t>
      </w:r>
      <w:r w:rsidR="009B331E">
        <w:rPr>
          <w:color w:val="FF0000"/>
          <w:sz w:val="20"/>
        </w:rPr>
        <w:t>Mateo 0176 4279</w:t>
      </w:r>
      <w:r w:rsidR="008D1B21">
        <w:rPr>
          <w:color w:val="FF0000"/>
          <w:sz w:val="20"/>
        </w:rPr>
        <w:t xml:space="preserve"> </w:t>
      </w:r>
      <w:r w:rsidR="009B331E">
        <w:rPr>
          <w:color w:val="FF0000"/>
          <w:sz w:val="20"/>
        </w:rPr>
        <w:t>0531</w:t>
      </w:r>
      <w:r w:rsidR="009B331E">
        <w:rPr>
          <w:color w:val="FF0000"/>
          <w:sz w:val="20"/>
        </w:rPr>
        <w:br/>
      </w:r>
    </w:p>
    <w:sectPr w:rsidR="00E865CA" w:rsidRPr="00135DF7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Brojevi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Brojevi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Grafikeoznake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Grafikeoznake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Brojevi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Grafikeoznak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663896281">
    <w:abstractNumId w:val="8"/>
  </w:num>
  <w:num w:numId="2" w16cid:durableId="304509308">
    <w:abstractNumId w:val="6"/>
  </w:num>
  <w:num w:numId="3" w16cid:durableId="1196457742">
    <w:abstractNumId w:val="5"/>
  </w:num>
  <w:num w:numId="4" w16cid:durableId="1523472937">
    <w:abstractNumId w:val="4"/>
  </w:num>
  <w:num w:numId="5" w16cid:durableId="863321124">
    <w:abstractNumId w:val="7"/>
  </w:num>
  <w:num w:numId="6" w16cid:durableId="1473982593">
    <w:abstractNumId w:val="3"/>
  </w:num>
  <w:num w:numId="7" w16cid:durableId="1877232594">
    <w:abstractNumId w:val="2"/>
  </w:num>
  <w:num w:numId="8" w16cid:durableId="1719821776">
    <w:abstractNumId w:val="1"/>
  </w:num>
  <w:num w:numId="9" w16cid:durableId="17216308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430D0"/>
    <w:rsid w:val="0006063C"/>
    <w:rsid w:val="00135DF7"/>
    <w:rsid w:val="0015074B"/>
    <w:rsid w:val="001E2054"/>
    <w:rsid w:val="00202115"/>
    <w:rsid w:val="00231E41"/>
    <w:rsid w:val="002744DE"/>
    <w:rsid w:val="0029639D"/>
    <w:rsid w:val="002F54AD"/>
    <w:rsid w:val="00326F90"/>
    <w:rsid w:val="003F1700"/>
    <w:rsid w:val="00407201"/>
    <w:rsid w:val="0046469C"/>
    <w:rsid w:val="00516F16"/>
    <w:rsid w:val="0053498C"/>
    <w:rsid w:val="005C701E"/>
    <w:rsid w:val="00701A10"/>
    <w:rsid w:val="007B6D35"/>
    <w:rsid w:val="00852F23"/>
    <w:rsid w:val="00896EBF"/>
    <w:rsid w:val="008D1B21"/>
    <w:rsid w:val="008F1B22"/>
    <w:rsid w:val="00925919"/>
    <w:rsid w:val="009B331E"/>
    <w:rsid w:val="00AA1D8D"/>
    <w:rsid w:val="00B47730"/>
    <w:rsid w:val="00B751C3"/>
    <w:rsid w:val="00BA32D6"/>
    <w:rsid w:val="00C84795"/>
    <w:rsid w:val="00CB0664"/>
    <w:rsid w:val="00CD1620"/>
    <w:rsid w:val="00CE0B86"/>
    <w:rsid w:val="00D154A0"/>
    <w:rsid w:val="00D70D02"/>
    <w:rsid w:val="00D934E4"/>
    <w:rsid w:val="00E62C3C"/>
    <w:rsid w:val="00E865CA"/>
    <w:rsid w:val="00EC5EAC"/>
    <w:rsid w:val="00ED0C4A"/>
    <w:rsid w:val="00EE2BD6"/>
    <w:rsid w:val="00F14226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13E929A"/>
  <w14:defaultImageDpi w14:val="300"/>
  <w15:docId w15:val="{FE25C60A-4897-4142-ABD7-24B8CAFE3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Naslov1">
    <w:name w:val="heading 1"/>
    <w:basedOn w:val="Normal"/>
    <w:next w:val="Normal"/>
    <w:link w:val="Naslov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E618BF"/>
  </w:style>
  <w:style w:type="paragraph" w:styleId="Podnoje">
    <w:name w:val="footer"/>
    <w:basedOn w:val="Normal"/>
    <w:link w:val="Podnoje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E618BF"/>
  </w:style>
  <w:style w:type="paragraph" w:styleId="Bezproreda">
    <w:name w:val="No Spacing"/>
    <w:uiPriority w:val="1"/>
    <w:qFormat/>
    <w:rsid w:val="00FC693F"/>
    <w:pPr>
      <w:spacing w:after="0" w:line="240" w:lineRule="auto"/>
    </w:pPr>
  </w:style>
  <w:style w:type="character" w:customStyle="1" w:styleId="Naslov1Char">
    <w:name w:val="Naslov 1 Char"/>
    <w:basedOn w:val="Zadanifontodlomka"/>
    <w:link w:val="Naslov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slov2Char">
    <w:name w:val="Naslov 2 Char"/>
    <w:basedOn w:val="Zadanifontodlomka"/>
    <w:link w:val="Naslov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slov3Char">
    <w:name w:val="Naslov 3 Char"/>
    <w:basedOn w:val="Zadanifontodlomka"/>
    <w:link w:val="Naslov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slov">
    <w:name w:val="Title"/>
    <w:basedOn w:val="Normal"/>
    <w:next w:val="Normal"/>
    <w:link w:val="Naslov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Char">
    <w:name w:val="Naslov Char"/>
    <w:basedOn w:val="Zadanifontodlomka"/>
    <w:link w:val="Naslov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naslovChar">
    <w:name w:val="Podnaslov Char"/>
    <w:basedOn w:val="Zadanifontodlomka"/>
    <w:link w:val="Podnaslov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Odlomakpopis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Tijeloteksta">
    <w:name w:val="Body Text"/>
    <w:basedOn w:val="Normal"/>
    <w:link w:val="TijelotekstaChar"/>
    <w:uiPriority w:val="99"/>
    <w:unhideWhenUsed/>
    <w:rsid w:val="00AA1D8D"/>
    <w:pPr>
      <w:spacing w:after="120"/>
    </w:pPr>
  </w:style>
  <w:style w:type="character" w:customStyle="1" w:styleId="TijelotekstaChar">
    <w:name w:val="Tijelo teksta Char"/>
    <w:basedOn w:val="Zadanifontodlomka"/>
    <w:link w:val="Tijeloteksta"/>
    <w:uiPriority w:val="99"/>
    <w:rsid w:val="00AA1D8D"/>
  </w:style>
  <w:style w:type="paragraph" w:styleId="Tijeloteksta2">
    <w:name w:val="Body Text 2"/>
    <w:basedOn w:val="Normal"/>
    <w:link w:val="Tijeloteksta2Char"/>
    <w:uiPriority w:val="99"/>
    <w:unhideWhenUsed/>
    <w:rsid w:val="00AA1D8D"/>
    <w:pPr>
      <w:spacing w:after="120" w:line="480" w:lineRule="auto"/>
    </w:pPr>
  </w:style>
  <w:style w:type="character" w:customStyle="1" w:styleId="Tijeloteksta2Char">
    <w:name w:val="Tijelo teksta 2 Char"/>
    <w:basedOn w:val="Zadanifontodlomka"/>
    <w:link w:val="Tijeloteksta2"/>
    <w:uiPriority w:val="99"/>
    <w:rsid w:val="00AA1D8D"/>
  </w:style>
  <w:style w:type="paragraph" w:styleId="Tijeloteksta3">
    <w:name w:val="Body Text 3"/>
    <w:basedOn w:val="Normal"/>
    <w:link w:val="Tijeloteksta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ijeloteksta3Char">
    <w:name w:val="Tijelo teksta 3 Char"/>
    <w:basedOn w:val="Zadanifontodlomka"/>
    <w:link w:val="Tijeloteksta3"/>
    <w:uiPriority w:val="99"/>
    <w:rsid w:val="00AA1D8D"/>
    <w:rPr>
      <w:sz w:val="16"/>
      <w:szCs w:val="16"/>
    </w:rPr>
  </w:style>
  <w:style w:type="paragraph" w:styleId="Popis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Popis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Popis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Grafikeoznake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Grafikeoznake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Grafikeoznake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Brojevi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Brojevi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Brojevi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Nastavakpopisa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Nastavakpopisa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Nastavakpopisa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kstmakronaredbe">
    <w:name w:val="macro"/>
    <w:link w:val="Tekstmakronaredbe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kstmakronaredbeChar">
    <w:name w:val="Tekst makronaredbe Char"/>
    <w:basedOn w:val="Zadanifontodlomka"/>
    <w:link w:val="Tekstmakronaredbe"/>
    <w:uiPriority w:val="99"/>
    <w:rsid w:val="0029639D"/>
    <w:rPr>
      <w:rFonts w:ascii="Courier" w:hAnsi="Courier"/>
      <w:sz w:val="20"/>
      <w:szCs w:val="20"/>
    </w:rPr>
  </w:style>
  <w:style w:type="paragraph" w:styleId="Citat">
    <w:name w:val="Quote"/>
    <w:basedOn w:val="Normal"/>
    <w:next w:val="Normal"/>
    <w:link w:val="CitatChar"/>
    <w:uiPriority w:val="29"/>
    <w:qFormat/>
    <w:rsid w:val="00FC693F"/>
    <w:rPr>
      <w:i/>
      <w:iCs/>
      <w:color w:val="000000" w:themeColor="text1"/>
    </w:rPr>
  </w:style>
  <w:style w:type="character" w:customStyle="1" w:styleId="CitatChar">
    <w:name w:val="Citat Char"/>
    <w:basedOn w:val="Zadanifontodlomka"/>
    <w:link w:val="Citat"/>
    <w:uiPriority w:val="29"/>
    <w:rsid w:val="00FC693F"/>
    <w:rPr>
      <w:i/>
      <w:iCs/>
      <w:color w:val="000000" w:themeColor="text1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Opisslike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Naglaeno">
    <w:name w:val="Strong"/>
    <w:basedOn w:val="Zadanifontodlomka"/>
    <w:uiPriority w:val="22"/>
    <w:qFormat/>
    <w:rsid w:val="00FC693F"/>
    <w:rPr>
      <w:b/>
      <w:bCs/>
    </w:rPr>
  </w:style>
  <w:style w:type="character" w:styleId="Istaknuto">
    <w:name w:val="Emphasis"/>
    <w:basedOn w:val="Zadanifontodlomka"/>
    <w:uiPriority w:val="20"/>
    <w:qFormat/>
    <w:rsid w:val="00FC693F"/>
    <w:rPr>
      <w:i/>
      <w:iCs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FC693F"/>
    <w:rPr>
      <w:b/>
      <w:bCs/>
      <w:i/>
      <w:iCs/>
      <w:color w:val="4F81BD" w:themeColor="accent1"/>
    </w:rPr>
  </w:style>
  <w:style w:type="character" w:styleId="Neupadljivoisticanje">
    <w:name w:val="Subtle Emphasis"/>
    <w:basedOn w:val="Zadanifontodlomka"/>
    <w:uiPriority w:val="19"/>
    <w:qFormat/>
    <w:rsid w:val="00FC693F"/>
    <w:rPr>
      <w:i/>
      <w:iCs/>
      <w:color w:val="808080" w:themeColor="text1" w:themeTint="7F"/>
    </w:rPr>
  </w:style>
  <w:style w:type="character" w:styleId="Jakoisticanje">
    <w:name w:val="Intense Emphasis"/>
    <w:basedOn w:val="Zadanifontodlomka"/>
    <w:uiPriority w:val="21"/>
    <w:qFormat/>
    <w:rsid w:val="00FC693F"/>
    <w:rPr>
      <w:b/>
      <w:bCs/>
      <w:i/>
      <w:iCs/>
      <w:color w:val="4F81BD" w:themeColor="accent1"/>
    </w:rPr>
  </w:style>
  <w:style w:type="character" w:styleId="Neupadljivareferenca">
    <w:name w:val="Subtle Reference"/>
    <w:basedOn w:val="Zadanifontodlomka"/>
    <w:uiPriority w:val="31"/>
    <w:qFormat/>
    <w:rsid w:val="00FC693F"/>
    <w:rPr>
      <w:smallCaps/>
      <w:color w:val="C0504D" w:themeColor="accent2"/>
      <w:u w:val="single"/>
    </w:rPr>
  </w:style>
  <w:style w:type="character" w:styleId="Istaknutareferenca">
    <w:name w:val="Intense Reference"/>
    <w:basedOn w:val="Zadanifontodlomka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Naslovknjige">
    <w:name w:val="Book Title"/>
    <w:basedOn w:val="Zadanifontodlomka"/>
    <w:uiPriority w:val="33"/>
    <w:qFormat/>
    <w:rsid w:val="00FC693F"/>
    <w:rPr>
      <w:b/>
      <w:bCs/>
      <w:smallCaps/>
      <w:spacing w:val="5"/>
    </w:rPr>
  </w:style>
  <w:style w:type="paragraph" w:styleId="TOCNaslov">
    <w:name w:val="TOC Heading"/>
    <w:basedOn w:val="Naslov1"/>
    <w:next w:val="Normal"/>
    <w:uiPriority w:val="39"/>
    <w:semiHidden/>
    <w:unhideWhenUsed/>
    <w:qFormat/>
    <w:rsid w:val="00FC693F"/>
    <w:pPr>
      <w:outlineLvl w:val="9"/>
    </w:pPr>
  </w:style>
  <w:style w:type="table" w:styleId="Reetkatablice">
    <w:name w:val="Table Grid"/>
    <w:basedOn w:val="Obinatablica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ijetlosjenanje">
    <w:name w:val="Light Shading"/>
    <w:basedOn w:val="Obinatablica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ijetlosjenanje-Isticanje1">
    <w:name w:val="Light Shading Accent 1"/>
    <w:basedOn w:val="Obinatablica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vijetlosjenanje-Isticanje2">
    <w:name w:val="Light Shading Accent 2"/>
    <w:basedOn w:val="Obinatablica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vijetlosjenanje-Isticanje3">
    <w:name w:val="Light Shading Accent 3"/>
    <w:basedOn w:val="Obinatablica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vijetlosjenanje-Isticanje4">
    <w:name w:val="Light Shading Accent 4"/>
    <w:basedOn w:val="Obinatablica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vijetlosjenanje-Isticanje5">
    <w:name w:val="Light Shading Accent 5"/>
    <w:basedOn w:val="Obinatablica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vijetlosjenanje-Isticanje6">
    <w:name w:val="Light Shading Accent 6"/>
    <w:basedOn w:val="Obinatablica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Svijetlipopis">
    <w:name w:val="Light List"/>
    <w:basedOn w:val="Obinatablic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ijetlipopis-Isticanje1">
    <w:name w:val="Light List Accent 1"/>
    <w:basedOn w:val="Obinatablic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Svijetlipopis-Isticanje2">
    <w:name w:val="Light List Accent 2"/>
    <w:basedOn w:val="Obinatablic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Svijetlipopis-Isticanje3">
    <w:name w:val="Light List Accent 3"/>
    <w:basedOn w:val="Obinatablic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Svijetlipopis-Isticanje4">
    <w:name w:val="Light List Accent 4"/>
    <w:basedOn w:val="Obinatablic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Svijetlipopis-Isticanje5">
    <w:name w:val="Light List Accent 5"/>
    <w:basedOn w:val="Obinatablic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Srednjipopis-Isticanje6">
    <w:name w:val="Light List Accent 6"/>
    <w:basedOn w:val="Obinatablic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Svijetlareetka">
    <w:name w:val="Light Grid"/>
    <w:basedOn w:val="Obinatablic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ijetlareetka-Isticanje1">
    <w:name w:val="Light Grid Accent 1"/>
    <w:basedOn w:val="Obinatablic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vijetlareetka-Isticanje2">
    <w:name w:val="Light Grid Accent 2"/>
    <w:basedOn w:val="Obinatablic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Svijetlareetka-Isticanje3">
    <w:name w:val="Light Grid Accent 3"/>
    <w:basedOn w:val="Obinatablic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Svijetlareetka-Isticanje4">
    <w:name w:val="Light Grid Accent 4"/>
    <w:basedOn w:val="Obinatablic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Svijetlareetka-Isticanje5">
    <w:name w:val="Light Grid Accent 5"/>
    <w:basedOn w:val="Obinatablic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Srednjareetka-Isticanje6">
    <w:name w:val="Light Grid Accent 6"/>
    <w:basedOn w:val="Obinatablic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rednjesjenanje1">
    <w:name w:val="Medium Shading 1"/>
    <w:basedOn w:val="Obinatablic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1">
    <w:name w:val="Medium Shading 1 Accent 1"/>
    <w:basedOn w:val="Obinatablic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2">
    <w:name w:val="Medium Shading 1 Accent 2"/>
    <w:basedOn w:val="Obinatablic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3">
    <w:name w:val="Medium Shading 1 Accent 3"/>
    <w:basedOn w:val="Obinatablic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4">
    <w:name w:val="Medium Shading 1 Accent 4"/>
    <w:basedOn w:val="Obinatablic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5">
    <w:name w:val="Medium Shading 1 Accent 5"/>
    <w:basedOn w:val="Obinatablic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6">
    <w:name w:val="Medium Shading 1 Accent 6"/>
    <w:basedOn w:val="Obinatablic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2">
    <w:name w:val="Medium Shading 2"/>
    <w:basedOn w:val="Obinatablic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rednjesjenanje2-Isticanje1">
    <w:name w:val="Medium Shading 2 Accent 1"/>
    <w:basedOn w:val="Obinatablic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rednjesjenanje2-Isticanje2">
    <w:name w:val="Medium Shading 2 Accent 2"/>
    <w:basedOn w:val="Obinatablic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rednjesjenanje2-Isticanje3">
    <w:name w:val="Medium Shading 2 Accent 3"/>
    <w:basedOn w:val="Obinatablic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rednjesjenanje2-Isticanje4">
    <w:name w:val="Medium Shading 2 Accent 4"/>
    <w:basedOn w:val="Obinatablic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rednjesjenanje2-Isticanje5">
    <w:name w:val="Medium Shading 2 Accent 5"/>
    <w:basedOn w:val="Obinatablic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rednjesjenanje2-Isticanje6">
    <w:name w:val="Medium Shading 2 Accent 6"/>
    <w:basedOn w:val="Obinatablic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rednjipopis1">
    <w:name w:val="Medium List 1"/>
    <w:basedOn w:val="Obinatablic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rednjipopis1-Isticanje1">
    <w:name w:val="Medium List 1 Accent 1"/>
    <w:basedOn w:val="Obinatablic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Srednjipopis1-Isticanje2">
    <w:name w:val="Medium List 1 Accent 2"/>
    <w:basedOn w:val="Obinatablic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rednjipopis1-Isticanje3">
    <w:name w:val="Medium List 1 Accent 3"/>
    <w:basedOn w:val="Obinatablic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Srednjipopis1-Isticanje4">
    <w:name w:val="Medium List 1 Accent 4"/>
    <w:basedOn w:val="Obinatablic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Srednjipopis1-Isticanje5">
    <w:name w:val="Medium List 1 Accent 5"/>
    <w:basedOn w:val="Obinatablic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Srednjipopis1-Isticanje6">
    <w:name w:val="Medium List 1 Accent 6"/>
    <w:basedOn w:val="Obinatablic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Srednjipopis2">
    <w:name w:val="Medium List 2"/>
    <w:basedOn w:val="Obinatablic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1">
    <w:name w:val="Medium List 2 Accent 1"/>
    <w:basedOn w:val="Obinatablic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2">
    <w:name w:val="Medium List 2 Accent 2"/>
    <w:basedOn w:val="Obinatablic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3">
    <w:name w:val="Medium List 2 Accent 3"/>
    <w:basedOn w:val="Obinatablic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4">
    <w:name w:val="Medium List 2 Accent 4"/>
    <w:basedOn w:val="Obinatablic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5">
    <w:name w:val="Medium List 2 Accent 5"/>
    <w:basedOn w:val="Obinatablic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6">
    <w:name w:val="Medium List 2 Accent 6"/>
    <w:basedOn w:val="Obinatablic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areetka1">
    <w:name w:val="Medium Grid 1"/>
    <w:basedOn w:val="Obinatablic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rednjareetka1-Isticanje1">
    <w:name w:val="Medium Grid 1 Accent 1"/>
    <w:basedOn w:val="Obinatablic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Srednjareetka1-Isticanje2">
    <w:name w:val="Medium Grid 1 Accent 2"/>
    <w:basedOn w:val="Obinatablic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Srednjareetka1-Isticanje3">
    <w:name w:val="Medium Grid 1 Accent 3"/>
    <w:basedOn w:val="Obinatablic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rednjareetka1-Isticanje4">
    <w:name w:val="Medium Grid 1 Accent 4"/>
    <w:basedOn w:val="Obinatablic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Srednjareetka1-Isticanje5">
    <w:name w:val="Medium Grid 1 Accent 5"/>
    <w:basedOn w:val="Obinatablic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Srednjareetka1-Isticanje6">
    <w:name w:val="Medium Grid 1 Accent 6"/>
    <w:basedOn w:val="Obinatablic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Srednjareetka2">
    <w:name w:val="Medium Grid 2"/>
    <w:basedOn w:val="Obinatablic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1">
    <w:name w:val="Medium Grid 2 Accent 1"/>
    <w:basedOn w:val="Obinatablic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2">
    <w:name w:val="Medium Grid 2 Accent 2"/>
    <w:basedOn w:val="Obinatablic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3">
    <w:name w:val="Medium Grid 2 Accent 3"/>
    <w:basedOn w:val="Obinatablic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4">
    <w:name w:val="Medium Grid 2 Accent 4"/>
    <w:basedOn w:val="Obinatablic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5">
    <w:name w:val="Medium Grid 2 Accent 5"/>
    <w:basedOn w:val="Obinatablic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6">
    <w:name w:val="Medium Grid 2 Accent 6"/>
    <w:basedOn w:val="Obinatablic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3">
    <w:name w:val="Medium Grid 3"/>
    <w:basedOn w:val="Obinatablic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rednjareetka3-Isticanje1">
    <w:name w:val="Medium Grid 3 Accent 1"/>
    <w:basedOn w:val="Obinatablic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Srednjareetka3-Isticanje2">
    <w:name w:val="Medium Grid 3 Accent 2"/>
    <w:basedOn w:val="Obinatablic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Srednjareetka3-Isticanje3">
    <w:name w:val="Medium Grid 3 Accent 3"/>
    <w:basedOn w:val="Obinatablic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Srednjareetka3-Isticanje4">
    <w:name w:val="Medium Grid 3 Accent 4"/>
    <w:basedOn w:val="Obinatablic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Srednjareetka3-Isticanje5">
    <w:name w:val="Medium Grid 3 Accent 5"/>
    <w:basedOn w:val="Obinatablic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Srednjareetka3-Isticanje6">
    <w:name w:val="Medium Grid 3 Accent 6"/>
    <w:basedOn w:val="Obinatablic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Tamnipopis">
    <w:name w:val="Dark List"/>
    <w:basedOn w:val="Obinatablic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amnipopis-Isticanje1">
    <w:name w:val="Dark List Accent 1"/>
    <w:basedOn w:val="Obinatablic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Tamnipopis-Isticanje2">
    <w:name w:val="Dark List Accent 2"/>
    <w:basedOn w:val="Obinatablic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Tamnipopis-Isticanje3">
    <w:name w:val="Dark List Accent 3"/>
    <w:basedOn w:val="Obinatablic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Tamnipopis-Isticanje4">
    <w:name w:val="Dark List Accent 4"/>
    <w:basedOn w:val="Obinatablic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Tamnipopis-Isticanje5">
    <w:name w:val="Dark List Accent 5"/>
    <w:basedOn w:val="Obinatablic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Tamnipopis-Isticanje6">
    <w:name w:val="Dark List Accent 6"/>
    <w:basedOn w:val="Obinatablic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Obojanosjenanje">
    <w:name w:val="Colorful Shading"/>
    <w:basedOn w:val="Obinatablic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anosjenanje-Isticanje1">
    <w:name w:val="Colorful Shading Accent 1"/>
    <w:basedOn w:val="Obinatablic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jenanjeuboji-Isticanje2">
    <w:name w:val="Colorful Shading Accent 2"/>
    <w:basedOn w:val="Obinatablic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anosjenanje-Isticanje3">
    <w:name w:val="Colorful Shading Accent 3"/>
    <w:basedOn w:val="Obinatablic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Obojanosjenanje-Isticanje4">
    <w:name w:val="Colorful Shading Accent 4"/>
    <w:basedOn w:val="Obinatablic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anosjenanje-Isticanje5">
    <w:name w:val="Colorful Shading Accent 5"/>
    <w:basedOn w:val="Obinatablic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anosjenanje-Isticanje6">
    <w:name w:val="Colorful Shading Accent 6"/>
    <w:basedOn w:val="Obinatablic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anipopis">
    <w:name w:val="Colorful List"/>
    <w:basedOn w:val="Obinatablic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Obojanipopis-Isticanje1">
    <w:name w:val="Colorful List Accent 1"/>
    <w:basedOn w:val="Obinatablic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Obojanopopis-Isticanje2">
    <w:name w:val="Colorful List Accent 2"/>
    <w:basedOn w:val="Obinatablic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Obojanipopis-Isticanje3">
    <w:name w:val="Colorful List Accent 3"/>
    <w:basedOn w:val="Obinatablic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Obojanipopis-Isticanje4">
    <w:name w:val="Colorful List Accent 4"/>
    <w:basedOn w:val="Obinatablic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Obojanipopis-Isticanje5">
    <w:name w:val="Colorful List Accent 5"/>
    <w:basedOn w:val="Obinatablic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Obojanipopis-Isticanje6">
    <w:name w:val="Colorful List Accent 6"/>
    <w:basedOn w:val="Obinatablic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Obojanareetka">
    <w:name w:val="Colorful Grid"/>
    <w:basedOn w:val="Obinatablic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Obojanareetka-Isticanje1">
    <w:name w:val="Colorful Grid Accent 1"/>
    <w:basedOn w:val="Obinatablic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Obojanoreetka-Isticanje2">
    <w:name w:val="Colorful Grid Accent 2"/>
    <w:basedOn w:val="Obinatablic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Obojanareetka-Isticanje3">
    <w:name w:val="Colorful Grid Accent 3"/>
    <w:basedOn w:val="Obinatablic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Obojanareetka-Isticanje4">
    <w:name w:val="Colorful Grid Accent 4"/>
    <w:basedOn w:val="Obinatablic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Obojanareetka-Isticanje5">
    <w:name w:val="Colorful Grid Accent 5"/>
    <w:basedOn w:val="Obinatablic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Obojanareetka-Isticanje6">
    <w:name w:val="Colorful Grid Accent 6"/>
    <w:basedOn w:val="Obinatablic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Revizija">
    <w:name w:val="Revision"/>
    <w:hidden/>
    <w:uiPriority w:val="99"/>
    <w:semiHidden/>
    <w:rsid w:val="0046469C"/>
    <w:pPr>
      <w:spacing w:after="0" w:line="240" w:lineRule="auto"/>
    </w:pPr>
  </w:style>
  <w:style w:type="character" w:styleId="Hiperveza">
    <w:name w:val="Hyperlink"/>
    <w:basedOn w:val="Zadanifontodlomka"/>
    <w:uiPriority w:val="99"/>
    <w:unhideWhenUsed/>
    <w:rsid w:val="00CD1620"/>
    <w:rPr>
      <w:color w:val="0000FF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CD16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ksvtrenk.d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162</Words>
  <Characters>924</Characters>
  <Application>Microsoft Office Word</Application>
  <DocSecurity>0</DocSecurity>
  <Lines>31</Lines>
  <Paragraphs>13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1073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Mateo Katić</cp:lastModifiedBy>
  <cp:revision>25</cp:revision>
  <dcterms:created xsi:type="dcterms:W3CDTF">2025-04-22T18:39:00Z</dcterms:created>
  <dcterms:modified xsi:type="dcterms:W3CDTF">2025-12-31T10:18:00Z</dcterms:modified>
  <cp:category/>
</cp:coreProperties>
</file>