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65064D" w14:textId="77777777" w:rsidR="0032300F" w:rsidRPr="003D73E9" w:rsidRDefault="00000000" w:rsidP="00FD3D84">
      <w:pPr>
        <w:pStyle w:val="Heading1"/>
        <w:pBdr>
          <w:bottom w:val="single" w:sz="18" w:space="1" w:color="325886"/>
        </w:pBdr>
      </w:pPr>
      <w:r w:rsidRPr="003D73E9">
        <w:t>YOUR NAME HERE</w:t>
      </w:r>
    </w:p>
    <w:p w14:paraId="3F55E766" w14:textId="3E607F52" w:rsidR="0032300F" w:rsidRPr="003D73E9" w:rsidRDefault="00000000">
      <w:pPr>
        <w:rPr>
          <w:rFonts w:ascii="Verdana" w:hAnsi="Verdana"/>
        </w:rPr>
      </w:pPr>
      <w:r w:rsidRPr="003D73E9">
        <w:rPr>
          <w:rFonts w:ascii="Verdana" w:hAnsi="Verdana"/>
        </w:rPr>
        <w:t>City, State | Phone Number | Email Address</w:t>
      </w:r>
    </w:p>
    <w:p w14:paraId="5D9B0D38" w14:textId="6FCD158D" w:rsidR="0032300F" w:rsidRPr="00305C49" w:rsidRDefault="23FDF9E5" w:rsidP="00305C49">
      <w:pPr>
        <w:pStyle w:val="Heading2"/>
      </w:pPr>
      <w:r>
        <w:t>SUMMARY</w:t>
      </w:r>
    </w:p>
    <w:p w14:paraId="4435CDA9" w14:textId="22D1A5CC" w:rsidR="0032300F" w:rsidRPr="003D73E9" w:rsidRDefault="00000000">
      <w:pPr>
        <w:rPr>
          <w:rFonts w:ascii="Verdana" w:hAnsi="Verdana"/>
        </w:rPr>
      </w:pPr>
      <w:r w:rsidRPr="003D73E9">
        <w:rPr>
          <w:rFonts w:ascii="Verdana" w:hAnsi="Verdana"/>
        </w:rPr>
        <w:t>Write 2–3 sentences highlighting your skills, strengths, and goals.</w:t>
      </w:r>
    </w:p>
    <w:p w14:paraId="5F1F973F" w14:textId="77777777" w:rsidR="0032300F" w:rsidRPr="003D73E9" w:rsidRDefault="00000000" w:rsidP="00305C49">
      <w:pPr>
        <w:pStyle w:val="Heading2"/>
      </w:pPr>
      <w:r w:rsidRPr="003D73E9">
        <w:t>SKILLS</w:t>
      </w:r>
    </w:p>
    <w:p w14:paraId="59FA3755" w14:textId="01999BE4" w:rsidR="0032300F" w:rsidRPr="00305C49" w:rsidRDefault="00000000" w:rsidP="00305C49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305C49">
        <w:rPr>
          <w:rFonts w:ascii="Verdana" w:hAnsi="Verdana"/>
        </w:rPr>
        <w:t>Skill 1</w:t>
      </w:r>
    </w:p>
    <w:p w14:paraId="6F29A3D9" w14:textId="5C202826" w:rsidR="0032300F" w:rsidRPr="00305C49" w:rsidRDefault="00000000" w:rsidP="00305C49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305C49">
        <w:rPr>
          <w:rFonts w:ascii="Verdana" w:hAnsi="Verdana"/>
        </w:rPr>
        <w:t>Skill 2</w:t>
      </w:r>
    </w:p>
    <w:p w14:paraId="5CE4E7E2" w14:textId="7C7E1075" w:rsidR="0032300F" w:rsidRPr="00305C49" w:rsidRDefault="00000000" w:rsidP="00305C49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305C49">
        <w:rPr>
          <w:rFonts w:ascii="Verdana" w:hAnsi="Verdana"/>
        </w:rPr>
        <w:t>Skill 3</w:t>
      </w:r>
    </w:p>
    <w:p w14:paraId="54A0A543" w14:textId="77777777" w:rsidR="0032300F" w:rsidRPr="003D73E9" w:rsidRDefault="00000000" w:rsidP="00305C49">
      <w:pPr>
        <w:pStyle w:val="Heading2"/>
      </w:pPr>
      <w:r w:rsidRPr="003D73E9">
        <w:t>EXPERIENCE</w:t>
      </w:r>
    </w:p>
    <w:p w14:paraId="31F0E537" w14:textId="77777777" w:rsidR="0032300F" w:rsidRPr="003D73E9" w:rsidRDefault="00000000">
      <w:pPr>
        <w:rPr>
          <w:rFonts w:ascii="Verdana" w:hAnsi="Verdana"/>
        </w:rPr>
      </w:pPr>
      <w:r w:rsidRPr="003D73E9">
        <w:rPr>
          <w:rFonts w:ascii="Verdana" w:hAnsi="Verdana"/>
        </w:rPr>
        <w:t>Position or Role</w:t>
      </w:r>
      <w:r w:rsidRPr="003D73E9">
        <w:rPr>
          <w:rFonts w:ascii="Verdana" w:hAnsi="Verdana"/>
        </w:rPr>
        <w:br/>
        <w:t>Organization Name | Dates</w:t>
      </w:r>
    </w:p>
    <w:p w14:paraId="01963BB6" w14:textId="0AD6DFD3" w:rsidR="0032300F" w:rsidRPr="00305C49" w:rsidRDefault="00000000" w:rsidP="00305C49">
      <w:pPr>
        <w:pStyle w:val="ListParagraph"/>
        <w:numPr>
          <w:ilvl w:val="0"/>
          <w:numId w:val="12"/>
        </w:numPr>
        <w:rPr>
          <w:rFonts w:ascii="Verdana" w:hAnsi="Verdana"/>
        </w:rPr>
      </w:pPr>
      <w:r w:rsidRPr="00305C49">
        <w:rPr>
          <w:rFonts w:ascii="Verdana" w:hAnsi="Verdana"/>
        </w:rPr>
        <w:t>Describe what you did</w:t>
      </w:r>
    </w:p>
    <w:p w14:paraId="152260E5" w14:textId="1F4CBC9E" w:rsidR="0032300F" w:rsidRPr="00305C49" w:rsidRDefault="00000000" w:rsidP="00305C49">
      <w:pPr>
        <w:pStyle w:val="ListParagraph"/>
        <w:numPr>
          <w:ilvl w:val="0"/>
          <w:numId w:val="12"/>
        </w:numPr>
        <w:rPr>
          <w:rFonts w:ascii="Verdana" w:hAnsi="Verdana"/>
        </w:rPr>
      </w:pPr>
      <w:r w:rsidRPr="00305C49">
        <w:rPr>
          <w:rFonts w:ascii="Verdana" w:hAnsi="Verdana"/>
        </w:rPr>
        <w:t>Highlight skills you used</w:t>
      </w:r>
    </w:p>
    <w:p w14:paraId="62EBEFC1" w14:textId="77777777" w:rsidR="0032300F" w:rsidRPr="003D73E9" w:rsidRDefault="00000000" w:rsidP="00305C49">
      <w:pPr>
        <w:pStyle w:val="Heading2"/>
      </w:pPr>
      <w:r w:rsidRPr="003D73E9">
        <w:t>EDUCATION</w:t>
      </w:r>
    </w:p>
    <w:p w14:paraId="5C278DF4" w14:textId="6C357732" w:rsidR="0032300F" w:rsidRPr="003D73E9" w:rsidRDefault="00000000">
      <w:pPr>
        <w:rPr>
          <w:rFonts w:ascii="Verdana" w:hAnsi="Verdana"/>
        </w:rPr>
      </w:pPr>
      <w:r w:rsidRPr="003D73E9">
        <w:rPr>
          <w:rFonts w:ascii="Verdana" w:hAnsi="Verdana"/>
        </w:rPr>
        <w:t>School Name</w:t>
      </w:r>
      <w:r w:rsidRPr="003D73E9">
        <w:rPr>
          <w:rFonts w:ascii="Verdana" w:hAnsi="Verdana"/>
        </w:rPr>
        <w:br/>
        <w:t>Expected Graduation Year</w:t>
      </w:r>
    </w:p>
    <w:p w14:paraId="747DA8F2" w14:textId="77777777" w:rsidR="0032300F" w:rsidRPr="003D73E9" w:rsidRDefault="00000000" w:rsidP="00305C49">
      <w:pPr>
        <w:pStyle w:val="Heading2"/>
      </w:pPr>
      <w:r w:rsidRPr="003D73E9">
        <w:t>ACTIVITIES &amp; AWARDS</w:t>
      </w:r>
    </w:p>
    <w:p w14:paraId="6F0E8D3D" w14:textId="5B9EBD4B" w:rsidR="00305C49" w:rsidRDefault="00000000" w:rsidP="00305C49">
      <w:pPr>
        <w:pStyle w:val="ListParagraph"/>
        <w:numPr>
          <w:ilvl w:val="0"/>
          <w:numId w:val="14"/>
        </w:numPr>
        <w:rPr>
          <w:rFonts w:ascii="Verdana" w:hAnsi="Verdana"/>
        </w:rPr>
      </w:pPr>
      <w:r w:rsidRPr="00305C49">
        <w:rPr>
          <w:rFonts w:ascii="Verdana" w:hAnsi="Verdana"/>
        </w:rPr>
        <w:t>Activity or Award</w:t>
      </w:r>
    </w:p>
    <w:p w14:paraId="6453D6AC" w14:textId="287F42ED" w:rsidR="00305C49" w:rsidRPr="00305C49" w:rsidRDefault="00305C49" w:rsidP="00305C49">
      <w:pPr>
        <w:pStyle w:val="ListParagraph"/>
        <w:numPr>
          <w:ilvl w:val="0"/>
          <w:numId w:val="14"/>
        </w:numPr>
        <w:rPr>
          <w:rFonts w:ascii="Verdana" w:hAnsi="Verdana"/>
        </w:rPr>
      </w:pPr>
      <w:r w:rsidRPr="00305C49">
        <w:rPr>
          <w:rFonts w:ascii="Verdana" w:hAnsi="Verdana"/>
        </w:rPr>
        <w:t>Activity or Award</w:t>
      </w:r>
    </w:p>
    <w:sectPr w:rsidR="00305C49" w:rsidRPr="00305C49" w:rsidSect="00FD3D84">
      <w:pgSz w:w="12240" w:h="15840"/>
      <w:pgMar w:top="1440" w:right="1800" w:bottom="1440" w:left="1800" w:header="720" w:footer="720" w:gutter="0"/>
      <w:pgBorders w:offsetFrom="page">
        <w:top w:val="single" w:sz="24" w:space="24" w:color="325886"/>
        <w:left w:val="single" w:sz="24" w:space="24" w:color="325886"/>
        <w:bottom w:val="single" w:sz="24" w:space="24" w:color="325886"/>
        <w:right w:val="single" w:sz="24" w:space="24" w:color="325886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C77B1C"/>
    <w:multiLevelType w:val="hybridMultilevel"/>
    <w:tmpl w:val="431E3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44312"/>
    <w:multiLevelType w:val="hybridMultilevel"/>
    <w:tmpl w:val="A33CC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C1F81"/>
    <w:multiLevelType w:val="hybridMultilevel"/>
    <w:tmpl w:val="19680448"/>
    <w:lvl w:ilvl="0" w:tplc="C3E80E1E">
      <w:start w:val="2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31CF8"/>
    <w:multiLevelType w:val="hybridMultilevel"/>
    <w:tmpl w:val="9334DD7E"/>
    <w:lvl w:ilvl="0" w:tplc="221C12E8">
      <w:start w:val="2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373B0"/>
    <w:multiLevelType w:val="hybridMultilevel"/>
    <w:tmpl w:val="F7340CB0"/>
    <w:lvl w:ilvl="0" w:tplc="A8EE5E1E">
      <w:start w:val="2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071DE"/>
    <w:multiLevelType w:val="hybridMultilevel"/>
    <w:tmpl w:val="25849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693254">
    <w:abstractNumId w:val="8"/>
  </w:num>
  <w:num w:numId="2" w16cid:durableId="1393891646">
    <w:abstractNumId w:val="6"/>
  </w:num>
  <w:num w:numId="3" w16cid:durableId="298847902">
    <w:abstractNumId w:val="5"/>
  </w:num>
  <w:num w:numId="4" w16cid:durableId="2021814388">
    <w:abstractNumId w:val="4"/>
  </w:num>
  <w:num w:numId="5" w16cid:durableId="1853907672">
    <w:abstractNumId w:val="7"/>
  </w:num>
  <w:num w:numId="6" w16cid:durableId="252010343">
    <w:abstractNumId w:val="3"/>
  </w:num>
  <w:num w:numId="7" w16cid:durableId="692609003">
    <w:abstractNumId w:val="2"/>
  </w:num>
  <w:num w:numId="8" w16cid:durableId="1743216227">
    <w:abstractNumId w:val="1"/>
  </w:num>
  <w:num w:numId="9" w16cid:durableId="1089425522">
    <w:abstractNumId w:val="0"/>
  </w:num>
  <w:num w:numId="10" w16cid:durableId="1809592446">
    <w:abstractNumId w:val="10"/>
  </w:num>
  <w:num w:numId="11" w16cid:durableId="1146049830">
    <w:abstractNumId w:val="11"/>
  </w:num>
  <w:num w:numId="12" w16cid:durableId="388304956">
    <w:abstractNumId w:val="9"/>
  </w:num>
  <w:num w:numId="13" w16cid:durableId="488525801">
    <w:abstractNumId w:val="13"/>
  </w:num>
  <w:num w:numId="14" w16cid:durableId="978649841">
    <w:abstractNumId w:val="14"/>
  </w:num>
  <w:num w:numId="15" w16cid:durableId="1280718287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04D"/>
    <w:rsid w:val="0006063C"/>
    <w:rsid w:val="0015074B"/>
    <w:rsid w:val="0029639D"/>
    <w:rsid w:val="00305C49"/>
    <w:rsid w:val="0032300F"/>
    <w:rsid w:val="00326F90"/>
    <w:rsid w:val="00371E7A"/>
    <w:rsid w:val="003979BC"/>
    <w:rsid w:val="003D73E9"/>
    <w:rsid w:val="00475663"/>
    <w:rsid w:val="005B4D14"/>
    <w:rsid w:val="006A4AC5"/>
    <w:rsid w:val="007B2592"/>
    <w:rsid w:val="00856B0F"/>
    <w:rsid w:val="00AA1D8D"/>
    <w:rsid w:val="00B47730"/>
    <w:rsid w:val="00B51135"/>
    <w:rsid w:val="00CB0664"/>
    <w:rsid w:val="00D33FF7"/>
    <w:rsid w:val="00FC693F"/>
    <w:rsid w:val="00FD3D84"/>
    <w:rsid w:val="23FDF9E5"/>
    <w:rsid w:val="5769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CA063F"/>
  <w14:defaultImageDpi w14:val="300"/>
  <w15:docId w15:val="{E45964FF-25A3-2F4D-9735-44BCBB41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3D73E9"/>
    <w:pPr>
      <w:outlineLvl w:val="0"/>
    </w:pPr>
    <w:rPr>
      <w:rFonts w:ascii="Verdana" w:hAnsi="Verdana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5C49"/>
    <w:pPr>
      <w:spacing w:before="240"/>
      <w:outlineLvl w:val="1"/>
    </w:pPr>
    <w:rPr>
      <w:rFonts w:ascii="Verdana" w:hAnsi="Verdana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D73E9"/>
    <w:rPr>
      <w:rFonts w:ascii="Verdana" w:hAnsi="Verdana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5C49"/>
    <w:rPr>
      <w:rFonts w:ascii="Verdana" w:hAnsi="Verdana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da796e-d456-47eb-bf37-b729817a1c17" xsi:nil="true"/>
    <lcf76f155ced4ddcb4097134ff3c332f xmlns="c1d649f9-c4f4-4050-add8-12ce30cf5a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E4D57A2FA8648B970AA6FC4E0A1C9" ma:contentTypeVersion="15" ma:contentTypeDescription="Create a new document." ma:contentTypeScope="" ma:versionID="454515aa7a4e32fd35fadb08c23ec0c4">
  <xsd:schema xmlns:xsd="http://www.w3.org/2001/XMLSchema" xmlns:xs="http://www.w3.org/2001/XMLSchema" xmlns:p="http://schemas.microsoft.com/office/2006/metadata/properties" xmlns:ns2="c1d649f9-c4f4-4050-add8-12ce30cf5a7a" xmlns:ns3="7eda796e-d456-47eb-bf37-b729817a1c17" targetNamespace="http://schemas.microsoft.com/office/2006/metadata/properties" ma:root="true" ma:fieldsID="0b21d63ecbf38d8de809938db5d792ce" ns2:_="" ns3:_="">
    <xsd:import namespace="c1d649f9-c4f4-4050-add8-12ce30cf5a7a"/>
    <xsd:import namespace="7eda796e-d456-47eb-bf37-b729817a1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649f9-c4f4-4050-add8-12ce30cf5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383c50-2e5a-4ee2-a287-62075b1c8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a796e-d456-47eb-bf37-b729817a1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a6f7eab-8595-46b6-9b54-ccbef4672521}" ma:internalName="TaxCatchAll" ma:showField="CatchAllData" ma:web="7eda796e-d456-47eb-bf37-b729817a1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4BC7EE-F93A-4C17-971F-EF9225A4BEBF}">
  <ds:schemaRefs>
    <ds:schemaRef ds:uri="http://schemas.microsoft.com/office/2006/metadata/properties"/>
    <ds:schemaRef ds:uri="http://schemas.microsoft.com/office/infopath/2007/PartnerControls"/>
    <ds:schemaRef ds:uri="7eda796e-d456-47eb-bf37-b729817a1c17"/>
    <ds:schemaRef ds:uri="c1d649f9-c4f4-4050-add8-12ce30cf5a7a"/>
  </ds:schemaRefs>
</ds:datastoreItem>
</file>

<file path=customXml/itemProps3.xml><?xml version="1.0" encoding="utf-8"?>
<ds:datastoreItem xmlns:ds="http://schemas.openxmlformats.org/officeDocument/2006/customXml" ds:itemID="{5068F2E0-DCA6-46CA-BC04-73B4D0F994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9EBC6A-BCED-446B-8CC1-594C4AFA5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649f9-c4f4-4050-add8-12ce30cf5a7a"/>
    <ds:schemaRef ds:uri="7eda796e-d456-47eb-bf37-b729817a1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Resume Template</vt:lpstr>
    </vt:vector>
  </TitlesOfParts>
  <Manager/>
  <Company>EMPOWER VI</Company>
  <LinksUpToDate>false</LinksUpToDate>
  <CharactersWithSpaces>369</CharactersWithSpaces>
  <SharedDoc>false</SharedDoc>
  <HyperlinkBase>www.empowervi.org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Resume Template</dc:title>
  <dc:subject/>
  <dc:creator>Dubree, Katrina G</dc:creator>
  <cp:keywords/>
  <dc:description/>
  <cp:lastModifiedBy>Hilary Travers</cp:lastModifiedBy>
  <cp:revision>2</cp:revision>
  <dcterms:created xsi:type="dcterms:W3CDTF">2026-07-21T21:37:00Z</dcterms:created>
  <dcterms:modified xsi:type="dcterms:W3CDTF">2026-07-21T21:37:00Z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0x010100AF0E4D57A2FA8648B970AA6FC4E0A1C9</vt:lpwstr>
  </property>
  <property fmtid="{D5CDD505-2E9C-101B-9397-08002B2CF9AE}" pid="3" name="MediaServiceImageTags">
    <vt:lpwstr/>
  </property>
</Properties>
</file>