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Vorlage: Protokoll der Mitgliederversammlung</w:t>
      </w:r>
    </w:p>
    <w:p>
      <w:r>
        <w:rPr>
          <w:b w:val="0"/>
          <w:i/>
          <w:color w:val="555555"/>
        </w:rPr>
        <w:t>Die Vorlage passt für die ordentliche Mitgliederversammlung, in vielen Vereinen Jahreshauptversammlung genannt, und für die außerordentliche. Eckige Klammern markieren, was du ersetzt oder streichst. Die Blöcke für Wahlen und Satzungsänderungen brauchst du nur, wenn sie auf der Tagesordnung stehen, die Zeilen zur elektronischen Teilnahme nur bei einer hybriden oder virtuellen Versammlung.</w:t>
      </w:r>
    </w:p>
    <w:p>
      <w:pPr>
        <w:spacing w:before="240"/>
      </w:pPr>
      <w:r>
        <w:rPr>
          <w:b/>
          <w:sz w:val="26"/>
        </w:rPr>
        <w:t>Protokoll der [ordentlichen / außerordentlichen] Mitgliederversammlung des [Name des Vereins] e. V. vom [Datum]</w:t>
      </w:r>
    </w:p>
    <w:p>
      <w:pPr>
        <w:pStyle w:val="ListBullet"/>
      </w:pPr>
      <w:r>
        <w:rPr>
          <w:b w:val="0"/>
          <w:i w:val="0"/>
        </w:rPr>
        <w:t>Ort: [Anschrift des Versammlungsorts]</w:t>
      </w:r>
    </w:p>
    <w:p>
      <w:pPr>
        <w:pStyle w:val="ListBullet"/>
      </w:pPr>
      <w:r>
        <w:rPr>
          <w:b w:val="0"/>
          <w:i w:val="0"/>
        </w:rPr>
        <w:t>Beginn: [Uhrzeit] Uhr</w:t>
      </w:r>
    </w:p>
    <w:p>
      <w:pPr>
        <w:pStyle w:val="ListBullet"/>
      </w:pPr>
      <w:r>
        <w:rPr>
          <w:b w:val="0"/>
          <w:i w:val="0"/>
        </w:rPr>
        <w:t>Versammlungsleiter: [Vorname Name, Funktion]</w:t>
      </w:r>
    </w:p>
    <w:p>
      <w:pPr>
        <w:pStyle w:val="ListBullet"/>
      </w:pPr>
      <w:r>
        <w:rPr>
          <w:b w:val="0"/>
          <w:i w:val="0"/>
        </w:rPr>
        <w:t>Protokollführer: [Vorname Name]</w:t>
      </w:r>
    </w:p>
    <w:p>
      <w:pPr>
        <w:pStyle w:val="ListBullet"/>
      </w:pPr>
      <w:r>
        <w:rPr>
          <w:b w:val="0"/>
          <w:i w:val="0"/>
        </w:rPr>
        <w:t>[Nur bei hybrider oder virtueller Versammlung: elektronische Teilnahme über [Verfahren]]</w:t>
      </w:r>
    </w:p>
    <w:p>
      <w:pPr>
        <w:spacing w:before="240"/>
      </w:pPr>
      <w:r>
        <w:rPr>
          <w:b/>
          <w:sz w:val="23"/>
        </w:rPr>
        <w:t>Tagesordnung</w:t>
      </w:r>
    </w:p>
    <w:p>
      <w:pPr>
        <w:pStyle w:val="ListBullet"/>
      </w:pPr>
      <w:r>
        <w:rPr>
          <w:b w:val="0"/>
          <w:i w:val="0"/>
        </w:rPr>
        <w:t>TOP 1: Eröffnung und Feststellungen</w:t>
      </w:r>
    </w:p>
    <w:p>
      <w:pPr>
        <w:pStyle w:val="ListBullet"/>
      </w:pPr>
      <w:r>
        <w:rPr>
          <w:b w:val="0"/>
          <w:i w:val="0"/>
        </w:rPr>
        <w:t>TOP 2 bis TOP [Nr.]: [Gegenstände, wie sie in der Einladung bezeichnet sind]</w:t>
      </w:r>
    </w:p>
    <w:p>
      <w:pPr>
        <w:spacing w:before="240"/>
      </w:pPr>
      <w:r>
        <w:rPr>
          <w:b/>
          <w:sz w:val="23"/>
        </w:rPr>
        <w:t>TOP 1: Eröffnung und Feststellungen</w:t>
      </w:r>
    </w:p>
    <w:p>
      <w:r>
        <w:rPr>
          <w:b w:val="0"/>
          <w:i w:val="0"/>
        </w:rPr>
        <w:t>Der Versammlungsleiter eröffnet die Versammlung um [Uhrzeit] Uhr und stellt fest:</w:t>
      </w:r>
    </w:p>
    <w:p>
      <w:pPr>
        <w:pStyle w:val="ListBullet"/>
      </w:pPr>
      <w:r>
        <w:rPr>
          <w:b w:val="0"/>
          <w:i w:val="0"/>
        </w:rPr>
        <w:t>Die Einladung wurde am [Datum] [in der Form nach § [Nr.] der Satzung] an alle Mitglieder versandt. Die Versammlung ist satzungsgemäß einberufen.</w:t>
      </w:r>
    </w:p>
    <w:p>
      <w:pPr>
        <w:pStyle w:val="ListBullet"/>
      </w:pPr>
      <w:r>
        <w:rPr>
          <w:b w:val="0"/>
          <w:i w:val="0"/>
        </w:rPr>
        <w:t>Die Tagesordnung wurde mit der Einladung mitgeteilt. [Oder: Eine Mitteilung der Tagesordnung war nach der Satzung nicht notwendig.]</w:t>
      </w:r>
    </w:p>
    <w:p>
      <w:pPr>
        <w:pStyle w:val="ListBullet"/>
      </w:pPr>
      <w:r>
        <w:rPr>
          <w:b w:val="0"/>
          <w:i w:val="0"/>
        </w:rPr>
        <w:t>[Bei hybrider oder virtueller Versammlung: Die Einladung gab an, wie die Mitglieder ihre Rechte im Wege der elektronischen Kommunikation ausüben können.]</w:t>
      </w:r>
    </w:p>
    <w:p>
      <w:pPr>
        <w:pStyle w:val="ListBullet"/>
      </w:pPr>
      <w:r>
        <w:rPr>
          <w:b w:val="0"/>
          <w:i w:val="0"/>
        </w:rPr>
        <w:t>Erschienen sind [Zahl] Mitglieder[, davon [Zahl] am Versammlungsort und [Zahl] elektronisch]. Stimmberechtigt sind [Zahl]. [Vertreten werden [Zahl] Mitglieder nach § [Nr.] der Satzung.] [Die Anwesenheitsliste liegt als Anlage [Nr.] bei.]</w:t>
      </w:r>
    </w:p>
    <w:p>
      <w:pPr>
        <w:pStyle w:val="ListBullet"/>
      </w:pPr>
      <w:r>
        <w:rPr>
          <w:b w:val="0"/>
          <w:i w:val="0"/>
        </w:rPr>
        <w:t>Die Versammlung ist [nach § [Nr.] der Satzung] beschlussfähig.</w:t>
      </w:r>
    </w:p>
    <w:p>
      <w:pPr>
        <w:spacing w:before="240"/>
      </w:pPr>
      <w:r>
        <w:rPr>
          <w:b/>
          <w:sz w:val="23"/>
        </w:rPr>
        <w:t>TOP [Nr.]: [Gegenstand, wie in der Einladung bezeichnet]</w:t>
      </w:r>
    </w:p>
    <w:p>
      <w:pPr>
        <w:pStyle w:val="ListBullet"/>
      </w:pPr>
      <w:r>
        <w:rPr>
          <w:b w:val="0"/>
          <w:i w:val="0"/>
        </w:rPr>
        <w:t>Antrag von [Vorstand / Vorname Name]: „[Wortlaut des Antrags]“</w:t>
      </w:r>
    </w:p>
    <w:p>
      <w:pPr>
        <w:pStyle w:val="ListBullet"/>
      </w:pPr>
      <w:r>
        <w:rPr>
          <w:b w:val="0"/>
          <w:i w:val="0"/>
        </w:rPr>
        <w:t>Art der Abstimmung: [Handzeichen / Zuruf / schriftlich / elektronisch über [Verfahren]]</w:t>
      </w:r>
    </w:p>
    <w:p>
      <w:pPr>
        <w:pStyle w:val="ListBullet"/>
      </w:pPr>
      <w:r>
        <w:rPr>
          <w:b w:val="0"/>
          <w:i w:val="0"/>
        </w:rPr>
        <w:t>Anwesende Stimmberechtigte bei der Abstimmung: [Zahl]</w:t>
      </w:r>
    </w:p>
    <w:p>
      <w:pPr>
        <w:pStyle w:val="ListBullet"/>
      </w:pPr>
      <w:r>
        <w:rPr>
          <w:b w:val="0"/>
          <w:i w:val="0"/>
        </w:rPr>
        <w:t>Ergebnis: [Zahl] Ja, [Zahl] Nein, [Zahl] Enthaltungen, [Zahl] ungültige Stimmen</w:t>
      </w:r>
    </w:p>
    <w:p>
      <w:pPr>
        <w:pStyle w:val="ListBullet"/>
      </w:pPr>
      <w:r>
        <w:rPr>
          <w:b w:val="0"/>
          <w:i w:val="0"/>
        </w:rPr>
        <w:t>Der Versammlungsleiter stellt fest und gibt bekannt: Der Antrag ist [angenommen / abgelehnt].</w:t>
      </w:r>
    </w:p>
    <w:p>
      <w:pPr>
        <w:spacing w:before="240"/>
      </w:pPr>
      <w:r>
        <w:rPr>
          <w:b/>
          <w:sz w:val="23"/>
        </w:rPr>
        <w:t>TOP [Nr.]: Wahl [des Amts]</w:t>
      </w:r>
    </w:p>
    <w:p>
      <w:pPr>
        <w:pStyle w:val="ListBullet"/>
      </w:pPr>
      <w:r>
        <w:rPr>
          <w:b w:val="0"/>
          <w:i w:val="0"/>
        </w:rPr>
        <w:t>Vorgeschlagen: [Vorname Name]</w:t>
      </w:r>
    </w:p>
    <w:p>
      <w:pPr>
        <w:pStyle w:val="ListBullet"/>
      </w:pPr>
      <w:r>
        <w:rPr>
          <w:b w:val="0"/>
          <w:i w:val="0"/>
        </w:rPr>
        <w:t>Art der Abstimmung: [Verfahren]</w:t>
      </w:r>
    </w:p>
    <w:p>
      <w:pPr>
        <w:pStyle w:val="ListBullet"/>
      </w:pPr>
      <w:r>
        <w:rPr>
          <w:b w:val="0"/>
          <w:i w:val="0"/>
        </w:rPr>
        <w:t>Ergebnis: [Zahl] Ja, [Zahl] Nein, [Zahl] Enthaltungen, [Zahl] ungültige Stimmen</w:t>
      </w:r>
    </w:p>
    <w:p>
      <w:pPr>
        <w:pStyle w:val="ListBullet"/>
      </w:pPr>
      <w:r>
        <w:rPr>
          <w:b w:val="0"/>
          <w:i w:val="0"/>
        </w:rPr>
        <w:t>Gewählt ist [Vorname Name], geboren am [Datum], wohnhaft [Anschrift].</w:t>
      </w:r>
    </w:p>
    <w:p>
      <w:pPr>
        <w:pStyle w:val="ListBullet"/>
      </w:pPr>
      <w:r>
        <w:rPr>
          <w:b w:val="0"/>
          <w:i w:val="0"/>
        </w:rPr>
        <w:t>Auf Frage des Versammlungsleiters erklärt [Vorname Name], die Wahl anzunehmen. [Ist die gewählte Person nicht anwesend: Vermerk, wann und in welcher Form sie die Annahme erklärt hat.]</w:t>
      </w:r>
    </w:p>
    <w:p>
      <w:pPr>
        <w:spacing w:before="240"/>
      </w:pPr>
      <w:r>
        <w:rPr>
          <w:b/>
          <w:sz w:val="23"/>
        </w:rPr>
        <w:t>TOP [Nr.]: Änderung von § [Nr.] der Satzung</w:t>
      </w:r>
    </w:p>
    <w:p>
      <w:pPr>
        <w:pStyle w:val="ListBullet"/>
      </w:pPr>
      <w:r>
        <w:rPr>
          <w:b w:val="0"/>
          <w:i w:val="0"/>
        </w:rPr>
        <w:t>Die Einladung bezeichnete die geplante Änderung im Einzelnen [und enthielt ihren künftigen Wortlaut].</w:t>
      </w:r>
    </w:p>
    <w:p>
      <w:pPr>
        <w:pStyle w:val="ListBullet"/>
      </w:pPr>
      <w:r>
        <w:rPr>
          <w:b w:val="0"/>
          <w:i w:val="0"/>
        </w:rPr>
        <w:t>Neuer Wortlaut von § [Nr.]: „[vollständiger Wortlaut]“ [Oder: Der Wortlaut ergibt sich aus der Anlage [Nr.] „Anlage zum Protokoll der Mitgliederversammlung vom [Datum]“, die wie das Protokoll unterschrieben ist.]</w:t>
      </w:r>
    </w:p>
    <w:p>
      <w:pPr>
        <w:pStyle w:val="ListBullet"/>
      </w:pPr>
      <w:r>
        <w:rPr>
          <w:b w:val="0"/>
          <w:i w:val="0"/>
        </w:rPr>
        <w:t>Art der Abstimmung: [Verfahren]</w:t>
      </w:r>
    </w:p>
    <w:p>
      <w:pPr>
        <w:pStyle w:val="ListBullet"/>
      </w:pPr>
      <w:r>
        <w:rPr>
          <w:b w:val="0"/>
          <w:i w:val="0"/>
        </w:rPr>
        <w:t>Ergebnis: [Zahl] Ja, [Zahl] Nein, [Zahl] Enthaltungen, [Zahl] ungültige Stimmen</w:t>
      </w:r>
    </w:p>
    <w:p>
      <w:pPr>
        <w:pStyle w:val="ListBullet"/>
      </w:pPr>
      <w:r>
        <w:rPr>
          <w:b w:val="0"/>
          <w:i w:val="0"/>
        </w:rPr>
        <w:t>Erforderliche Mehrheit: [drei Viertel der abgegebenen Stimmen nach § 33 Abs. 1 BGB / Mehrheit nach § [Nr.] der Satzung]</w:t>
      </w:r>
    </w:p>
    <w:p>
      <w:pPr>
        <w:pStyle w:val="ListBullet"/>
      </w:pPr>
      <w:r>
        <w:rPr>
          <w:b w:val="0"/>
          <w:i w:val="0"/>
        </w:rPr>
        <w:t>Der Versammlungsleiter stellt fest: Die Satzungsänderung ist [angenommen / abgelehnt].</w:t>
      </w:r>
    </w:p>
    <w:p>
      <w:pPr>
        <w:spacing w:before="240"/>
      </w:pPr>
      <w:r>
        <w:rPr>
          <w:b/>
          <w:sz w:val="23"/>
        </w:rPr>
        <w:t>Schluss</w:t>
      </w:r>
    </w:p>
    <w:p>
      <w:r>
        <w:rPr>
          <w:b w:val="0"/>
          <w:i w:val="0"/>
        </w:rPr>
        <w:t>Der Versammlungsleiter schließt die Versammlung um [Uhrzeit] Uhr.</w:t>
      </w:r>
    </w:p>
    <w:p>
      <w:r>
        <w:rPr>
          <w:b w:val="0"/>
          <w:i w:val="0"/>
        </w:rPr>
        <w:t>[Ort], den [Datum]</w:t>
      </w:r>
    </w:p>
    <w:p>
      <w:pPr>
        <w:pStyle w:val="ListBullet"/>
      </w:pPr>
      <w:r>
        <w:rPr>
          <w:b w:val="0"/>
          <w:i w:val="0"/>
        </w:rPr>
        <w:t>[Unterschrift] [Vorname Name], Protokollführer</w:t>
      </w:r>
    </w:p>
    <w:p>
      <w:pPr>
        <w:pStyle w:val="ListBullet"/>
      </w:pPr>
      <w:r>
        <w:rPr>
          <w:b w:val="0"/>
          <w:i w:val="0"/>
        </w:rPr>
        <w:t>[Unterschrift] [Vorname Name], Versammlungsleiter</w:t>
      </w:r>
    </w:p>
    <w:p>
      <w:pPr>
        <w:pStyle w:val="ListBullet"/>
      </w:pPr>
      <w:r>
        <w:rPr>
          <w:b w:val="0"/>
          <w:i w:val="0"/>
        </w:rPr>
        <w:t>[Weitere Unterschriften, soweit die Satzung sie vorsieht]</w:t>
      </w:r>
    </w:p>
    <w:p>
      <w:r>
        <w:rPr>
          <w:b w:val="0"/>
          <w:i w:val="0"/>
        </w:rPr>
        <w:t>Anlagen: [Anwesenheitsliste, Einladung mit Tagesordnung, Wortlaut der Satzungsänderung]</w:t>
      </w:r>
    </w:p>
    <w:sectPr w:rsidR="00FC693F" w:rsidRPr="0006063C" w:rsidSect="00034616">
      <w:footerReference w:type="default" r:id="rId9"/>
      <w:pgSz w:w="11906" w:h="16838"/>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07070"/>
        <w:sz w:val="16"/>
      </w:rPr>
      <w:t>Vorlage von Streavent · streavent.de/de/guides/protokoll-mitgliederversammlung-vorlage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1F1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1F1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F1F1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