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Veranstaltungskonzept</w:t>
      </w:r>
    </w:p>
    <w:p>
      <w:pPr>
        <w:spacing w:before="160" w:after="80"/>
      </w:pPr>
      <w:r>
        <w:rPr>
          <w:sz w:val="19"/>
        </w:rPr>
        <w:t>Leitfragen, die zu deiner Veranstaltung nicht passen, streichst du. Die zehn Überschriften lässt du am besten stehen, auch wenn ein Teil nur einen Satz hat.</w:t>
      </w:r>
    </w:p>
    <w:p>
      <w:pPr>
        <w:pStyle w:val="Heading2"/>
      </w:pPr>
      <w:r>
        <w:t>Kopf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6462"/>
      </w:tblGrid>
      <w:tr>
        <w:trPr>
          <w:tblHeader/>
          <w:cantSplit/>
        </w:trPr>
        <w:tc>
          <w:tcPr>
            <w:tcW w:type="dxa" w:w="340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Feld</w:t>
            </w:r>
          </w:p>
        </w:tc>
        <w:tc>
          <w:tcPr>
            <w:tcW w:type="dxa" w:w="646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Eintrag</w:t>
            </w:r>
          </w:p>
        </w:tc>
      </w:tr>
      <w:tr>
        <w:trPr>
          <w:cantSplit/>
          <w:trHeight w:val="454"/>
        </w:trPr>
        <w:tc>
          <w:tcPr>
            <w:tcW w:type="dxa" w:w="340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Veranstaltung (Arbeitstitel)</w:t>
            </w:r>
          </w:p>
        </w:tc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Termin</w:t>
            </w:r>
          </w:p>
        </w:tc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Verfasst von</w:t>
            </w:r>
          </w:p>
        </w:tc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Stand (Version und Datum)</w:t>
            </w:r>
          </w:p>
        </w:tc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Freigabe durch</w:t>
            </w:r>
          </w:p>
        </w:tc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1: Anlass und Ausgangslage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Warum findet die Veranstaltung statt?</w:t>
            </w:r>
          </w:p>
        </w:tc>
      </w:tr>
      <w:tr>
        <w:trPr>
          <w:cantSplit/>
          <w:trHeight w:val="1021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Gab es eine Vorgängerveranstaltung? Was hat funktioniert, was nicht?</w:t>
            </w:r>
          </w:p>
        </w:tc>
      </w:tr>
      <w:tr>
        <w:trPr>
          <w:cantSplit/>
          <w:trHeight w:val="1021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2: Ziel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Was soll nach der Veranstaltung anders sein als vorher? (ein Satz)</w:t>
            </w:r>
          </w:p>
        </w:tc>
      </w:tr>
      <w:tr>
        <w:trPr>
          <w:cantSplit/>
          <w:trHeight w:val="794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Woran erkennst du, dass das Ziel erreicht ist? (Kennzahl und Zielwert, siehe Teil 7)</w:t>
            </w:r>
          </w:p>
        </w:tc>
      </w:tr>
      <w:tr>
        <w:trPr>
          <w:cantSplit/>
          <w:trHeight w:val="794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Nebenziele (höchstens zwei)</w:t>
            </w:r>
          </w:p>
        </w:tc>
      </w:tr>
      <w:tr>
        <w:trPr>
          <w:cantSplit/>
          <w:trHeight w:val="794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3: Zielgruppe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Wer soll teilnehmen? (Funktion, Branche, Mitglieder, Kunden)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Wie viele Teilnehmende erwartest du? (Minimum und Maximum)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Was nehmen die Teilnehmenden mit? Warum lohnt sich die Teilnahme für sie?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Wie erreichst du sie? (Einladung, Verteiler, Partner)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Wer ist außerdem beteiligt? (Vortragende, Sponsoren, Aussteller, Presse)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4: Format und Rahmen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612"/>
      </w:tblGrid>
      <w:tr>
        <w:trPr>
          <w:tblHeader/>
          <w:cantSplit/>
        </w:trPr>
        <w:tc>
          <w:tcPr>
            <w:tcW w:type="dxa" w:w="425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Punkt</w:t>
            </w:r>
          </w:p>
        </w:tc>
        <w:tc>
          <w:tcPr>
            <w:tcW w:type="dxa" w:w="561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Eintrag</w:t>
            </w:r>
          </w:p>
        </w:tc>
      </w:tr>
      <w:tr>
        <w:trPr>
          <w:cantSplit/>
          <w:trHeight w:val="567"/>
        </w:trPr>
        <w:tc>
          <w:tcPr>
            <w:tcW w:type="dxa" w:w="425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Art der Veranstaltung (Kongress, Tagung, Konferenz, Kundenveranstaltung, Mitgliederversammlung, Seminar)</w:t>
            </w:r>
          </w:p>
        </w:tc>
        <w:tc>
          <w:tcPr>
            <w:tcW w:type="dxa" w:w="561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567"/>
        </w:trPr>
        <w:tc>
          <w:tcPr>
            <w:tcW w:type="dxa" w:w="425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Vor Ort, hybrid oder digital</w:t>
            </w:r>
          </w:p>
        </w:tc>
        <w:tc>
          <w:tcPr>
            <w:tcW w:type="dxa" w:w="561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567"/>
        </w:trPr>
        <w:tc>
          <w:tcPr>
            <w:tcW w:type="dxa" w:w="425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Termin und Dauer</w:t>
            </w:r>
          </w:p>
        </w:tc>
        <w:tc>
          <w:tcPr>
            <w:tcW w:type="dxa" w:w="561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567"/>
        </w:trPr>
        <w:tc>
          <w:tcPr>
            <w:tcW w:type="dxa" w:w="425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Ort oder Anforderungen an den Ort (Kapazität, Erreichbarkeit, Barrierefreiheit)</w:t>
            </w:r>
          </w:p>
        </w:tc>
        <w:tc>
          <w:tcPr>
            <w:tcW w:type="dxa" w:w="561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567"/>
        </w:trPr>
        <w:tc>
          <w:tcPr>
            <w:tcW w:type="dxa" w:w="4252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Teilnahme (kostenlos, nur auf Einladung oder mit kostenpflichtigen Tickets)</w:t>
            </w:r>
          </w:p>
        </w:tc>
        <w:tc>
          <w:tcPr>
            <w:tcW w:type="dxa" w:w="561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5: Programm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Leitthema oder Kernbotschaft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Was tun die Teilnehmenden außer zuhören? (Workshops, Networking, Fragerunden)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3628"/>
        <w:gridCol w:w="2267"/>
      </w:tblGrid>
      <w:tr>
        <w:trPr>
          <w:tblHeader/>
          <w:cantSplit/>
        </w:trPr>
        <w:tc>
          <w:tcPr>
            <w:tcW w:type="dxa" w:w="1134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Uhrzeit</w:t>
            </w:r>
          </w:p>
        </w:tc>
        <w:tc>
          <w:tcPr>
            <w:tcW w:type="dxa" w:w="2835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Programmpunkt</w:t>
            </w:r>
          </w:p>
        </w:tc>
        <w:tc>
          <w:tcPr>
            <w:tcW w:type="dxa" w:w="3628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Inhalt und Form</w:t>
            </w:r>
          </w:p>
        </w:tc>
        <w:tc>
          <w:tcPr>
            <w:tcW w:type="dxa" w:w="2267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Vortragende</w:t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113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267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6: Budget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1701"/>
        <w:gridCol w:w="4194"/>
      </w:tblGrid>
      <w:tr>
        <w:trPr>
          <w:tblHeader/>
          <w:cantSplit/>
        </w:trPr>
        <w:tc>
          <w:tcPr>
            <w:tcW w:type="dxa" w:w="3969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Ausgaben</w:t>
            </w:r>
          </w:p>
        </w:tc>
        <w:tc>
          <w:tcPr>
            <w:tcW w:type="dxa" w:w="1701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Geplant (€)</w:t>
            </w:r>
          </w:p>
        </w:tc>
        <w:tc>
          <w:tcPr>
            <w:tcW w:type="dxa" w:w="4194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Anmerkung</w:t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Location und Räume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Technik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Catering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Personal und Dienstleister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Einladung und Kommunikation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Eventsoftware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Material (Namensschilder, Lanyards, Druck)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Versicherung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Puffer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Summe Ausgaben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1701"/>
        <w:gridCol w:w="4194"/>
      </w:tblGrid>
      <w:tr>
        <w:trPr>
          <w:tblHeader/>
          <w:cantSplit/>
        </w:trPr>
        <w:tc>
          <w:tcPr>
            <w:tcW w:type="dxa" w:w="3969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Einnahmen</w:t>
            </w:r>
          </w:p>
        </w:tc>
        <w:tc>
          <w:tcPr>
            <w:tcW w:type="dxa" w:w="1701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Geplant (€)</w:t>
            </w:r>
          </w:p>
        </w:tc>
        <w:tc>
          <w:tcPr>
            <w:tcW w:type="dxa" w:w="4194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Anmerkung</w:t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Tickets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Sponsoring und Aussteller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Zuschüsse oder Fördermittel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Summe Einnahmen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969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Differenz und wer sie trägt</w:t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19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7: Erfolgsmessung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1701"/>
        <w:gridCol w:w="2835"/>
        <w:gridCol w:w="1926"/>
      </w:tblGrid>
      <w:tr>
        <w:trPr>
          <w:tblHeader/>
          <w:cantSplit/>
        </w:trPr>
        <w:tc>
          <w:tcPr>
            <w:tcW w:type="dxa" w:w="340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Kennzahl</w:t>
            </w:r>
          </w:p>
        </w:tc>
        <w:tc>
          <w:tcPr>
            <w:tcW w:type="dxa" w:w="1701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Zielwert</w:t>
            </w:r>
          </w:p>
        </w:tc>
        <w:tc>
          <w:tcPr>
            <w:tcW w:type="dxa" w:w="2835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Quelle</w:t>
            </w:r>
          </w:p>
        </w:tc>
        <w:tc>
          <w:tcPr>
            <w:tcW w:type="dxa" w:w="1926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Gemessen am</w:t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26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26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26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26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926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Wem berichtest du das Ergebnis, und bis wann?</w:t>
            </w:r>
          </w:p>
        </w:tc>
      </w:tr>
      <w:tr>
        <w:trPr>
          <w:cantSplit/>
          <w:trHeight w:val="737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8: Team und Zeitplan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2552"/>
        <w:gridCol w:w="3910"/>
      </w:tblGrid>
      <w:tr>
        <w:trPr>
          <w:tblHeader/>
          <w:cantSplit/>
        </w:trPr>
        <w:tc>
          <w:tcPr>
            <w:tcW w:type="dxa" w:w="340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Rolle</w:t>
            </w:r>
          </w:p>
        </w:tc>
        <w:tc>
          <w:tcPr>
            <w:tcW w:type="dxa" w:w="255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910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Zuständig für</w:t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Gesamtverantwortung</w:t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Programm und Vortragende</w:t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Anmeldung und Teilnehmende</w:t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Location, Technik und Catering</w:t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Kommunikation</w:t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55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910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6462"/>
        <w:gridCol w:w="3402"/>
      </w:tblGrid>
      <w:tr>
        <w:trPr>
          <w:tblHeader/>
          <w:cantSplit/>
        </w:trPr>
        <w:tc>
          <w:tcPr>
            <w:tcW w:type="dxa" w:w="646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Meilenstein</w:t>
            </w:r>
          </w:p>
        </w:tc>
        <w:tc>
          <w:tcPr>
            <w:tcW w:type="dxa" w:w="3402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Datum</w:t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Freigabe des Konzepts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Location gebucht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Einladung verschickt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Anmeldeschluss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Veranstaltung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  <w:t>Auswertung vorgelegt</w:t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646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9: Risiken und offene Punkte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Was muss vor der Freigabe noch entschieden werden?</w:t>
            </w:r>
          </w:p>
        </w:tc>
      </w:tr>
      <w:tr>
        <w:trPr>
          <w:cantSplit/>
          <w:trHeight w:val="1021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Was könnte das Ziel gefährden, und was tust du dann?</w:t>
            </w:r>
          </w:p>
        </w:tc>
      </w:tr>
      <w:tr>
        <w:trPr>
          <w:cantSplit/>
          <w:trHeight w:val="1021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4"/>
            <w:shd w:val="clear" w:color="auto" w:fill="F4F6FA"/>
            <w:vAlign w:val="center"/>
          </w:tcPr>
          <w:p>
            <w:pPr>
              <w:spacing w:before="20" w:after="20"/>
            </w:pPr>
            <w:r>
              <w:rPr>
                <w:b/>
                <w:sz w:val="19"/>
              </w:rPr>
              <w:t>Braucht die Veranstaltung ein Sicherheitskonzept oder eine Genehmigung?</w:t>
            </w:r>
          </w:p>
        </w:tc>
      </w:tr>
      <w:tr>
        <w:trPr>
          <w:cantSplit/>
          <w:trHeight w:val="1021"/>
        </w:trPr>
        <w:tc>
          <w:tcPr>
            <w:tcW w:type="dxa" w:w="986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pStyle w:val="Heading2"/>
      </w:pPr>
      <w:r>
        <w:t>Teil 10: Freigabe</w:t>
      </w:r>
    </w:p>
    <w:tbl>
      <w:tblPr>
        <w:tblStyle w:val="TableGrid"/>
        <w:tblW w:type="dxa" w:w="9864"/>
        <w:jc w:val="center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1701"/>
        <w:gridCol w:w="2041"/>
        <w:gridCol w:w="3004"/>
      </w:tblGrid>
      <w:tr>
        <w:trPr>
          <w:tblHeader/>
          <w:cantSplit/>
        </w:trPr>
        <w:tc>
          <w:tcPr>
            <w:tcW w:type="dxa" w:w="3118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Freigegeben durch</w:t>
            </w:r>
          </w:p>
        </w:tc>
        <w:tc>
          <w:tcPr>
            <w:tcW w:type="dxa" w:w="1701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Datum</w:t>
            </w:r>
          </w:p>
        </w:tc>
        <w:tc>
          <w:tcPr>
            <w:tcW w:type="dxa" w:w="2041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Budgetrahmen (€)</w:t>
            </w:r>
          </w:p>
        </w:tc>
        <w:tc>
          <w:tcPr>
            <w:tcW w:type="dxa" w:w="3004"/>
            <w:shd w:val="clear" w:color="auto" w:fill="E8ECF4"/>
            <w:vAlign w:val="center"/>
          </w:tcPr>
          <w:p>
            <w:pPr>
              <w:spacing w:before="20" w:after="20"/>
            </w:pPr>
            <w:r>
              <w:rPr>
                <w:b/>
                <w:sz w:val="18"/>
              </w:rPr>
              <w:t>Unterschrift</w:t>
            </w:r>
          </w:p>
        </w:tc>
      </w:tr>
      <w:tr>
        <w:trPr>
          <w:cantSplit/>
          <w:trHeight w:val="907"/>
        </w:trPr>
        <w:tc>
          <w:tcPr>
            <w:tcW w:type="dxa" w:w="3118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041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004"/>
            <w:vAlign w:val="center"/>
          </w:tcPr>
          <w:p>
            <w:pPr>
              <w:spacing w:before="20" w:after="20"/>
            </w:pPr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Vorlage: Streavent, streavent.de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Veranstaltungskonzept-Vorlage</dc:title>
  <dc:subject>Vorlage: Streavent, streavent.de</dc:subject>
  <dc:creator>Streavent</dc:creator>
  <cp:keywords>Veranstaltungskonzept, Eventkonzept, Vorlage</cp:keywords>
  <dc:description/>
  <cp:lastModifiedBy>Streavent</cp:lastModifiedBy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