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Sponsoringkonzept</w:t>
      </w:r>
    </w:p>
    <w:p>
      <w:pPr>
        <w:spacing w:before="160" w:after="80"/>
      </w:pPr>
      <w:r>
        <w:rPr>
          <w:b w:val="0"/>
          <w:sz w:val="19"/>
        </w:rPr>
        <w:t>Zeilen, die zu deinem Format nicht passen, streichst du. Die Reihenfolge der Teile lässt du am besten stehen, denn sie folgt den Fragen, die ein Sponsor nacheinander stellt.</w:t>
      </w:r>
    </w:p>
    <w:p>
      <w:pPr>
        <w:pStyle w:val="Heading2"/>
      </w:pPr>
      <w:r>
        <w:t>Kopf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3402"/>
        <w:gridCol w:w="6462"/>
      </w:tblGrid>
      <w:tr>
        <w:trPr>
          <w:tblHeader/>
          <w:cantSplit/>
        </w:trPr>
        <w:tc>
          <w:tcPr>
            <w:tcW w:type="dxa" w:w="340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Feld</w:t>
            </w:r>
          </w:p>
        </w:tc>
        <w:tc>
          <w:tcPr>
            <w:tcW w:type="dxa" w:w="646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Eintrag</w:t>
            </w:r>
          </w:p>
        </w:tc>
      </w:tr>
      <w:tr>
        <w:trPr>
          <w:cantSplit/>
          <w:trHeight w:val="454"/>
        </w:trPr>
        <w:tc>
          <w:tcPr>
            <w:tcW w:type="dxa" w:w="34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Veranstaltung</w:t>
            </w:r>
          </w:p>
        </w:tc>
        <w:tc>
          <w:tcPr>
            <w:tcW w:type="dxa" w:w="646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4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Termin und Ort</w:t>
            </w:r>
          </w:p>
        </w:tc>
        <w:tc>
          <w:tcPr>
            <w:tcW w:type="dxa" w:w="646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4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Veranstalter</w:t>
            </w:r>
          </w:p>
        </w:tc>
        <w:tc>
          <w:tcPr>
            <w:tcW w:type="dxa" w:w="646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4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Ansprechperson für Sponsoren (Name, E-Mail, Telefon)</w:t>
            </w:r>
          </w:p>
        </w:tc>
        <w:tc>
          <w:tcPr>
            <w:tcW w:type="dxa" w:w="646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4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Stand (Version und Datum)</w:t>
            </w:r>
          </w:p>
        </w:tc>
        <w:tc>
          <w:tcPr>
            <w:tcW w:type="dxa" w:w="646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1: Die Veranstaltung in Kürze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9864"/>
      </w:tblGrid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Worum geht es, und für wen findet die Veranstaltung statt? (zwei bis drei Sätze)</w:t>
            </w:r>
          </w:p>
        </w:tc>
      </w:tr>
      <w:tr>
        <w:trPr>
          <w:cantSplit/>
          <w:trHeight w:val="1021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Format und Dauer (Kongress, Tagung, Konferenz, Fachmesse; Zahl der Tage)</w:t>
            </w:r>
          </w:p>
        </w:tc>
      </w:tr>
      <w:tr>
        <w:trPr>
          <w:cantSplit/>
          <w:trHeight w:val="1021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Zum wievielten Mal findet sie statt? Was ist in diesem Jahr neu?</w:t>
            </w:r>
          </w:p>
        </w:tc>
      </w:tr>
      <w:tr>
        <w:trPr>
          <w:cantSplit/>
          <w:trHeight w:val="1021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Warum passt die Veranstaltung zu Unternehmen aus [Branche]?</w:t>
            </w:r>
          </w:p>
        </w:tc>
      </w:tr>
      <w:tr>
        <w:trPr>
          <w:cantSplit/>
          <w:trHeight w:val="1021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2: Teilnehmende in Zahlen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3969"/>
        <w:gridCol w:w="2835"/>
        <w:gridCol w:w="3060"/>
      </w:tblGrid>
      <w:tr>
        <w:trPr>
          <w:tblHeader/>
          <w:cantSplit/>
        </w:trPr>
        <w:tc>
          <w:tcPr>
            <w:tcW w:type="dxa" w:w="3969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Merkmal</w:t>
            </w:r>
          </w:p>
        </w:tc>
        <w:tc>
          <w:tcPr>
            <w:tcW w:type="dxa" w:w="2835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Wert</w:t>
            </w:r>
          </w:p>
        </w:tc>
        <w:tc>
          <w:tcPr>
            <w:tcW w:type="dxa" w:w="3060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Quelle</w:t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Erwartete Teilnehmende (Minimum und Maximum)</w:t>
            </w:r>
          </w:p>
        </w:tc>
        <w:tc>
          <w:tcPr>
            <w:tcW w:type="dxa" w:w="2835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3060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Teilnehmende im Vorjahr</w:t>
            </w:r>
          </w:p>
        </w:tc>
        <w:tc>
          <w:tcPr>
            <w:tcW w:type="dxa" w:w="2835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3060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Funktionen und Entscheidungsebene</w:t>
            </w:r>
          </w:p>
        </w:tc>
        <w:tc>
          <w:tcPr>
            <w:tcW w:type="dxa" w:w="2835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3060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Branchen</w:t>
            </w:r>
          </w:p>
        </w:tc>
        <w:tc>
          <w:tcPr>
            <w:tcW w:type="dxa" w:w="2835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3060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Herkunft (Region, Land)</w:t>
            </w:r>
          </w:p>
        </w:tc>
        <w:tc>
          <w:tcPr>
            <w:tcW w:type="dxa" w:w="2835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3060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Vortragende und Aussteller</w:t>
            </w:r>
          </w:p>
        </w:tc>
        <w:tc>
          <w:tcPr>
            <w:tcW w:type="dxa" w:w="2835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3060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3: Sichtbarkeit und Reichweite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4252"/>
        <w:gridCol w:w="3118"/>
        <w:gridCol w:w="2494"/>
      </w:tblGrid>
      <w:tr>
        <w:trPr>
          <w:tblHeader/>
          <w:cantSplit/>
        </w:trPr>
        <w:tc>
          <w:tcPr>
            <w:tcW w:type="dxa" w:w="425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Fläche</w:t>
            </w:r>
          </w:p>
        </w:tc>
        <w:tc>
          <w:tcPr>
            <w:tcW w:type="dxa" w:w="3118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Reichweite</w:t>
            </w:r>
          </w:p>
        </w:tc>
        <w:tc>
          <w:tcPr>
            <w:tcW w:type="dxa" w:w="2494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Zeitraum</w:t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Landingpage der Veranstaltung</w:t>
            </w:r>
          </w:p>
        </w:tc>
        <w:tc>
          <w:tcPr>
            <w:tcW w:type="dxa" w:w="3118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[Aufrufe]</w:t>
            </w:r>
          </w:p>
        </w:tc>
        <w:tc>
          <w:tcPr>
            <w:tcW w:type="dxa" w:w="249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[ab Datum]</w:t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Event-Mails (Einladung, Bestätigung, Erinnerungen)</w:t>
            </w:r>
          </w:p>
        </w:tc>
        <w:tc>
          <w:tcPr>
            <w:tcW w:type="dxa" w:w="3118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[Empfänger]</w:t>
            </w:r>
          </w:p>
        </w:tc>
        <w:tc>
          <w:tcPr>
            <w:tcW w:type="dxa" w:w="249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Event-App</w:t>
            </w:r>
          </w:p>
        </w:tc>
        <w:tc>
          <w:tcPr>
            <w:tcW w:type="dxa" w:w="3118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[Nutzer]</w:t>
            </w:r>
          </w:p>
        </w:tc>
        <w:tc>
          <w:tcPr>
            <w:tcW w:type="dxa" w:w="249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Bildschirme vor Ort</w:t>
            </w:r>
          </w:p>
        </w:tc>
        <w:tc>
          <w:tcPr>
            <w:tcW w:type="dxa" w:w="3118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[Anzahl und Standorte]</w:t>
            </w:r>
          </w:p>
        </w:tc>
        <w:tc>
          <w:tcPr>
            <w:tcW w:type="dxa" w:w="249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Programmheft und Beschilderung</w:t>
            </w:r>
          </w:p>
        </w:tc>
        <w:tc>
          <w:tcPr>
            <w:tcW w:type="dxa" w:w="3118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[Auflage]</w:t>
            </w:r>
          </w:p>
        </w:tc>
        <w:tc>
          <w:tcPr>
            <w:tcW w:type="dxa" w:w="249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Social Media und Newsletter</w:t>
            </w:r>
          </w:p>
        </w:tc>
        <w:tc>
          <w:tcPr>
            <w:tcW w:type="dxa" w:w="3118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  <w:t>[Follower, Abonnenten]</w:t>
            </w:r>
          </w:p>
        </w:tc>
        <w:tc>
          <w:tcPr>
            <w:tcW w:type="dxa" w:w="249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4: Paketübersicht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4260"/>
        <w:gridCol w:w="1868"/>
        <w:gridCol w:w="1868"/>
        <w:gridCol w:w="1868"/>
      </w:tblGrid>
      <w:tr>
        <w:trPr>
          <w:tblHeader/>
          <w:cantSplit/>
        </w:trPr>
        <w:tc>
          <w:tcPr>
            <w:tcW w:type="dxa" w:w="4260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Leistung</w:t>
            </w:r>
          </w:p>
        </w:tc>
        <w:tc>
          <w:tcPr>
            <w:tcW w:type="dxa" w:w="1868"/>
            <w:shd w:val="clear" w:color="auto" w:fill="E8ECF4"/>
            <w:vAlign w:val="center"/>
          </w:tcPr>
          <w:p>
            <w:pPr>
              <w:spacing w:before="20" w:after="20"/>
              <w:jc w:val="center"/>
            </w:pPr>
            <w:r>
              <w:rPr>
                <w:b/>
                <w:sz w:val="18"/>
              </w:rPr>
              <w:t>[Basis]</w:t>
            </w:r>
          </w:p>
        </w:tc>
        <w:tc>
          <w:tcPr>
            <w:tcW w:type="dxa" w:w="1868"/>
            <w:shd w:val="clear" w:color="auto" w:fill="E8ECF4"/>
            <w:vAlign w:val="center"/>
          </w:tcPr>
          <w:p>
            <w:pPr>
              <w:spacing w:before="20" w:after="20"/>
              <w:jc w:val="center"/>
            </w:pPr>
            <w:r>
              <w:rPr>
                <w:b/>
                <w:sz w:val="18"/>
              </w:rPr>
              <w:t>[Partner]</w:t>
            </w:r>
          </w:p>
        </w:tc>
        <w:tc>
          <w:tcPr>
            <w:tcW w:type="dxa" w:w="1868"/>
            <w:shd w:val="clear" w:color="auto" w:fill="E8ECF4"/>
            <w:vAlign w:val="center"/>
          </w:tcPr>
          <w:p>
            <w:pPr>
              <w:spacing w:before="20" w:after="20"/>
              <w:jc w:val="center"/>
            </w:pPr>
            <w:r>
              <w:rPr>
                <w:b/>
                <w:sz w:val="18"/>
              </w:rPr>
              <w:t>[Premium]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Logo auf der Landingpage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Logo in den Event-Mails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Nennung im Programm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Profil in der Event-App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Bannerfläche in der Event-App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Logo auf den Bildschirmen vor Ort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Standfläche [im Foyer / in der Ausstellung]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[m²]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[m²]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Freitickets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Eigene Session oder eigener Workshop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[Dauer]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Lead-Erfassung per Badge-Scan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Branchenexklusivität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Bericht nach der Veranstaltung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✓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Preis (€)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</w:tr>
      <w:tr>
        <w:trPr>
          <w:cantSplit/>
          <w:trHeight w:val="454"/>
        </w:trPr>
        <w:tc>
          <w:tcPr>
            <w:tcW w:type="dxa" w:w="4260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Verfügbar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  <w:tc>
          <w:tcPr>
            <w:tcW w:type="dxa" w:w="1868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5: Einzelleistungen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5102"/>
        <w:gridCol w:w="2381"/>
        <w:gridCol w:w="2381"/>
      </w:tblGrid>
      <w:tr>
        <w:trPr>
          <w:tblHeader/>
          <w:cantSplit/>
        </w:trPr>
        <w:tc>
          <w:tcPr>
            <w:tcW w:type="dxa" w:w="510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Leistung</w:t>
            </w:r>
          </w:p>
        </w:tc>
        <w:tc>
          <w:tcPr>
            <w:tcW w:type="dxa" w:w="2381"/>
            <w:shd w:val="clear" w:color="auto" w:fill="E8ECF4"/>
            <w:vAlign w:val="center"/>
          </w:tcPr>
          <w:p>
            <w:pPr>
              <w:spacing w:before="20" w:after="20"/>
              <w:jc w:val="center"/>
            </w:pPr>
            <w:r>
              <w:rPr>
                <w:b/>
                <w:sz w:val="18"/>
              </w:rPr>
              <w:t>Preis (€)</w:t>
            </w:r>
          </w:p>
        </w:tc>
        <w:tc>
          <w:tcPr>
            <w:tcW w:type="dxa" w:w="2381"/>
            <w:shd w:val="clear" w:color="auto" w:fill="E8ECF4"/>
            <w:vAlign w:val="center"/>
          </w:tcPr>
          <w:p>
            <w:pPr>
              <w:spacing w:before="20" w:after="20"/>
              <w:jc w:val="center"/>
            </w:pPr>
            <w:r>
              <w:rPr>
                <w:b/>
                <w:sz w:val="18"/>
              </w:rPr>
              <w:t>Verfügbar</w:t>
            </w:r>
          </w:p>
        </w:tc>
      </w:tr>
      <w:tr>
        <w:trPr>
          <w:cantSplit/>
          <w:trHeight w:val="454"/>
        </w:trPr>
        <w:tc>
          <w:tcPr>
            <w:tcW w:type="dxa" w:w="51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Lanyards mit Logo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1</w:t>
            </w:r>
          </w:p>
        </w:tc>
      </w:tr>
      <w:tr>
        <w:trPr>
          <w:cantSplit/>
          <w:trHeight w:val="454"/>
        </w:trPr>
        <w:tc>
          <w:tcPr>
            <w:tcW w:type="dxa" w:w="51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Kaffeepause oder Mittagessen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</w:tr>
      <w:tr>
        <w:trPr>
          <w:cantSplit/>
          <w:trHeight w:val="454"/>
        </w:trPr>
        <w:tc>
          <w:tcPr>
            <w:tcW w:type="dxa" w:w="51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Abendveranstaltung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1</w:t>
            </w:r>
          </w:p>
        </w:tc>
      </w:tr>
      <w:tr>
        <w:trPr>
          <w:cantSplit/>
          <w:trHeight w:val="454"/>
        </w:trPr>
        <w:tc>
          <w:tcPr>
            <w:tcW w:type="dxa" w:w="51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Networking-Bereich oder Lounge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1</w:t>
            </w:r>
          </w:p>
        </w:tc>
      </w:tr>
      <w:tr>
        <w:trPr>
          <w:cantSplit/>
          <w:trHeight w:val="454"/>
        </w:trPr>
        <w:tc>
          <w:tcPr>
            <w:tcW w:type="dxa" w:w="510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Beilage in der Teilnehmertasche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[Betrag]</w:t>
            </w:r>
          </w:p>
        </w:tc>
        <w:tc>
          <w:tcPr>
            <w:tcW w:type="dxa" w:w="2381"/>
            <w:vAlign w:val="center"/>
          </w:tcPr>
          <w:p>
            <w:pPr>
              <w:spacing w:before="20" w:after="20"/>
              <w:jc w:val="center"/>
            </w:pPr>
            <w:r>
              <w:rPr>
                <w:b w:val="0"/>
                <w:sz w:val="19"/>
              </w:rPr>
              <w:t>[Anzahl]</w:t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6: Nachweis nach der Veranstaltung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3969"/>
        <w:gridCol w:w="3402"/>
        <w:gridCol w:w="2493"/>
      </w:tblGrid>
      <w:tr>
        <w:trPr>
          <w:tblHeader/>
          <w:cantSplit/>
        </w:trPr>
        <w:tc>
          <w:tcPr>
            <w:tcW w:type="dxa" w:w="3969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Kennzahl</w:t>
            </w:r>
          </w:p>
        </w:tc>
        <w:tc>
          <w:tcPr>
            <w:tcW w:type="dxa" w:w="340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Quelle</w:t>
            </w:r>
          </w:p>
        </w:tc>
        <w:tc>
          <w:tcPr>
            <w:tcW w:type="dxa" w:w="2493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Bericht bis</w:t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Aufrufe der Landingpage</w:t>
            </w:r>
          </w:p>
        </w:tc>
        <w:tc>
          <w:tcPr>
            <w:tcW w:type="dxa" w:w="340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2493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Empfänger der Event-Mails mit Logo</w:t>
            </w:r>
          </w:p>
        </w:tc>
        <w:tc>
          <w:tcPr>
            <w:tcW w:type="dxa" w:w="340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2493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Reichweite in der Event-App</w:t>
            </w:r>
          </w:p>
        </w:tc>
        <w:tc>
          <w:tcPr>
            <w:tcW w:type="dxa" w:w="340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2493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Teilnehmende in der Session des Sponsors</w:t>
            </w:r>
          </w:p>
        </w:tc>
        <w:tc>
          <w:tcPr>
            <w:tcW w:type="dxa" w:w="340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2493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Gescannte Kontakte</w:t>
            </w:r>
          </w:p>
        </w:tc>
        <w:tc>
          <w:tcPr>
            <w:tcW w:type="dxa" w:w="340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2493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3969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Kosten pro Kontakt</w:t>
            </w:r>
          </w:p>
        </w:tc>
        <w:tc>
          <w:tcPr>
            <w:tcW w:type="dxa" w:w="340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  <w:tc>
          <w:tcPr>
            <w:tcW w:type="dxa" w:w="2493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7: Konditionen und Fristen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4252"/>
        <w:gridCol w:w="5612"/>
      </w:tblGrid>
      <w:tr>
        <w:trPr>
          <w:tblHeader/>
          <w:cantSplit/>
        </w:trPr>
        <w:tc>
          <w:tcPr>
            <w:tcW w:type="dxa" w:w="425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Punkt</w:t>
            </w:r>
          </w:p>
        </w:tc>
        <w:tc>
          <w:tcPr>
            <w:tcW w:type="dxa" w:w="5612"/>
            <w:shd w:val="clear" w:color="auto" w:fill="E8ECF4"/>
            <w:vAlign w:val="center"/>
          </w:tcPr>
          <w:p>
            <w:pPr>
              <w:spacing w:before="20" w:after="20"/>
            </w:pPr>
            <w:r>
              <w:rPr>
                <w:b/>
                <w:sz w:val="18"/>
              </w:rPr>
              <w:t>Eintrag</w:t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Preisangabe (netto oder brutto)</w:t>
            </w:r>
          </w:p>
        </w:tc>
        <w:tc>
          <w:tcPr>
            <w:tcW w:type="dxa" w:w="561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Buchungsschluss für Sponsoren</w:t>
            </w:r>
          </w:p>
        </w:tc>
        <w:tc>
          <w:tcPr>
            <w:tcW w:type="dxa" w:w="561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Logo und Unterlagen bis</w:t>
            </w:r>
          </w:p>
        </w:tc>
        <w:tc>
          <w:tcPr>
            <w:tcW w:type="dxa" w:w="561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Zahlungsziel</w:t>
            </w:r>
          </w:p>
        </w:tc>
        <w:tc>
          <w:tcPr>
            <w:tcW w:type="dxa" w:w="561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Stornobedingungen</w:t>
            </w:r>
          </w:p>
        </w:tc>
        <w:tc>
          <w:tcPr>
            <w:tcW w:type="dxa" w:w="561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  <w:trHeight w:val="454"/>
        </w:trPr>
        <w:tc>
          <w:tcPr>
            <w:tcW w:type="dxa" w:w="4252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Was gilt, wenn die Veranstaltung ausfällt oder verlegt wird?</w:t>
            </w:r>
          </w:p>
        </w:tc>
        <w:tc>
          <w:tcPr>
            <w:tcW w:type="dxa" w:w="5612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Teil 8: Ansprechperson und nächster Schritt</w:t>
      </w:r>
    </w:p>
    <w:tbl>
      <w:tblPr>
        <w:tblStyle w:val="TableGrid"/>
        <w:tblW w:type="dxa" w:w="9864"/>
        <w:jc w:val="center"/>
        <w:tblBorders>
          <w:top w:val="single" w:sz="4" w:space="0" w:color="9AA3B5"/>
          <w:left w:val="single" w:sz="4" w:space="0" w:color="9AA3B5"/>
          <w:bottom w:val="single" w:sz="4" w:space="0" w:color="9AA3B5"/>
          <w:right w:val="single" w:sz="4" w:space="0" w:color="9AA3B5"/>
          <w:insideH w:val="single" w:sz="4" w:space="0" w:color="9AA3B5"/>
          <w:insideV w:val="single" w:sz="4" w:space="0" w:color="9AA3B5"/>
        </w:tblBorders>
        <w:tblLayout w:type="fixed"/>
        <w:tblLook w:firstColumn="1" w:firstRow="1" w:lastColumn="0" w:lastRow="0" w:noHBand="0" w:noVBand="1" w:val="04A0"/>
      </w:tblPr>
      <w:tblGrid>
        <w:gridCol w:w="9864"/>
      </w:tblGrid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Wer beantwortet Fragen, und wie erreicht man diese Person?</w:t>
            </w:r>
          </w:p>
        </w:tc>
      </w:tr>
      <w:tr>
        <w:trPr>
          <w:cantSplit/>
          <w:trHeight w:val="737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Wie bucht ein Sponsor ein Paket? (per E-Mail, im Gespräch, über ein Formular)</w:t>
            </w:r>
          </w:p>
        </w:tc>
      </w:tr>
      <w:tr>
        <w:trPr>
          <w:cantSplit/>
          <w:trHeight w:val="737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  <w:tr>
        <w:trPr>
          <w:cantSplit/>
        </w:trPr>
        <w:tc>
          <w:tcPr>
            <w:tcW w:type="dxa" w:w="9864"/>
            <w:shd w:val="clear" w:color="auto" w:fill="F4F6FA"/>
            <w:vAlign w:val="center"/>
          </w:tcPr>
          <w:p>
            <w:pPr>
              <w:spacing w:before="20" w:after="20"/>
            </w:pPr>
            <w:r>
              <w:rPr>
                <w:b/>
                <w:sz w:val="19"/>
              </w:rPr>
              <w:t>Bis wann hältst du ein angefragtes Paket reserviert?</w:t>
            </w:r>
          </w:p>
        </w:tc>
      </w:tr>
      <w:tr>
        <w:trPr>
          <w:cantSplit/>
          <w:trHeight w:val="737"/>
        </w:trPr>
        <w:tc>
          <w:tcPr>
            <w:tcW w:type="dxa" w:w="9864"/>
            <w:vAlign w:val="center"/>
          </w:tcPr>
          <w:p>
            <w:pPr>
              <w:spacing w:before="20" w:after="20"/>
            </w:pPr>
            <w:r>
              <w:rPr>
                <w:b w:val="0"/>
                <w:sz w:val="19"/>
              </w:rPr>
            </w:r>
          </w:p>
        </w:tc>
      </w:tr>
    </w:tbl>
    <w:p>
      <w:pPr>
        <w:spacing w:before="0" w:after="40"/>
      </w:pPr>
    </w:p>
    <w:p>
      <w:pPr>
        <w:pStyle w:val="Heading2"/>
      </w:pPr>
      <w:r>
        <w:t>Anhang: Sponsorenanfrage</w:t>
      </w:r>
    </w:p>
    <w:p>
      <w:pPr>
        <w:spacing w:before="0" w:after="160"/>
      </w:pPr>
      <w:r>
        <w:rPr>
          <w:b/>
          <w:sz w:val="20"/>
        </w:rPr>
        <w:t>Betreff:</w:t>
      </w:r>
      <w:r>
        <w:rPr>
          <w:b w:val="0"/>
          <w:sz w:val="20"/>
        </w:rPr>
        <w:t xml:space="preserve"> [Titel der Veranstaltung] am [Datum]: Partnerschaft für [Name des Unternehmens]</w:t>
      </w:r>
    </w:p>
    <w:p>
      <w:pPr>
        <w:spacing w:before="0" w:after="160"/>
      </w:pPr>
      <w:r>
        <w:rPr>
          <w:b w:val="0"/>
          <w:sz w:val="20"/>
        </w:rPr>
        <w:t>Sehr geehrte Frau [Nachname],</w:t>
      </w:r>
    </w:p>
    <w:p>
      <w:pPr>
        <w:spacing w:before="0" w:after="160"/>
      </w:pPr>
      <w:r>
        <w:rPr>
          <w:b w:val="0"/>
          <w:sz w:val="20"/>
        </w:rPr>
        <w:t>am [Datum] treffen sich [in Stadt] [Anzahl] [Zielgruppe, etwa Einkaufsleitungen aus Kliniken] [zum / zur] [Titel der Veranstaltung]. [Ein Satz, warum das Thema gerade jetzt für Ihr Unternehmen wichtig ist, etwa ein neues Produkt oder eine laufende Kampagne.]</w:t>
      </w:r>
    </w:p>
    <w:p>
      <w:pPr>
        <w:spacing w:before="0" w:after="160"/>
      </w:pPr>
      <w:r>
        <w:rPr>
          <w:b w:val="0"/>
          <w:sz w:val="20"/>
        </w:rPr>
        <w:t>Für [Name des Unternehmens] haben wir an das Paket [Name des Pakets] gedacht: [die zwei oder drei Leistungen, die für dieses Unternehmen am wichtigsten sind]. Nach der Veranstaltung erhalten Sie einen Bericht mit [den Kennzahlen aus Teil 6].</w:t>
      </w:r>
    </w:p>
    <w:p>
      <w:pPr>
        <w:spacing w:before="0" w:after="160"/>
      </w:pPr>
      <w:r>
        <w:rPr>
          <w:b w:val="0"/>
          <w:sz w:val="20"/>
        </w:rPr>
        <w:t>Alle Pakete und Preise finden Sie im angehängten Sponsoringkonzept. Darf ich Sie [in der kommenden Woche / bis Datum] anrufen, um zu besprechen, was für Sie passt?</w:t>
      </w:r>
    </w:p>
    <w:p>
      <w:pPr>
        <w:spacing w:before="0" w:after="160"/>
      </w:pPr>
      <w:r>
        <w:rPr>
          <w:b w:val="0"/>
          <w:sz w:val="20"/>
        </w:rPr>
        <w:t>Mit freundlichen Grüßen</w:t>
      </w:r>
    </w:p>
    <w:p>
      <w:pPr>
        <w:spacing w:before="0" w:after="160"/>
      </w:pPr>
      <w:r>
        <w:rPr>
          <w:b w:val="0"/>
          <w:sz w:val="20"/>
        </w:rPr>
        <w:t>[Name, Funktion, Telefon]</w:t>
      </w:r>
    </w:p>
    <w:sectPr w:rsidR="00FC693F" w:rsidRPr="0006063C" w:rsidSect="00034616">
      <w:footerReference w:type="default" r:id="rId9"/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08080"/>
        <w:sz w:val="16"/>
      </w:rPr>
      <w:t>Vorlage: Streavent, streavent.de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2A44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6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F2A44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Sponsoringkonzept-Vorlage</dc:title>
  <dc:subject>Vorlage: Streavent, streavent.de</dc:subject>
  <dc:creator>Streavent</dc:creator>
  <cp:keywords>Sponsoringkonzept, Sponsoringpaket, Sponsorenanfrage, Vorlage</cp:keywords>
  <dc:description/>
  <cp:lastModifiedBy>Streavent</cp:lastModifiedBy>
  <cp:revision>1</cp:revision>
  <dcterms:created xsi:type="dcterms:W3CDTF">2026-11-04T12:00:00Z</dcterms:created>
  <dcterms:modified xsi:type="dcterms:W3CDTF">2026-11-04T12:00:00Z</dcterms:modified>
  <cp:category/>
  <dc:language>de-DE</dc:language>
</cp:coreProperties>
</file>