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aramond" w:hAnsi="Garamond"/>
          <w:b/>
          <w:color w:val="8A5A00"/>
        </w:rPr>
        <w:t>[DÉNOMINATION SOCIALE DE L'EMPLOYEUR]</w:t>
      </w:r>
    </w:p>
    <w:p>
      <w:r>
        <w:rPr>
          <w:rFonts w:ascii="Garamond" w:hAnsi="Garamond"/>
          <w:b/>
          <w:color w:val="8A5A00"/>
        </w:rPr>
        <w:t>[FORME JURIDIQUE ET CAPITAL SOCIAL]</w:t>
      </w:r>
    </w:p>
    <w:p>
      <w:r>
        <w:rPr>
          <w:rFonts w:ascii="Garamond" w:hAnsi="Garamond"/>
          <w:b/>
          <w:color w:val="8A5A00"/>
        </w:rPr>
        <w:t>[ADRESSE DU SIÈGE SOCIAL]</w:t>
      </w:r>
    </w:p>
    <w:p>
      <w:r>
        <w:rPr>
          <w:rFonts w:ascii="Garamond" w:hAnsi="Garamond"/>
        </w:rPr>
        <w:t xml:space="preserve">RCS </w:t>
      </w:r>
      <w:r>
        <w:rPr>
          <w:rFonts w:ascii="Garamond" w:hAnsi="Garamond"/>
          <w:b/>
          <w:color w:val="8A5A00"/>
        </w:rPr>
        <w:t>[VILLE]</w:t>
      </w:r>
      <w:r>
        <w:rPr>
          <w:rFonts w:ascii="Garamond" w:hAnsi="Garamond"/>
        </w:rPr>
        <w:t xml:space="preserve"> n° </w:t>
      </w:r>
      <w:r>
        <w:rPr>
          <w:rFonts w:ascii="Garamond" w:hAnsi="Garamond"/>
          <w:b/>
          <w:color w:val="8A5A00"/>
        </w:rPr>
        <w:t>[NUMÉRO RCS]</w:t>
      </w:r>
    </w:p>
    <w:p>
      <w:r>
        <w:rPr>
          <w:rFonts w:ascii="Garamond" w:hAnsi="Garamond"/>
        </w:rPr>
        <w:t xml:space="preserve">Représentée par </w:t>
      </w:r>
      <w:r>
        <w:rPr>
          <w:rFonts w:ascii="Garamond" w:hAnsi="Garamond"/>
          <w:b/>
          <w:color w:val="8A5A00"/>
        </w:rPr>
        <w:t>[NOM ET PRÉNOM DU SIGNATAIRE]</w:t>
      </w:r>
      <w:r>
        <w:rPr>
          <w:rFonts w:ascii="Garamond" w:hAnsi="Garamond"/>
        </w:rPr>
        <w:t xml:space="preserve">, </w:t>
      </w:r>
      <w:r>
        <w:rPr>
          <w:rFonts w:ascii="Garamond" w:hAnsi="Garamond"/>
          <w:b/>
          <w:color w:val="8A5A00"/>
        </w:rPr>
        <w:t>[QUALITÉ DU SIGNATAIRE]</w:t>
      </w:r>
    </w:p>
    <w:p/>
    <w:p>
      <w:pPr>
        <w:jc w:val="right"/>
      </w:pPr>
      <w:r>
        <w:rPr>
          <w:rFonts w:ascii="Garamond" w:hAnsi="Garamond"/>
          <w:b/>
          <w:color w:val="8A5A00"/>
        </w:rPr>
        <w:t>[CIVILITÉ, NOM ET PRÉNOM DU SALARIÉ]</w:t>
      </w:r>
    </w:p>
    <w:p>
      <w:r>
        <w:rPr>
          <w:rFonts w:ascii="Garamond" w:hAnsi="Garamond"/>
          <w:b/>
          <w:color w:val="8A5A00"/>
        </w:rPr>
        <w:t>[ADRESSE POSTALE DU SALARIÉ]</w:t>
      </w:r>
    </w:p>
    <w:p/>
    <w:p>
      <w:pPr>
        <w:jc w:val="right"/>
      </w:pPr>
      <w:r>
        <w:rPr>
          <w:rFonts w:ascii="Garamond" w:hAnsi="Garamond"/>
        </w:rPr>
        <w:t xml:space="preserve">À </w:t>
      </w:r>
      <w:r>
        <w:rPr>
          <w:rFonts w:ascii="Garamond" w:hAnsi="Garamond"/>
          <w:b/>
          <w:color w:val="8A5A00"/>
        </w:rPr>
        <w:t>[LIEU]</w:t>
      </w:r>
      <w:r>
        <w:rPr>
          <w:rFonts w:ascii="Garamond" w:hAnsi="Garamond"/>
        </w:rPr>
        <w:t xml:space="preserve">, le </w:t>
      </w:r>
      <w:r>
        <w:rPr>
          <w:rFonts w:ascii="Garamond" w:hAnsi="Garamond"/>
          <w:b/>
          <w:color w:val="8A5A00"/>
        </w:rPr>
        <w:t>[JJ/MM/AAAA]</w:t>
      </w:r>
    </w:p>
    <w:p/>
    <w:p>
      <w:r>
        <w:rPr>
          <w:rFonts w:ascii="Garamond" w:hAnsi="Garamond"/>
          <w:b/>
        </w:rPr>
        <w:t>Lettre recommandée avec accusé de réception n° [NUMÉRO LRAR]</w:t>
      </w:r>
    </w:p>
    <w:p>
      <w:r>
        <w:rPr>
          <w:rFonts w:ascii="Garamond" w:hAnsi="Garamond"/>
          <w:b/>
        </w:rPr>
        <w:t>ou remise en main propre contre décharge</w:t>
      </w:r>
    </w:p>
    <w:p/>
    <w:p>
      <w:r>
        <w:rPr>
          <w:rFonts w:ascii="Garamond" w:hAnsi="Garamond"/>
          <w:b/>
        </w:rPr>
        <w:t>Objet : Proposition de contrat de travail à durée indéterminée à l'issue de votre contrat à durée déterminée</w:t>
      </w:r>
    </w:p>
    <w:p/>
    <w:p>
      <w:r>
        <w:rPr>
          <w:rFonts w:ascii="Garamond" w:hAnsi="Garamond"/>
          <w:b/>
          <w:color w:val="8A5A00"/>
        </w:rPr>
        <w:t>[Madame / Monsieur]</w:t>
      </w:r>
      <w:r>
        <w:rPr>
          <w:rFonts w:ascii="Garamond" w:hAnsi="Garamond"/>
        </w:rPr>
        <w:t xml:space="preserve"> </w:t>
      </w:r>
      <w:r>
        <w:rPr>
          <w:rFonts w:ascii="Garamond" w:hAnsi="Garamond"/>
          <w:b/>
          <w:color w:val="8A5A00"/>
        </w:rPr>
        <w:t>[NOM DU SALARIÉ]</w:t>
      </w:r>
      <w:r>
        <w:rPr>
          <w:rFonts w:ascii="Garamond" w:hAnsi="Garamond"/>
        </w:rPr>
        <w:t>,</w:t>
      </w:r>
    </w:p>
    <w:p/>
    <w:p>
      <w:r>
        <w:rPr>
          <w:rFonts w:ascii="Garamond" w:hAnsi="Garamond"/>
        </w:rPr>
        <w:t xml:space="preserve">Vous êtes actuellement employé(e) au sein de notre entreprise en qualité de </w:t>
      </w:r>
      <w:r>
        <w:rPr>
          <w:rFonts w:ascii="Garamond" w:hAnsi="Garamond"/>
          <w:b/>
          <w:color w:val="8A5A00"/>
        </w:rPr>
        <w:t>[INTITULÉ DU POSTE OCCUPÉ EN CDD]</w:t>
      </w:r>
      <w:r>
        <w:rPr>
          <w:rFonts w:ascii="Garamond" w:hAnsi="Garamond"/>
        </w:rPr>
        <w:t xml:space="preserve">, dans le cadre d'un contrat de travail à durée déterminée conclu le </w:t>
      </w:r>
      <w:r>
        <w:rPr>
          <w:rFonts w:ascii="Garamond" w:hAnsi="Garamond"/>
          <w:b/>
          <w:color w:val="8A5A00"/>
        </w:rPr>
        <w:t>[DATE DE CONCLUSION DU CDD — JJ/MM/AAAA]</w:t>
      </w:r>
      <w:r>
        <w:rPr>
          <w:rFonts w:ascii="Garamond" w:hAnsi="Garamond"/>
        </w:rPr>
        <w:t xml:space="preserve">, dont le terme est fixé au </w:t>
      </w:r>
      <w:r>
        <w:rPr>
          <w:rFonts w:ascii="Garamond" w:hAnsi="Garamond"/>
          <w:b/>
          <w:color w:val="8A5A00"/>
        </w:rPr>
        <w:t>[DATE DE FIN DU CDD — JJ/MM/AAAA]</w:t>
      </w:r>
      <w:r>
        <w:rPr>
          <w:rFonts w:ascii="Garamond" w:hAnsi="Garamond"/>
        </w:rPr>
        <w:t>.</w:t>
      </w:r>
    </w:p>
    <w:p/>
    <w:p>
      <w:r>
        <w:rPr>
          <w:rFonts w:ascii="Garamond" w:hAnsi="Garamond"/>
        </w:rPr>
        <w:t xml:space="preserve">Nous avons le plaisir de vous proposer, à l'issue de ce contrat, la conclusion d'un contrat de travail à durée indéterminée pour occuper </w:t>
      </w:r>
      <w:r>
        <w:rPr>
          <w:rFonts w:ascii="Garamond" w:hAnsi="Garamond"/>
          <w:b/>
          <w:color w:val="8A5A00"/>
        </w:rPr>
        <w:t>[le même emploi / un emploi similaire]</w:t>
      </w:r>
      <w:r>
        <w:rPr>
          <w:rFonts w:ascii="Garamond" w:hAnsi="Garamond"/>
        </w:rPr>
        <w:t>, dans les conditions suivantes :</w:t>
      </w:r>
    </w:p>
    <w:p/>
    <w:p>
      <w:pPr>
        <w:pStyle w:val="ListBullet"/>
        <w:spacing w:after="60"/>
        <w:jc w:val="left"/>
      </w:pPr>
      <w:r>
        <w:rPr>
          <w:rFonts w:ascii="Garamond" w:hAnsi="Garamond"/>
          <w:b/>
        </w:rPr>
        <w:t>Emploi proposé</w:t>
      </w:r>
      <w:r>
        <w:rPr>
          <w:rFonts w:ascii="Garamond" w:hAnsi="Garamond"/>
        </w:rPr>
        <w:t xml:space="preserve"> : </w:t>
      </w:r>
      <w:r>
        <w:rPr>
          <w:rFonts w:ascii="Garamond" w:hAnsi="Garamond"/>
          <w:b/>
          <w:color w:val="8A5A00"/>
        </w:rPr>
        <w:t>[INTITULÉ DU POSTE PROPOSÉ ET DESCRIPTIF SYNTHÉTIQUE DES MISSIONS]</w:t>
      </w:r>
      <w:r>
        <w:rPr>
          <w:rFonts w:ascii="Garamond" w:hAnsi="Garamond"/>
        </w:rPr>
        <w:t xml:space="preserve"> ;</w:t>
      </w:r>
    </w:p>
    <w:p>
      <w:pPr>
        <w:pStyle w:val="ListBullet"/>
        <w:spacing w:after="60"/>
        <w:jc w:val="left"/>
      </w:pPr>
      <w:r>
        <w:rPr>
          <w:rFonts w:ascii="Garamond" w:hAnsi="Garamond"/>
          <w:b/>
        </w:rPr>
        <w:t>Classification</w:t>
      </w:r>
      <w:r>
        <w:rPr>
          <w:rFonts w:ascii="Garamond" w:hAnsi="Garamond"/>
        </w:rPr>
        <w:t xml:space="preserve"> : </w:t>
      </w:r>
      <w:r>
        <w:rPr>
          <w:rFonts w:ascii="Garamond" w:hAnsi="Garamond"/>
          <w:b/>
          <w:color w:val="8A5A00"/>
        </w:rPr>
        <w:t>[NIVEAU, COEFFICIENT OU CATÉGORIE SELON LA CONVENTION COLLECTIVE APPLICABLE]</w:t>
      </w:r>
      <w:r>
        <w:rPr>
          <w:rFonts w:ascii="Garamond" w:hAnsi="Garamond"/>
        </w:rPr>
        <w:t>, identique à celle de votre emploi actuel ;</w:t>
      </w:r>
    </w:p>
    <w:p>
      <w:pPr>
        <w:pStyle w:val="ListBullet"/>
        <w:spacing w:after="60"/>
        <w:jc w:val="left"/>
      </w:pPr>
      <w:r>
        <w:rPr>
          <w:rFonts w:ascii="Garamond" w:hAnsi="Garamond"/>
          <w:b/>
        </w:rPr>
        <w:t>Rémunération</w:t>
      </w:r>
      <w:r>
        <w:rPr>
          <w:rFonts w:ascii="Garamond" w:hAnsi="Garamond"/>
        </w:rPr>
        <w:t xml:space="preserve"> : </w:t>
      </w:r>
      <w:r>
        <w:rPr>
          <w:rFonts w:ascii="Garamond" w:hAnsi="Garamond"/>
          <w:b/>
          <w:color w:val="8A5A00"/>
        </w:rPr>
        <w:t>[MONTANT BRUT MENSUEL EN EUROS]</w:t>
      </w:r>
      <w:r>
        <w:rPr>
          <w:rFonts w:ascii="Garamond" w:hAnsi="Garamond"/>
        </w:rPr>
        <w:t xml:space="preserve"> euros bruts par mois, auxquels s'ajoutent, le cas échéant, </w:t>
      </w:r>
      <w:r>
        <w:rPr>
          <w:rFonts w:ascii="Garamond" w:hAnsi="Garamond"/>
          <w:b/>
          <w:color w:val="8A5A00"/>
        </w:rPr>
        <w:t>[ÉLÉMENTS VARIABLES ÉVENTUELS — primes, avantages en nature]</w:t>
      </w:r>
      <w:r>
        <w:rPr>
          <w:rFonts w:ascii="Garamond" w:hAnsi="Garamond"/>
        </w:rPr>
        <w:t>, soit une rémunération au moins équivalente à celle perçue au titre de votre contrat à durée déterminée ;</w:t>
      </w:r>
    </w:p>
    <w:p>
      <w:pPr>
        <w:pStyle w:val="ListBullet"/>
        <w:spacing w:after="60"/>
        <w:jc w:val="left"/>
      </w:pPr>
      <w:r>
        <w:rPr>
          <w:rFonts w:ascii="Garamond" w:hAnsi="Garamond"/>
          <w:b/>
        </w:rPr>
        <w:t>Durée du travail</w:t>
      </w:r>
      <w:r>
        <w:rPr>
          <w:rFonts w:ascii="Garamond" w:hAnsi="Garamond"/>
        </w:rPr>
        <w:t xml:space="preserve"> : </w:t>
      </w:r>
      <w:r>
        <w:rPr>
          <w:rFonts w:ascii="Garamond" w:hAnsi="Garamond"/>
          <w:b/>
          <w:color w:val="8A5A00"/>
        </w:rPr>
        <w:t>[DURÉE HEBDOMADAIRE OU FORFAIT — ex. 35 heures par semaine]</w:t>
      </w:r>
      <w:r>
        <w:rPr>
          <w:rFonts w:ascii="Garamond" w:hAnsi="Garamond"/>
        </w:rPr>
        <w:t>, équivalente à celle de votre contrat actuel ;</w:t>
      </w:r>
    </w:p>
    <w:p>
      <w:pPr>
        <w:pStyle w:val="ListBullet"/>
        <w:spacing w:after="60"/>
        <w:jc w:val="left"/>
      </w:pPr>
      <w:r>
        <w:rPr>
          <w:rFonts w:ascii="Garamond" w:hAnsi="Garamond"/>
          <w:b/>
        </w:rPr>
        <w:t>Lieu de travail</w:t>
      </w:r>
      <w:r>
        <w:rPr>
          <w:rFonts w:ascii="Garamond" w:hAnsi="Garamond"/>
        </w:rPr>
        <w:t xml:space="preserve"> : </w:t>
      </w:r>
      <w:r>
        <w:rPr>
          <w:rFonts w:ascii="Garamond" w:hAnsi="Garamond"/>
          <w:b/>
          <w:color w:val="8A5A00"/>
        </w:rPr>
        <w:t>[ADRESSE DU LIEU DE TRAVAIL]</w:t>
      </w:r>
      <w:r>
        <w:rPr>
          <w:rFonts w:ascii="Garamond" w:hAnsi="Garamond"/>
        </w:rPr>
        <w:t>, sans changement par rapport à votre lieu de travail actuel ;</w:t>
      </w:r>
    </w:p>
    <w:p>
      <w:pPr>
        <w:pStyle w:val="ListBullet"/>
        <w:spacing w:after="60"/>
        <w:jc w:val="left"/>
      </w:pPr>
      <w:r>
        <w:rPr>
          <w:rFonts w:ascii="Garamond" w:hAnsi="Garamond"/>
          <w:b/>
        </w:rPr>
        <w:t>Date de prise d'effet</w:t>
      </w:r>
      <w:r>
        <w:rPr>
          <w:rFonts w:ascii="Garamond" w:hAnsi="Garamond"/>
        </w:rPr>
        <w:t xml:space="preserve"> : le </w:t>
      </w:r>
      <w:r>
        <w:rPr>
          <w:rFonts w:ascii="Garamond" w:hAnsi="Garamond"/>
          <w:b/>
          <w:color w:val="8A5A00"/>
        </w:rPr>
        <w:t>[DATE DE DÉBUT DU CDI — JJ/MM/AAAA]</w:t>
      </w:r>
      <w:r>
        <w:rPr>
          <w:rFonts w:ascii="Garamond" w:hAnsi="Garamond"/>
        </w:rPr>
        <w:t>, soit le lendemain du terme de votre contrat à durée déterminée ;</w:t>
      </w:r>
    </w:p>
    <w:p>
      <w:pPr>
        <w:pStyle w:val="ListBullet"/>
        <w:spacing w:after="60"/>
        <w:jc w:val="left"/>
      </w:pPr>
      <w:r>
        <w:rPr>
          <w:rFonts w:ascii="Garamond" w:hAnsi="Garamond"/>
          <w:b/>
        </w:rPr>
        <w:t>Convention collective applicable</w:t>
      </w:r>
      <w:r>
        <w:rPr>
          <w:rFonts w:ascii="Garamond" w:hAnsi="Garamond"/>
        </w:rPr>
        <w:t xml:space="preserve"> : </w:t>
      </w:r>
      <w:r>
        <w:rPr>
          <w:rFonts w:ascii="Garamond" w:hAnsi="Garamond"/>
          <w:b/>
          <w:color w:val="8A5A00"/>
        </w:rPr>
        <w:t>[INTITULÉ ET NUMÉRO IDCC DE LA CONVENTION COLLECTIVE]</w:t>
      </w:r>
      <w:r>
        <w:rPr>
          <w:rFonts w:ascii="Garamond" w:hAnsi="Garamond"/>
        </w:rPr>
        <w:t>.</w:t>
      </w:r>
    </w:p>
    <w:p/>
    <w:p>
      <w:r>
        <w:rPr>
          <w:rFonts w:ascii="Garamond" w:hAnsi="Garamond"/>
          <w:b/>
          <w:color w:val="8A5A00"/>
        </w:rPr>
        <w:t>[À COMPLÉTER — si une période d'essai est envisagée, préciser sa durée, en rappelant que la durée du contrat à durée déterminée précédemment exécuté pour le même emploi s'impute sur celle-ci]</w:t>
      </w:r>
    </w:p>
    <w:p/>
    <w:p>
      <w:r>
        <w:rPr>
          <w:rFonts w:ascii="Garamond" w:hAnsi="Garamond"/>
        </w:rPr>
        <w:t xml:space="preserve">Vous disposez d'un délai de réflexion de </w:t>
      </w:r>
      <w:r>
        <w:rPr>
          <w:rFonts w:ascii="Garamond" w:hAnsi="Garamond"/>
          <w:b/>
          <w:color w:val="8A5A00"/>
        </w:rPr>
        <w:t>[NOMBRE DE JOURS CALENDAIRES — délai raisonnable]</w:t>
      </w:r>
      <w:r>
        <w:rPr>
          <w:rFonts w:ascii="Garamond" w:hAnsi="Garamond"/>
        </w:rPr>
        <w:t xml:space="preserve"> jours calendaires à compter de la réception de la présente lettre, soit jusqu'au </w:t>
      </w:r>
      <w:r>
        <w:rPr>
          <w:rFonts w:ascii="Garamond" w:hAnsi="Garamond"/>
          <w:b/>
          <w:color w:val="8A5A00"/>
        </w:rPr>
        <w:t>[DATE LIMITE DE RÉPONSE — JJ/MM/AAAA]</w:t>
      </w:r>
      <w:r>
        <w:rPr>
          <w:rFonts w:ascii="Garamond" w:hAnsi="Garamond"/>
        </w:rPr>
        <w:t>, pour nous faire connaître votre décision par écrit.</w:t>
      </w:r>
    </w:p>
    <w:p/>
    <w:p>
      <w:r>
        <w:rPr>
          <w:rFonts w:ascii="Garamond" w:hAnsi="Garamond"/>
        </w:rPr>
        <w:t>Nous vous informons qu'à défaut de réponse de votre part dans ce délai, votre silence vaudra rejet de cette proposition.</w:t>
      </w:r>
    </w:p>
    <w:p/>
    <w:p>
      <w:r>
        <w:rPr>
          <w:rFonts w:ascii="Garamond" w:hAnsi="Garamond"/>
        </w:rPr>
        <w:t>Nous attirons également votre attention sur le fait que, conformément aux articles L1243-11-1 et R1243-2 du Code du travail, en cas de refus exprès ou tacite de votre part, nous sommes tenus d'en informer France Travail dans le délai d'un mois. Un refus de deux propositions de contrat à durée indéterminée répondant à ces conditions au cours des douze derniers mois est susceptible de vous priver du bénéfice de l'allocation d'assurance chômage, sauf si vous avez été employé(e) en contrat à durée indéterminée au cours de la même période.</w:t>
      </w:r>
    </w:p>
    <w:p/>
    <w:p>
      <w:r>
        <w:rPr>
          <w:rFonts w:ascii="Garamond" w:hAnsi="Garamond"/>
        </w:rPr>
        <w:t xml:space="preserve">Pour nous faire part de votre réponse, vous pouvez nous retourner le coupon ci-dessous, daté et signé, ou nous adresser un courrier ou un courriel à </w:t>
      </w:r>
      <w:r>
        <w:rPr>
          <w:rFonts w:ascii="Garamond" w:hAnsi="Garamond"/>
          <w:b/>
          <w:color w:val="8A5A00"/>
        </w:rPr>
        <w:t>[ADRESSE POSTALE OU ÉLECTRONIQUE DE RÉPONSE]</w:t>
      </w:r>
      <w:r>
        <w:rPr>
          <w:rFonts w:ascii="Garamond" w:hAnsi="Garamond"/>
        </w:rPr>
        <w:t>.</w:t>
      </w:r>
    </w:p>
    <w:p/>
    <w:p>
      <w:r>
        <w:rPr>
          <w:rFonts w:ascii="Garamond" w:hAnsi="Garamond"/>
        </w:rPr>
        <w:t>Nous restons à votre disposition pour tout renseignement complémentaire sur cette proposition.</w:t>
      </w:r>
    </w:p>
    <w:p/>
    <w:p>
      <w:r>
        <w:rPr>
          <w:rFonts w:ascii="Garamond" w:hAnsi="Garamond"/>
        </w:rPr>
        <w:t xml:space="preserve">Nous vous prions d'agréer, </w:t>
      </w:r>
      <w:r>
        <w:rPr>
          <w:rFonts w:ascii="Garamond" w:hAnsi="Garamond"/>
          <w:b/>
          <w:color w:val="8A5A00"/>
        </w:rPr>
        <w:t>[Madame / Monsieur]</w:t>
      </w:r>
      <w:r>
        <w:rPr>
          <w:rFonts w:ascii="Garamond" w:hAnsi="Garamond"/>
        </w:rPr>
        <w:t>, l'expression de nos salutations distinguées.</w:t>
      </w:r>
    </w:p>
    <w:p/>
    <w:p>
      <w:pPr>
        <w:jc w:val="right"/>
      </w:pPr>
      <w:r>
        <w:rPr>
          <w:rFonts w:ascii="Garamond" w:hAnsi="Garamond"/>
          <w:b/>
          <w:color w:val="8A5A00"/>
        </w:rPr>
        <w:t>[SIGNATURE]</w:t>
      </w:r>
    </w:p>
    <w:p>
      <w:r>
        <w:rPr>
          <w:rFonts w:ascii="Garamond" w:hAnsi="Garamond"/>
          <w:b/>
        </w:rPr>
        <w:t>[NOM ET PRÉNOM DU SIGNATAIRE], [QUALITÉ DU SIGNATAIRE]</w:t>
      </w:r>
    </w:p>
    <w:p/>
    <w:p/>
    <w:p/>
    <w:p>
      <w:r>
        <w:rPr>
          <w:rFonts w:ascii="Garamond" w:hAnsi="Garamond"/>
          <w:b/>
        </w:rPr>
        <w:t>Remise en main propre contre décharge</w:t>
      </w:r>
      <w:r>
        <w:rPr>
          <w:rFonts w:ascii="Garamond" w:hAnsi="Garamond"/>
        </w:rPr>
        <w:t xml:space="preserve"> (à compléter uniquement en cas de remise en main propre)</w:t>
      </w:r>
    </w:p>
    <w:p/>
    <w:p>
      <w:r>
        <w:rPr>
          <w:rFonts w:ascii="Garamond" w:hAnsi="Garamond"/>
        </w:rPr>
        <w:t xml:space="preserve">Reçu en main propre le </w:t>
      </w:r>
      <w:r>
        <w:rPr>
          <w:rFonts w:ascii="Garamond" w:hAnsi="Garamond"/>
          <w:b/>
          <w:color w:val="8A5A00"/>
        </w:rPr>
        <w:t>[JJ/MM/AAAA]</w:t>
      </w:r>
    </w:p>
    <w:p/>
    <w:p>
      <w:r>
        <w:rPr>
          <w:rFonts w:ascii="Garamond" w:hAnsi="Garamond"/>
        </w:rPr>
        <w:t xml:space="preserve">Signature du salarié : </w:t>
      </w:r>
      <w:r>
        <w:rPr>
          <w:rFonts w:ascii="Garamond" w:hAnsi="Garamond"/>
          <w:b/>
          <w:color w:val="8A5A00"/>
        </w:rPr>
        <w:t>[SIGNATURE DU SALARIÉ]</w:t>
      </w:r>
    </w:p>
    <w:p/>
    <w:p/>
    <w:p/>
    <w:p>
      <w:r>
        <w:rPr>
          <w:rFonts w:ascii="Garamond" w:hAnsi="Garamond"/>
          <w:b/>
        </w:rPr>
        <w:t>Coupon-réponse du salarié</w:t>
      </w:r>
    </w:p>
    <w:p/>
    <w:p>
      <w:r>
        <w:rPr>
          <w:rFonts w:ascii="Garamond" w:hAnsi="Garamond"/>
        </w:rPr>
        <w:t xml:space="preserve">Je soussigné(e) </w:t>
      </w:r>
      <w:r>
        <w:rPr>
          <w:rFonts w:ascii="Garamond" w:hAnsi="Garamond"/>
          <w:b/>
          <w:color w:val="8A5A00"/>
        </w:rPr>
        <w:t>[NOM ET PRÉNOM DU SALARIÉ]</w:t>
      </w:r>
      <w:r>
        <w:rPr>
          <w:rFonts w:ascii="Garamond" w:hAnsi="Garamond"/>
        </w:rPr>
        <w:t xml:space="preserve"> déclare :</w:t>
      </w:r>
    </w:p>
    <w:p/>
    <w:p>
      <w:pPr>
        <w:pStyle w:val="ListBullet"/>
        <w:spacing w:after="60"/>
        <w:jc w:val="left"/>
      </w:pPr>
      <w:r>
        <w:rPr>
          <w:rFonts w:ascii="Garamond" w:hAnsi="Garamond"/>
        </w:rPr>
        <w:t xml:space="preserve">☐ accepter la proposition de contrat de travail à durée indéterminée qui m'a été faite le </w:t>
      </w:r>
      <w:r>
        <w:rPr>
          <w:rFonts w:ascii="Garamond" w:hAnsi="Garamond"/>
          <w:b/>
          <w:color w:val="8A5A00"/>
        </w:rPr>
        <w:t>[JJ/MM/AAAA]</w:t>
      </w:r>
      <w:r>
        <w:rPr>
          <w:rFonts w:ascii="Garamond" w:hAnsi="Garamond"/>
        </w:rPr>
        <w:t xml:space="preserve"> ;</w:t>
      </w:r>
    </w:p>
    <w:p>
      <w:pPr>
        <w:pStyle w:val="ListBullet"/>
        <w:spacing w:after="60"/>
        <w:jc w:val="left"/>
      </w:pPr>
      <w:r>
        <w:rPr>
          <w:rFonts w:ascii="Garamond" w:hAnsi="Garamond"/>
        </w:rPr>
        <w:t xml:space="preserve">☐ refuser la proposition de contrat de travail à durée indéterminée qui m'a été faite le </w:t>
      </w:r>
      <w:r>
        <w:rPr>
          <w:rFonts w:ascii="Garamond" w:hAnsi="Garamond"/>
          <w:b/>
          <w:color w:val="8A5A00"/>
        </w:rPr>
        <w:t>[JJ/MM/AAAA]</w:t>
      </w:r>
      <w:r>
        <w:rPr>
          <w:rFonts w:ascii="Garamond" w:hAnsi="Garamond"/>
        </w:rPr>
        <w:t>.</w:t>
      </w:r>
    </w:p>
    <w:p/>
    <w:p>
      <w:r>
        <w:rPr>
          <w:rFonts w:ascii="Garamond" w:hAnsi="Garamond"/>
        </w:rPr>
        <w:t xml:space="preserve">Fait à </w:t>
      </w:r>
      <w:r>
        <w:rPr>
          <w:rFonts w:ascii="Garamond" w:hAnsi="Garamond"/>
          <w:b/>
          <w:color w:val="8A5A00"/>
        </w:rPr>
        <w:t>[LIEU]</w:t>
      </w:r>
      <w:r>
        <w:rPr>
          <w:rFonts w:ascii="Garamond" w:hAnsi="Garamond"/>
        </w:rPr>
        <w:t xml:space="preserve">, le </w:t>
      </w:r>
      <w:r>
        <w:rPr>
          <w:rFonts w:ascii="Garamond" w:hAnsi="Garamond"/>
          <w:b/>
          <w:color w:val="8A5A00"/>
        </w:rPr>
        <w:t>[JJ/MM/AAAA]</w:t>
      </w:r>
    </w:p>
    <w:p/>
    <w:p>
      <w:r>
        <w:rPr>
          <w:rFonts w:ascii="Garamond" w:hAnsi="Garamond"/>
        </w:rPr>
        <w:t xml:space="preserve">Signature : </w:t>
      </w:r>
      <w:r>
        <w:rPr>
          <w:rFonts w:ascii="Garamond" w:hAnsi="Garamond"/>
          <w:b/>
          <w:color w:val="8A5A00"/>
        </w:rPr>
        <w:t>[SIGNATURE DU SALARIÉ]</w:t>
      </w:r>
    </w:p>
    <w:p>
      <w:r>
        <w:br w:type="page"/>
      </w:r>
    </w:p>
    <w:p>
      <w:pPr>
        <w:spacing w:before="0" w:after="0"/>
        <w:pBdr>
          <w:bottom w:val="single" w:sz="6" w:space="1" w:color="5575A2"/>
        </w:pBdr>
      </w:pPr>
    </w:p>
    <w:p>
      <w:pPr>
        <w:spacing w:before="80" w:after="80"/>
        <w:jc w:val="center"/>
      </w:pPr>
      <w:r>
        <w:rPr>
          <w:rFonts w:ascii="Garamond" w:hAnsi="Garamond"/>
          <w:i/>
          <w:color w:val="5C5B58"/>
          <w:sz w:val="20"/>
        </w:rPr>
        <w:t>Contenu à supprimer après personnalisation</w:t>
      </w:r>
    </w:p>
    <w:p>
      <w:pPr>
        <w:spacing w:before="0" w:after="0"/>
        <w:pBdr>
          <w:bottom w:val="single" w:sz="6" w:space="1" w:color="5575A2"/>
        </w:pBdr>
      </w:pPr>
    </w:p>
    <w:p>
      <w:pPr>
        <w:spacing w:after="80"/>
      </w:pPr>
    </w:p>
    <w:tbl>
      <w:tblPr>
        <w:tblW w:type="auto" w:w="0"/>
        <w:tblLayout w:type="autofit"/>
        <w:tblLook w:firstColumn="1" w:firstRow="1" w:lastColumn="0" w:lastRow="0" w:noHBand="0" w:noVBand="1" w:val="04A0"/>
        <w:tblBorders>
          <w:top w:val="single" w:sz="10" w:space="0" w:color="5575A2"/>
          <w:left w:val="single" w:sz="10" w:space="0" w:color="5575A2"/>
          <w:bottom w:val="single" w:sz="10" w:space="0" w:color="5575A2"/>
          <w:right w:val="single" w:sz="10" w:space="0" w:color="5575A2"/>
          <w:insideH w:val="nil"/>
          <w:insideV w:val="nil"/>
        </w:tblBorders>
      </w:tblPr>
      <w:tblGrid>
        <w:gridCol w:w="9406"/>
      </w:tblGrid>
      <w:tr>
        <w:tc>
          <w:tcPr>
            <w:tcW w:type="dxa" w:w="9406"/>
          </w:tcPr>
          <w:p>
            <w:pPr>
              <w:spacing w:after="120"/>
              <w:jc w:val="left"/>
              <w:shd w:val="clear" w:color="auto" w:fill="F7F7F6"/>
            </w:pPr>
            <w:r/>
            <w:r>
              <w:rPr>
                <w:rFonts w:ascii="Garamond" w:hAnsi="Garamond"/>
                <w:b/>
                <w:color w:val="2C3E5A"/>
                <w:sz w:val="26"/>
              </w:rPr>
              <w:t>FAIRE SÉCURISER CE DOCUMENT PAR UN AVOCAT</w:t>
            </w:r>
          </w:p>
          <w:p>
            <w:pPr>
              <w:shd w:val="clear" w:color="auto" w:fill="F7F7F6"/>
              <w:spacing w:after="80"/>
              <w:jc w:val="left"/>
            </w:pPr>
            <w:r>
              <w:rPr>
                <w:rFonts w:ascii="Garamond" w:hAnsi="Garamond"/>
                <w:color w:val="272623"/>
                <w:sz w:val="22"/>
              </w:rPr>
              <w:t>Adapter ce modèle à votre situation, vérifier sa conformité au droit applicable et le signer en toute sérénité.</w:t>
            </w:r>
          </w:p>
          <w:p>
            <w:pPr>
              <w:shd w:val="clear" w:color="auto" w:fill="F7F7F6"/>
              <w:spacing w:after="80"/>
              <w:jc w:val="left"/>
            </w:pPr>
            <w:r>
              <w:rPr>
                <w:rFonts w:ascii="Garamond" w:hAnsi="Garamond"/>
                <w:color w:val="272623"/>
                <w:sz w:val="22"/>
              </w:rPr>
              <w:t>Sur swim.legal, un avocat d'affaires indépendant spécialisé vous répond rapidement, avec un devis transparent et un cadre d'intervention défini.</w:t>
            </w:r>
          </w:p>
          <w:p>
            <w:pPr>
              <w:shd w:val="clear" w:color="auto" w:fill="F9AF51"/>
              <w:spacing w:before="120" w:after="40"/>
              <w:jc w:val="left"/>
            </w:pPr>
            <w:r>
              <w:rPr>
                <w:rFonts w:ascii="Garamond" w:hAnsi="Garamond"/>
                <w:b/>
                <w:color w:val="3F1704"/>
                <w:sz w:val="24"/>
              </w:rPr>
              <w:t xml:space="preserve">  Déposez votre besoin : https://swim.legal  </w:t>
            </w:r>
          </w:p>
        </w:tc>
      </w:tr>
    </w:tbl>
    <w:p>
      <w:pPr>
        <w:spacing w:after="120"/>
      </w:pPr>
    </w:p>
    <w:p>
      <w:pPr>
        <w:keepNext/>
        <w:spacing w:before="200" w:after="120"/>
        <w:jc w:val="left"/>
      </w:pPr>
      <w:r>
        <w:rPr>
          <w:rFonts w:ascii="Garamond" w:hAnsi="Garamond"/>
          <w:b/>
          <w:color w:val="2C3E5A"/>
          <w:sz w:val="26"/>
        </w:rPr>
        <w:t>Notes de complétion</w:t>
      </w:r>
    </w:p>
    <w:p>
      <w:pPr>
        <w:pStyle w:val="ListBullet"/>
        <w:spacing w:after="60"/>
        <w:jc w:val="left"/>
      </w:pPr>
      <w:r>
        <w:rPr>
          <w:rFonts w:ascii="Garamond" w:hAnsi="Garamond"/>
        </w:rPr>
        <w:t xml:space="preserve">La proposition doit être notifiée </w:t>
      </w:r>
      <w:r>
        <w:rPr>
          <w:rFonts w:ascii="Garamond" w:hAnsi="Garamond"/>
          <w:b/>
        </w:rPr>
        <w:t>avant le terme du CDD</w:t>
      </w:r>
      <w:r>
        <w:rPr>
          <w:rFonts w:ascii="Garamond" w:hAnsi="Garamond"/>
        </w:rPr>
        <w:t>, par lettre recommandée avec accusé de réception, remise en main propre contre décharge ou tout autre moyen donnant date certaine de réception (art. R1243-2 C. trav.).</w:t>
      </w:r>
    </w:p>
    <w:p>
      <w:pPr>
        <w:pStyle w:val="ListBullet"/>
        <w:spacing w:after="60"/>
        <w:jc w:val="left"/>
      </w:pPr>
      <w:r>
        <w:rPr>
          <w:rFonts w:ascii="Garamond" w:hAnsi="Garamond"/>
        </w:rPr>
        <w:t>Le délai de réflexion n'est pas chiffré par les textes : il doit être « raisonnable ». Un délai de quelques jours ouvrables à une semaine est d'usage ; un délai trop court peut être contesté.</w:t>
      </w:r>
    </w:p>
    <w:p>
      <w:pPr>
        <w:pStyle w:val="ListBullet"/>
        <w:spacing w:after="60"/>
        <w:jc w:val="left"/>
      </w:pPr>
      <w:r>
        <w:rPr>
          <w:rFonts w:ascii="Garamond" w:hAnsi="Garamond"/>
        </w:rPr>
        <w:t>La mention selon laquelle l'absence de réponse vaut rejet est indispensable : sans elle, le refus tacite ne peut pas être signalé à France Travail.</w:t>
      </w:r>
    </w:p>
    <w:p>
      <w:pPr>
        <w:pStyle w:val="ListBullet"/>
        <w:spacing w:after="60"/>
        <w:jc w:val="left"/>
      </w:pPr>
      <w:r>
        <w:rPr>
          <w:rFonts w:ascii="Garamond" w:hAnsi="Garamond"/>
        </w:rPr>
        <w:t>Les conditions proposées doivent être au moins équivalentes à celles du CDD (même emploi ou emploi similaire, rémunération au moins équivalente, durée du travail équivalente, même classification, même lieu de travail). À défaut, le refus du salarié n'a pas d'effet sur ses droits à l'assurance chômage.</w:t>
      </w:r>
    </w:p>
    <w:p>
      <w:pPr>
        <w:pStyle w:val="ListBullet"/>
        <w:spacing w:after="60"/>
        <w:jc w:val="left"/>
      </w:pPr>
      <w:r>
        <w:rPr>
          <w:rFonts w:ascii="Garamond" w:hAnsi="Garamond"/>
        </w:rPr>
        <w:t>En cas de refus exprès ou tacite, l'employeur informe France Travail par voie dématérialisée dans le délai d'un mois, en joignant le descriptif de l'emploi proposé et les éléments établissant l'équivalence des conditions, le délai de réflexion accordé et la date du refus ou de l'expiration du délai.</w:t>
      </w:r>
    </w:p>
    <w:p>
      <w:pPr>
        <w:pStyle w:val="ListBullet"/>
        <w:spacing w:after="60"/>
        <w:jc w:val="left"/>
      </w:pPr>
      <w:r>
        <w:rPr>
          <w:rFonts w:ascii="Garamond" w:hAnsi="Garamond"/>
        </w:rPr>
        <w:t>Le refus d'un CDI ne prive pas le salarié de l'indemnité de fin de contrat (indemnité de précarité) si la proposition ne porte pas sur le même emploi ou un emploi similaire assorti d'une rémunération au moins équivalente ; dans le cas contraire, l'indemnité de fin de contrat n'est pas due (art. L1243-10 C. trav.). Vérifier la situation avant l'envoi.</w:t>
      </w:r>
    </w:p>
    <w:p>
      <w:pPr>
        <w:pStyle w:val="ListBullet"/>
        <w:spacing w:after="60"/>
        <w:jc w:val="left"/>
      </w:pPr>
      <w:r>
        <w:rPr>
          <w:rFonts w:ascii="Garamond" w:hAnsi="Garamond"/>
        </w:rPr>
        <w:t>Vérifier les stipulations de la convention collective applicable (classification, période d'essai, éventuelles priorités d'embauche).</w:t>
      </w:r>
    </w:p>
    <w:p>
      <w:pPr>
        <w:pStyle w:val="ListBullet"/>
        <w:spacing w:after="60"/>
        <w:jc w:val="left"/>
      </w:pPr>
      <w:r>
        <w:rPr>
          <w:rFonts w:ascii="Garamond" w:hAnsi="Garamond"/>
        </w:rPr>
        <w:t>Si la poursuite de la relation de travail après le terme du CDD intervient sans écrit, le contrat devient automatiquement un CDI (art. L1243-11 C. trav.) : formaliser le CDI par un contrat écrit dès l'acceptation.</w:t>
      </w:r>
    </w:p>
    <w:p>
      <w:pPr>
        <w:pStyle w:val="ListBullet"/>
        <w:spacing w:after="60"/>
        <w:jc w:val="left"/>
      </w:pPr>
      <w:r>
        <w:rPr>
          <w:rFonts w:ascii="Garamond" w:hAnsi="Garamond"/>
        </w:rPr>
        <w:t>Ce dispositif s'applique également, avec des adaptations, aux salariés intérimaires (proposition faite par l'entreprise utilisatrice) : ce modèle ne vise que le CDD.</w:t>
      </w:r>
    </w:p>
    <w:p>
      <w:pPr>
        <w:spacing w:after="120"/>
      </w:pPr>
    </w:p>
    <w:p>
      <w:pPr>
        <w:keepNext/>
        <w:spacing w:before="200" w:after="120"/>
        <w:jc w:val="left"/>
      </w:pPr>
      <w:r>
        <w:rPr>
          <w:rFonts w:ascii="Garamond" w:hAnsi="Garamond"/>
          <w:b/>
          <w:color w:val="2C3E5A"/>
          <w:sz w:val="26"/>
        </w:rPr>
        <w:t>AVERTISSEMENT JURIDIQUE</w:t>
      </w:r>
    </w:p>
    <w:p>
      <w:pPr>
        <w:spacing w:after="60"/>
      </w:pPr>
      <w:r>
        <w:rPr>
          <w:rFonts w:ascii="Garamond" w:hAnsi="Garamond"/>
          <w:sz w:val="22"/>
        </w:rPr>
        <w:t>Ce document est un modèle indicatif fourni à titre informatif et pédagogique. Il a été rédigé sur la base du droit français en vigueur à la date indiquée et constitue, par nature, un texte incomplet, tant dans le fond que dans la forme.</w:t>
      </w:r>
    </w:p>
    <w:p>
      <w:pPr>
        <w:spacing w:after="60"/>
      </w:pPr>
      <w:r>
        <w:rPr>
          <w:rFonts w:ascii="Garamond" w:hAnsi="Garamond"/>
          <w:sz w:val="22"/>
        </w:rPr>
        <w:t>Il ne couvre pas l'intégralité des hypothèses, clauses, mentions, formalités ou particularités susceptibles d'être applicables à un cas concret. Il peut comporter des erreurs, des imprécisions, des omissions ou des dispositions inadaptées à votre situation, à la convention collective dont vous relevez, à votre secteur d'activité, à la nature exacte de vos relations contractuelles ou aux évolutions législatives, réglementaires et jurisprudentielles intervenues postérieurement à sa rédaction.</w:t>
      </w:r>
    </w:p>
    <w:p>
      <w:pPr>
        <w:spacing w:after="60"/>
      </w:pPr>
      <w:r>
        <w:rPr>
          <w:rFonts w:ascii="Garamond" w:hAnsi="Garamond"/>
          <w:sz w:val="22"/>
        </w:rPr>
        <w:t>Il ne constitue pas un conseil juridique personnalisé et ne saurait se substituer à l'analyse d'un avocat. Toute utilisation dans un cas concret nécessite une adaptation aux circonstances de fait et de droit propres à la situation, ainsi qu'une vérification de la conformité aux dispositions légales, réglementaires et conventionnelles applicables au jour de la signature.</w:t>
      </w:r>
    </w:p>
    <w:p>
      <w:pPr>
        <w:spacing w:after="60"/>
      </w:pPr>
      <w:r>
        <w:rPr>
          <w:rFonts w:ascii="Garamond" w:hAnsi="Garamond"/>
          <w:sz w:val="22"/>
        </w:rPr>
        <w:t>SWIM LEGAL décline toute responsabilité quant à l'usage qui pourrait être fait de ce modèle sans validation préalable par un professionnel du droit.</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aramond" w:hAnsi="Garamond"/>
        <w:sz w:val="18"/>
      </w:rPr>
      <w:t xml:space="preserve">Page </w:t>
    </w:r>
    <w:r>
      <w:rPr>
        <w:rFonts w:ascii="Garamond" w:hAnsi="Garamond"/>
        <w:sz w:val="18"/>
      </w:rPr>
      <w:fldChar w:fldCharType="begin"/>
      <w:instrText xml:space="preserve">PAGE</w:instrText>
      <w:fldChar w:fldCharType="end"/>
    </w:r>
    <w:r>
      <w:rPr>
        <w:rFonts w:ascii="Garamond" w:hAnsi="Garamond"/>
        <w:sz w:val="18"/>
      </w:rPr>
      <w:t xml:space="preserve"> sur </w:t>
    </w:r>
    <w:r>
      <w:rPr>
        <w:rFonts w:ascii="Garamond" w:hAnsi="Garamond"/>
        <w:sz w:val="18"/>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Garamond" w:hAnsi="Garamond"/>
        <w:i/>
        <w:color w:val="5C5B58"/>
        <w:sz w:val="18"/>
      </w:rPr>
      <w:t>Lettre de proposition de CDI à l'issue d'un CDD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60" w:before="0"/>
      <w:jc w:val="both"/>
    </w:pPr>
    <w:rPr>
      <w:rFonts w:ascii="Garamond" w:hAnsi="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