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E1E84" w14:textId="77777777" w:rsidR="0077159B" w:rsidRDefault="00FA29BC">
      <w:pPr>
        <w:spacing w:after="40"/>
        <w:jc w:val="center"/>
      </w:pPr>
      <w:r>
        <w:rPr>
          <w:b/>
          <w:color w:val="1F4E79"/>
          <w:sz w:val="26"/>
        </w:rPr>
        <w:t>3i CONSTRUCTION MANAGEMENT</w:t>
      </w:r>
    </w:p>
    <w:p w14:paraId="0FF5760A" w14:textId="77777777" w:rsidR="0077159B" w:rsidRDefault="00FA29BC">
      <w:pPr>
        <w:spacing w:after="120"/>
        <w:jc w:val="center"/>
      </w:pPr>
      <w:r>
        <w:rPr>
          <w:b/>
          <w:sz w:val="32"/>
        </w:rPr>
        <w:t>SUBCONTRACTOR SUBMITTAL CHECKLIST</w:t>
      </w:r>
    </w:p>
    <w:tbl>
      <w:tblPr>
        <w:tblW w:w="11126" w:type="dxa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3816"/>
        <w:gridCol w:w="1656"/>
        <w:gridCol w:w="4112"/>
        <w:gridCol w:w="30"/>
      </w:tblGrid>
      <w:tr w:rsidR="0077159B" w14:paraId="5322022C" w14:textId="77777777" w:rsidTr="00BC7215">
        <w:trPr>
          <w:jc w:val="center"/>
        </w:trPr>
        <w:tc>
          <w:tcPr>
            <w:tcW w:w="11126" w:type="dxa"/>
            <w:gridSpan w:val="5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D9EAF7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BE0711" w14:textId="77777777" w:rsidR="0077159B" w:rsidRDefault="00FA29BC" w:rsidP="00BC7215">
            <w:pPr>
              <w:spacing w:after="0"/>
              <w:ind w:right="-324"/>
            </w:pPr>
            <w:r>
              <w:rPr>
                <w:b/>
              </w:rPr>
              <w:t xml:space="preserve">Instructions: </w:t>
            </w:r>
            <w:r>
              <w:t>Complete this checklist before submitting any product data, shop drawings, samples, certifications, or other submittal package to 3i. Incomplete packages may be returned without review.</w:t>
            </w:r>
          </w:p>
        </w:tc>
      </w:tr>
      <w:tr w:rsidR="0077159B" w14:paraId="58F8DF48" w14:textId="77777777" w:rsidTr="00BC7215">
        <w:trPr>
          <w:gridAfter w:val="1"/>
          <w:wAfter w:w="30" w:type="dxa"/>
          <w:jc w:val="center"/>
        </w:trPr>
        <w:tc>
          <w:tcPr>
            <w:tcW w:w="15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ABA3A82" w14:textId="77777777" w:rsidR="0077159B" w:rsidRDefault="00FA29BC">
            <w:pPr>
              <w:spacing w:after="0"/>
            </w:pPr>
            <w:r>
              <w:rPr>
                <w:b/>
              </w:rPr>
              <w:t>Project:</w:t>
            </w:r>
          </w:p>
        </w:tc>
        <w:tc>
          <w:tcPr>
            <w:tcW w:w="38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6375FA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B1CF1D" w14:textId="77777777" w:rsidR="0077159B" w:rsidRDefault="00FA29BC">
            <w:pPr>
              <w:spacing w:after="0"/>
            </w:pPr>
            <w:r>
              <w:rPr>
                <w:b/>
              </w:rPr>
              <w:t>Subcontractor:</w:t>
            </w:r>
          </w:p>
        </w:tc>
        <w:tc>
          <w:tcPr>
            <w:tcW w:w="41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635677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  <w:tr w:rsidR="0077159B" w14:paraId="34A48FF6" w14:textId="77777777" w:rsidTr="00BC7215">
        <w:trPr>
          <w:gridAfter w:val="1"/>
          <w:wAfter w:w="30" w:type="dxa"/>
          <w:jc w:val="center"/>
        </w:trPr>
        <w:tc>
          <w:tcPr>
            <w:tcW w:w="15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9AB501" w14:textId="77777777" w:rsidR="0077159B" w:rsidRDefault="00FA29BC">
            <w:pPr>
              <w:spacing w:after="0"/>
            </w:pPr>
            <w:r>
              <w:rPr>
                <w:b/>
              </w:rPr>
              <w:t>Spec Section:</w:t>
            </w:r>
          </w:p>
        </w:tc>
        <w:tc>
          <w:tcPr>
            <w:tcW w:w="38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1EDE1F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3C47A4" w14:textId="77777777" w:rsidR="0077159B" w:rsidRDefault="00FA29BC">
            <w:pPr>
              <w:spacing w:after="0"/>
            </w:pPr>
            <w:r>
              <w:rPr>
                <w:b/>
              </w:rPr>
              <w:t>Submittal No.:</w:t>
            </w:r>
          </w:p>
        </w:tc>
        <w:tc>
          <w:tcPr>
            <w:tcW w:w="41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954C81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  <w:tr w:rsidR="0077159B" w14:paraId="5477153E" w14:textId="77777777" w:rsidTr="00BC7215">
        <w:trPr>
          <w:gridAfter w:val="1"/>
          <w:wAfter w:w="30" w:type="dxa"/>
          <w:jc w:val="center"/>
        </w:trPr>
        <w:tc>
          <w:tcPr>
            <w:tcW w:w="15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339275" w14:textId="77777777" w:rsidR="0077159B" w:rsidRDefault="00FA29BC">
            <w:pPr>
              <w:spacing w:after="0"/>
            </w:pPr>
            <w:r>
              <w:rPr>
                <w:b/>
              </w:rPr>
              <w:t>Description:</w:t>
            </w:r>
          </w:p>
        </w:tc>
        <w:tc>
          <w:tcPr>
            <w:tcW w:w="381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8664EC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6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DAAA73" w14:textId="77777777" w:rsidR="0077159B" w:rsidRDefault="00FA29BC">
            <w:pPr>
              <w:spacing w:after="0"/>
            </w:pPr>
            <w:r>
              <w:rPr>
                <w:b/>
              </w:rPr>
              <w:t>Revision:</w:t>
            </w:r>
          </w:p>
        </w:tc>
        <w:tc>
          <w:tcPr>
            <w:tcW w:w="41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C9A2CA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</w:tbl>
    <w:p w14:paraId="7776E115" w14:textId="77777777" w:rsidR="0077159B" w:rsidRDefault="00FA29BC" w:rsidP="00BC7215">
      <w:pPr>
        <w:spacing w:before="120" w:after="60"/>
        <w:ind w:hanging="450"/>
      </w:pPr>
      <w:r>
        <w:rPr>
          <w:b/>
          <w:color w:val="1F4E79"/>
          <w:sz w:val="23"/>
        </w:rPr>
        <w:t>PRE-SUBMISSION VERIFICATION</w:t>
      </w:r>
    </w:p>
    <w:tbl>
      <w:tblPr>
        <w:tblW w:w="11536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9991"/>
        <w:gridCol w:w="746"/>
      </w:tblGrid>
      <w:tr w:rsidR="007C5DD3" w14:paraId="7C7592CC" w14:textId="77777777" w:rsidTr="007C5DD3">
        <w:trPr>
          <w:trHeight w:val="186"/>
          <w:tblHeader/>
          <w:jc w:val="center"/>
        </w:trPr>
        <w:tc>
          <w:tcPr>
            <w:tcW w:w="799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8DAD771" w14:textId="77777777" w:rsidR="007C5DD3" w:rsidRDefault="007C5DD3" w:rsidP="00CA642C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#</w:t>
            </w:r>
          </w:p>
        </w:tc>
        <w:tc>
          <w:tcPr>
            <w:tcW w:w="9991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E87EB04" w14:textId="77777777" w:rsidR="007C5DD3" w:rsidRDefault="007C5DD3" w:rsidP="00CA642C">
            <w:pPr>
              <w:spacing w:after="0"/>
            </w:pPr>
            <w:r>
              <w:rPr>
                <w:b/>
                <w:color w:val="FFFFFF"/>
                <w:sz w:val="18"/>
              </w:rPr>
              <w:t>Verification Item</w:t>
            </w:r>
          </w:p>
        </w:tc>
        <w:tc>
          <w:tcPr>
            <w:tcW w:w="746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F4F9E38" w14:textId="77777777" w:rsidR="007C5DD3" w:rsidRDefault="007C5DD3" w:rsidP="00CA642C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Check</w:t>
            </w:r>
          </w:p>
        </w:tc>
      </w:tr>
      <w:tr w:rsidR="007C5DD3" w14:paraId="7197E83E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8D8EC0" w14:textId="77777777" w:rsidR="007C5DD3" w:rsidRDefault="007C5DD3" w:rsidP="00CA642C">
            <w:pPr>
              <w:spacing w:after="0"/>
              <w:jc w:val="center"/>
            </w:pPr>
            <w:r>
              <w:t>1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AA324A" w14:textId="1A15F32D" w:rsidR="007C5DD3" w:rsidRDefault="007C5DD3" w:rsidP="00CA642C">
            <w:pPr>
              <w:spacing w:after="0"/>
            </w:pPr>
            <w:r>
              <w:t xml:space="preserve">Correct project name and project number are </w:t>
            </w:r>
            <w:proofErr w:type="gramStart"/>
            <w:r>
              <w:t>identified</w:t>
            </w:r>
            <w:r>
              <w:t>,</w:t>
            </w:r>
            <w:proofErr w:type="gramEnd"/>
            <w:r>
              <w:t xml:space="preserve"> correct specification section number and title are identified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583938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338C9168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84DD10" w14:textId="53FDE1C9" w:rsidR="007C5DD3" w:rsidRDefault="007C5DD3" w:rsidP="00CA642C">
            <w:pPr>
              <w:spacing w:after="0"/>
              <w:jc w:val="center"/>
            </w:pPr>
            <w:r>
              <w:t>2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21B17D" w14:textId="77777777" w:rsidR="007C5DD3" w:rsidRDefault="007C5DD3" w:rsidP="00CA642C">
            <w:pPr>
              <w:spacing w:after="0"/>
            </w:pPr>
            <w:r>
              <w:t>Applicable drawing, detail, schedule, and room references are included.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A2D9DB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6E1124BB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B31D5F" w14:textId="1AEA0C26" w:rsidR="007C5DD3" w:rsidRDefault="007C5DD3" w:rsidP="00CA642C">
            <w:pPr>
              <w:spacing w:after="0"/>
              <w:jc w:val="center"/>
            </w:pPr>
            <w:r>
              <w:t>3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7A9025" w14:textId="77777777" w:rsidR="007C5DD3" w:rsidRDefault="007C5DD3" w:rsidP="00CA642C">
            <w:pPr>
              <w:spacing w:after="0"/>
            </w:pPr>
            <w:r>
              <w:t>Exact manufacturer, product name, and product number are clearly marked.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F88B9F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6BD9C291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BB0F33" w14:textId="0DFBE678" w:rsidR="007C5DD3" w:rsidRDefault="007C5DD3" w:rsidP="00CA642C">
            <w:pPr>
              <w:spacing w:after="0"/>
              <w:jc w:val="center"/>
            </w:pPr>
            <w:r>
              <w:t>4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42D557" w14:textId="77777777" w:rsidR="007C5DD3" w:rsidRDefault="007C5DD3" w:rsidP="00CA642C">
            <w:pPr>
              <w:spacing w:after="0"/>
            </w:pPr>
            <w:r>
              <w:t>Unrelated products, models, sizes, colors, and options are crossed out or removed.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FF6531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258B1471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0A369B" w14:textId="0F3DBECD" w:rsidR="007C5DD3" w:rsidRDefault="007C5DD3" w:rsidP="00CA642C">
            <w:pPr>
              <w:spacing w:after="0"/>
              <w:jc w:val="center"/>
            </w:pPr>
            <w:r>
              <w:t>5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DD8A96" w14:textId="77777777" w:rsidR="007C5DD3" w:rsidRDefault="007C5DD3" w:rsidP="00CA642C">
            <w:pPr>
              <w:spacing w:after="0"/>
            </w:pPr>
            <w:r>
              <w:t>Required sizes, dimensions, model numbers, and quantities are identified.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1A71C3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7B29FC8D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9BFB48" w14:textId="3E08E160" w:rsidR="007C5DD3" w:rsidRDefault="007C5DD3" w:rsidP="00CA642C">
            <w:pPr>
              <w:spacing w:after="0"/>
              <w:jc w:val="center"/>
            </w:pPr>
            <w:r>
              <w:t>6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03D6E4" w14:textId="77777777" w:rsidR="007C5DD3" w:rsidRDefault="007C5DD3" w:rsidP="00CA642C">
            <w:pPr>
              <w:spacing w:after="0"/>
            </w:pPr>
            <w:r>
              <w:t>Required colors, finishes, patterns, and textures are identified.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57CB96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26225DB3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CA9CDE" w14:textId="21B72B65" w:rsidR="007C5DD3" w:rsidRDefault="007C5DD3" w:rsidP="00CA642C">
            <w:pPr>
              <w:spacing w:after="0"/>
              <w:jc w:val="center"/>
            </w:pPr>
            <w:r>
              <w:t>7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F0BD00" w14:textId="77777777" w:rsidR="007C5DD3" w:rsidRDefault="007C5DD3" w:rsidP="00CA642C">
            <w:pPr>
              <w:spacing w:after="0"/>
            </w:pPr>
            <w:r>
              <w:t>All required accessories, components, fasteners, and installation materials are included.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8F865D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6F3642A6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71738C" w14:textId="61A8A014" w:rsidR="007C5DD3" w:rsidRDefault="007C5DD3" w:rsidP="00CA642C">
            <w:pPr>
              <w:spacing w:after="0"/>
              <w:jc w:val="center"/>
            </w:pPr>
            <w:r>
              <w:t>8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6A7B55" w14:textId="77777777" w:rsidR="007C5DD3" w:rsidRDefault="007C5DD3" w:rsidP="00CA642C">
            <w:pPr>
              <w:spacing w:after="0"/>
            </w:pPr>
            <w:r>
              <w:t>Installation location and intended use are clearly identified.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0A2B92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07B86A01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A7C681" w14:textId="0C2BD320" w:rsidR="007C5DD3" w:rsidRDefault="007C5DD3" w:rsidP="00CA642C">
            <w:pPr>
              <w:spacing w:after="0"/>
              <w:jc w:val="center"/>
            </w:pPr>
            <w:r>
              <w:t>9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77016E" w14:textId="77777777" w:rsidR="007C5DD3" w:rsidRDefault="007C5DD3" w:rsidP="00CA642C">
            <w:pPr>
              <w:spacing w:after="0"/>
            </w:pPr>
            <w:r>
              <w:t>Product complies with the drawings, specifications, addenda, and approved RFIs.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7EA624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38C9DD9A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C7614F" w14:textId="60E294B1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0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ECEF57" w14:textId="77777777" w:rsidR="007C5DD3" w:rsidRDefault="007C5DD3" w:rsidP="00CA642C">
            <w:pPr>
              <w:spacing w:after="0"/>
            </w:pPr>
            <w:r>
              <w:t>Field conditions and dimensions have been verified where applicable.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A695B3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199A5E6F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47342A" w14:textId="17C713DD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1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A8F338" w14:textId="77777777" w:rsidR="007C5DD3" w:rsidRDefault="007C5DD3" w:rsidP="00CA642C">
            <w:pPr>
              <w:spacing w:after="0"/>
            </w:pPr>
            <w:r>
              <w:t xml:space="preserve">Adjacent </w:t>
            </w:r>
            <w:proofErr w:type="gramStart"/>
            <w:r>
              <w:t>trades</w:t>
            </w:r>
            <w:proofErr w:type="gramEnd"/>
            <w:r>
              <w:t xml:space="preserve"> and interface requirements have been coordinated.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877B84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5B0B0E96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2575E1" w14:textId="19076411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2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28235E" w14:textId="77777777" w:rsidR="007C5DD3" w:rsidRDefault="007C5DD3" w:rsidP="00CA642C">
            <w:pPr>
              <w:spacing w:after="0"/>
            </w:pPr>
            <w:r>
              <w:t xml:space="preserve">Current </w:t>
            </w:r>
            <w:proofErr w:type="gramStart"/>
            <w:r>
              <w:t>manufacturer</w:t>
            </w:r>
            <w:proofErr w:type="gramEnd"/>
            <w:r>
              <w:t xml:space="preserve"> lead time and required-on-site date have been confirmed.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16C78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2E65698C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3B7CEA" w14:textId="6C436CF9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3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33F07A" w14:textId="77777777" w:rsidR="007C5DD3" w:rsidRDefault="007C5DD3" w:rsidP="00CA642C">
            <w:pPr>
              <w:spacing w:after="0"/>
            </w:pPr>
            <w:r>
              <w:t>Warranty information is included when required.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9D5F80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6D4FA64E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8EF49B" w14:textId="4E7212BB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4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4AA27F" w14:textId="77777777" w:rsidR="007C5DD3" w:rsidRDefault="007C5DD3" w:rsidP="00CA642C">
            <w:pPr>
              <w:spacing w:after="0"/>
            </w:pPr>
            <w:r>
              <w:t>Required test reports, certifications, listings, and code-compliance documents are included.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48A0DA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46556136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ABF9BF" w14:textId="45B5B116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5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98CE29" w14:textId="77777777" w:rsidR="007C5DD3" w:rsidRDefault="007C5DD3" w:rsidP="00CA642C">
            <w:pPr>
              <w:spacing w:after="0"/>
            </w:pPr>
            <w:r>
              <w:t>Shop drawings are project-specific and reflect actual field conditions.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29B018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70C229CD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7F1BF3" w14:textId="43F9E5C2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6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60101F" w14:textId="77777777" w:rsidR="007C5DD3" w:rsidRDefault="007C5DD3" w:rsidP="00CA642C">
            <w:pPr>
              <w:spacing w:after="0"/>
            </w:pPr>
            <w:r>
              <w:t>Required engineering calculations and drawings are signed and sealed when applicable.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573CBF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13154026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CA8313" w14:textId="6A2303C9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7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13556E" w14:textId="77777777" w:rsidR="007C5DD3" w:rsidRDefault="007C5DD3" w:rsidP="00CA642C">
            <w:pPr>
              <w:spacing w:after="0"/>
            </w:pPr>
            <w:r>
              <w:t>Required physical samples, color charts, or finish samples are included or separately delivered.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C13B85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123C62A3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4ABBAF" w14:textId="4A6A4D43" w:rsidR="007C5DD3" w:rsidRDefault="007C5DD3" w:rsidP="00CA642C">
            <w:pPr>
              <w:spacing w:after="0"/>
              <w:jc w:val="center"/>
            </w:pPr>
            <w:r>
              <w:t>1</w:t>
            </w:r>
            <w:r>
              <w:t>8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0F062A" w14:textId="77777777" w:rsidR="007C5DD3" w:rsidRDefault="007C5DD3" w:rsidP="00CA642C">
            <w:pPr>
              <w:spacing w:after="0"/>
            </w:pPr>
            <w:r>
              <w:t>All substitutions, exceptions, and deviations from the contract documents are clearly identified.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6C27B7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455FEC52" w14:textId="77777777" w:rsidTr="007C5DD3">
        <w:trPr>
          <w:trHeight w:val="266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A0C1CF" w14:textId="17D6F8CE" w:rsidR="007C5DD3" w:rsidRDefault="007C5DD3" w:rsidP="00CA642C">
            <w:pPr>
              <w:spacing w:after="0"/>
              <w:jc w:val="center"/>
            </w:pPr>
            <w:r>
              <w:t>19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37FDAF" w14:textId="77777777" w:rsidR="007C5DD3" w:rsidRDefault="007C5DD3" w:rsidP="00CA642C">
            <w:pPr>
              <w:spacing w:after="0"/>
            </w:pPr>
            <w:r>
              <w:t>The subcontractor has reviewed, coordinated, and approved the complete package before submission.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0C1A76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120D48A0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F9DC43" w14:textId="537D50CD" w:rsidR="007C5DD3" w:rsidRDefault="007C5DD3" w:rsidP="00CA642C">
            <w:pPr>
              <w:spacing w:after="0"/>
              <w:jc w:val="center"/>
            </w:pPr>
            <w:r>
              <w:t>20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839AFC" w14:textId="77777777" w:rsidR="007C5DD3" w:rsidRDefault="007C5DD3" w:rsidP="00CA642C">
            <w:pPr>
              <w:spacing w:after="0"/>
            </w:pPr>
            <w:r>
              <w:t>The package is complete, legible, current, and organized in the correct sequence.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DD6234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5930CF12" w14:textId="77777777" w:rsidTr="007C5DD3">
        <w:trPr>
          <w:trHeight w:val="274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A7CC89" w14:textId="36C41DEE" w:rsidR="007C5DD3" w:rsidRDefault="007C5DD3" w:rsidP="00CA642C">
            <w:pPr>
              <w:spacing w:after="0"/>
              <w:jc w:val="center"/>
            </w:pPr>
            <w:r>
              <w:t>2</w:t>
            </w:r>
            <w:r>
              <w:t>1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5E7645" w14:textId="77777777" w:rsidR="007C5DD3" w:rsidRDefault="007C5DD3" w:rsidP="00CA642C">
            <w:pPr>
              <w:spacing w:after="0"/>
            </w:pPr>
            <w:r>
              <w:t>The electronic file is a searchable PDF and is properly named.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shd w:val="clear" w:color="auto" w:fill="F7F9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EBE805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  <w:tr w:rsidR="007C5DD3" w14:paraId="79367D57" w14:textId="77777777" w:rsidTr="007C5DD3">
        <w:trPr>
          <w:trHeight w:val="399"/>
          <w:jc w:val="center"/>
        </w:trPr>
        <w:tc>
          <w:tcPr>
            <w:tcW w:w="799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84DBC7" w14:textId="186F9A48" w:rsidR="007C5DD3" w:rsidRDefault="007C5DD3" w:rsidP="00CA642C">
            <w:pPr>
              <w:spacing w:after="0"/>
              <w:jc w:val="center"/>
            </w:pPr>
            <w:r>
              <w:t>2</w:t>
            </w:r>
            <w:r>
              <w:t>2</w:t>
            </w:r>
          </w:p>
        </w:tc>
        <w:tc>
          <w:tcPr>
            <w:tcW w:w="9991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F02CE5" w14:textId="77777777" w:rsidR="007C5DD3" w:rsidRDefault="007C5DD3" w:rsidP="00CA642C">
            <w:pPr>
              <w:spacing w:after="0"/>
            </w:pPr>
            <w:r>
              <w:t>The submittal is being submitted early enough to allow 3i review, design-team review, resubmittal, procurement, and delivery.</w:t>
            </w:r>
          </w:p>
        </w:tc>
        <w:tc>
          <w:tcPr>
            <w:tcW w:w="746" w:type="dxa"/>
            <w:tcBorders>
              <w:top w:val="single" w:sz="3" w:space="0" w:color="B7B7B7"/>
              <w:left w:val="single" w:sz="3" w:space="0" w:color="B7B7B7"/>
              <w:bottom w:val="single" w:sz="3" w:space="0" w:color="B7B7B7"/>
              <w:right w:val="single" w:sz="3" w:space="0" w:color="B7B7B7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F73198" w14:textId="77777777" w:rsidR="007C5DD3" w:rsidRDefault="007C5DD3" w:rsidP="00CA642C">
            <w:pPr>
              <w:spacing w:after="0"/>
              <w:jc w:val="center"/>
            </w:pPr>
            <w:r>
              <w:rPr>
                <w:sz w:val="26"/>
              </w:rPr>
              <w:t>☐</w:t>
            </w:r>
          </w:p>
        </w:tc>
      </w:tr>
    </w:tbl>
    <w:p w14:paraId="01D7A4D3" w14:textId="77777777" w:rsidR="007C5DD3" w:rsidRDefault="007C5DD3">
      <w:pPr>
        <w:spacing w:before="120" w:after="40"/>
        <w:rPr>
          <w:b/>
          <w:color w:val="1F4E79"/>
          <w:sz w:val="23"/>
        </w:rPr>
      </w:pPr>
    </w:p>
    <w:p w14:paraId="25353FBD" w14:textId="45A91000" w:rsidR="0077159B" w:rsidRDefault="00FA29BC">
      <w:pPr>
        <w:spacing w:before="120" w:after="40"/>
      </w:pPr>
      <w:r>
        <w:rPr>
          <w:b/>
          <w:color w:val="1F4E79"/>
          <w:sz w:val="23"/>
        </w:rPr>
        <w:t>SUBCONTRACTOR CERTIFICATION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3384"/>
        <w:gridCol w:w="1440"/>
        <w:gridCol w:w="3701"/>
      </w:tblGrid>
      <w:tr w:rsidR="0077159B" w14:paraId="5E4F68FF" w14:textId="77777777">
        <w:trPr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6DAFC2C" w14:textId="77777777" w:rsidR="0077159B" w:rsidRDefault="00FA29BC">
            <w:pPr>
              <w:spacing w:after="0"/>
            </w:pPr>
            <w:r>
              <w:rPr>
                <w:b/>
              </w:rPr>
              <w:t>Prepared By:</w:t>
            </w:r>
          </w:p>
        </w:tc>
        <w:tc>
          <w:tcPr>
            <w:tcW w:w="33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A08D48A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FCE8095" w14:textId="77777777" w:rsidR="0077159B" w:rsidRDefault="00FA29BC">
            <w:pPr>
              <w:spacing w:after="0"/>
            </w:pPr>
            <w:r>
              <w:rPr>
                <w:b/>
              </w:rPr>
              <w:t>Date:</w:t>
            </w:r>
          </w:p>
        </w:tc>
        <w:tc>
          <w:tcPr>
            <w:tcW w:w="3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027B4CA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  <w:tr w:rsidR="0077159B" w14:paraId="3F44D385" w14:textId="77777777">
        <w:trPr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77BE0A5" w14:textId="77777777" w:rsidR="0077159B" w:rsidRDefault="00FA29BC">
            <w:pPr>
              <w:spacing w:after="0"/>
            </w:pPr>
            <w:r>
              <w:rPr>
                <w:b/>
              </w:rPr>
              <w:t>Signature:</w:t>
            </w:r>
          </w:p>
        </w:tc>
        <w:tc>
          <w:tcPr>
            <w:tcW w:w="33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5665E3E5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1DE4ACBF" w14:textId="77777777" w:rsidR="0077159B" w:rsidRDefault="00FA29BC">
            <w:pPr>
              <w:spacing w:after="0"/>
            </w:pPr>
            <w:r>
              <w:rPr>
                <w:b/>
              </w:rPr>
              <w:t>Title:</w:t>
            </w:r>
          </w:p>
        </w:tc>
        <w:tc>
          <w:tcPr>
            <w:tcW w:w="3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68C3EC15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  <w:tr w:rsidR="0077159B" w14:paraId="15738812" w14:textId="77777777">
        <w:trPr>
          <w:jc w:val="center"/>
        </w:trPr>
        <w:tc>
          <w:tcPr>
            <w:tcW w:w="1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4E7372C0" w14:textId="77777777" w:rsidR="0077159B" w:rsidRDefault="00FA29BC">
            <w:pPr>
              <w:spacing w:after="0"/>
            </w:pPr>
            <w:r>
              <w:rPr>
                <w:b/>
              </w:rPr>
              <w:t>3i Received By:</w:t>
            </w:r>
          </w:p>
        </w:tc>
        <w:tc>
          <w:tcPr>
            <w:tcW w:w="33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3E061CFF" w14:textId="77777777" w:rsidR="0077159B" w:rsidRDefault="00FA29BC">
            <w:pPr>
              <w:spacing w:after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7E6E6"/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0B933609" w14:textId="77777777" w:rsidR="0077159B" w:rsidRDefault="00FA29BC">
            <w:pPr>
              <w:spacing w:after="0"/>
            </w:pPr>
            <w:r>
              <w:rPr>
                <w:b/>
              </w:rPr>
              <w:t>Date Received:</w:t>
            </w:r>
          </w:p>
        </w:tc>
        <w:tc>
          <w:tcPr>
            <w:tcW w:w="37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65" w:type="dxa"/>
              <w:left w:w="75" w:type="dxa"/>
              <w:bottom w:w="65" w:type="dxa"/>
              <w:right w:w="75" w:type="dxa"/>
            </w:tcMar>
          </w:tcPr>
          <w:p w14:paraId="298CB11E" w14:textId="77777777" w:rsidR="0077159B" w:rsidRDefault="00FA29BC">
            <w:pPr>
              <w:spacing w:after="0"/>
            </w:pPr>
            <w:r>
              <w:t xml:space="preserve"> </w:t>
            </w:r>
          </w:p>
        </w:tc>
      </w:tr>
    </w:tbl>
    <w:p w14:paraId="6AFA7B19" w14:textId="77777777" w:rsidR="007C5DD3" w:rsidRDefault="007C5DD3">
      <w:pPr>
        <w:spacing w:before="80" w:after="0"/>
        <w:rPr>
          <w:b/>
          <w:color w:val="EE0000"/>
        </w:rPr>
      </w:pPr>
    </w:p>
    <w:p w14:paraId="0C37C88C" w14:textId="0C7E7927" w:rsidR="0077159B" w:rsidRPr="007C5DD3" w:rsidRDefault="00FA29BC">
      <w:pPr>
        <w:spacing w:before="80" w:after="0"/>
        <w:rPr>
          <w:color w:val="EE0000"/>
        </w:rPr>
      </w:pPr>
      <w:r w:rsidRPr="007C5DD3">
        <w:rPr>
          <w:b/>
          <w:color w:val="EE0000"/>
        </w:rPr>
        <w:t xml:space="preserve">Important: </w:t>
      </w:r>
      <w:r w:rsidRPr="007C5DD3">
        <w:rPr>
          <w:color w:val="EE0000"/>
        </w:rPr>
        <w:t>Materials or equipment requiring submittal approval may not be ordered, fabricated, delivered, or installed until written approval is received, unless 3i provides written authorization to proceed at the subcontractor’s risk.</w:t>
      </w:r>
    </w:p>
    <w:sectPr w:rsidR="0077159B" w:rsidRPr="007C5DD3" w:rsidSect="00BC7215">
      <w:footerReference w:type="default" r:id="rId8"/>
      <w:pgSz w:w="12240" w:h="15840"/>
      <w:pgMar w:top="648" w:right="792" w:bottom="648" w:left="792" w:header="72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5A1C" w14:textId="77777777" w:rsidR="00FA29BC" w:rsidRDefault="00FA29BC">
      <w:pPr>
        <w:spacing w:after="0" w:line="240" w:lineRule="auto"/>
      </w:pPr>
      <w:r>
        <w:separator/>
      </w:r>
    </w:p>
  </w:endnote>
  <w:endnote w:type="continuationSeparator" w:id="0">
    <w:p w14:paraId="509BDFF8" w14:textId="77777777" w:rsidR="00FA29BC" w:rsidRDefault="00FA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64710518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7122D20" w14:textId="3DECF92A" w:rsidR="00BC7215" w:rsidRPr="00BC7215" w:rsidRDefault="00BC7215" w:rsidP="00BC7215">
            <w:pPr>
              <w:pStyle w:val="Footer"/>
              <w:jc w:val="center"/>
              <w:rPr>
                <w:sz w:val="18"/>
                <w:szCs w:val="18"/>
              </w:rPr>
            </w:pPr>
            <w:r w:rsidRPr="00BC7215">
              <w:rPr>
                <w:sz w:val="18"/>
                <w:szCs w:val="18"/>
              </w:rPr>
              <w:t xml:space="preserve">Page </w:t>
            </w:r>
            <w:r w:rsidRPr="00BC7215">
              <w:rPr>
                <w:b/>
                <w:bCs/>
                <w:sz w:val="18"/>
                <w:szCs w:val="18"/>
              </w:rPr>
              <w:fldChar w:fldCharType="begin"/>
            </w:r>
            <w:r w:rsidRPr="00BC7215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BC7215">
              <w:rPr>
                <w:b/>
                <w:bCs/>
                <w:sz w:val="18"/>
                <w:szCs w:val="18"/>
              </w:rPr>
              <w:fldChar w:fldCharType="separate"/>
            </w:r>
            <w:r w:rsidRPr="00BC7215">
              <w:rPr>
                <w:b/>
                <w:bCs/>
                <w:noProof/>
                <w:sz w:val="18"/>
                <w:szCs w:val="18"/>
              </w:rPr>
              <w:t>2</w:t>
            </w:r>
            <w:r w:rsidRPr="00BC7215">
              <w:rPr>
                <w:b/>
                <w:bCs/>
                <w:sz w:val="18"/>
                <w:szCs w:val="18"/>
              </w:rPr>
              <w:fldChar w:fldCharType="end"/>
            </w:r>
            <w:r w:rsidRPr="00BC7215">
              <w:rPr>
                <w:sz w:val="18"/>
                <w:szCs w:val="18"/>
              </w:rPr>
              <w:t xml:space="preserve"> of </w:t>
            </w:r>
            <w:r w:rsidRPr="00BC7215">
              <w:rPr>
                <w:b/>
                <w:bCs/>
                <w:sz w:val="18"/>
                <w:szCs w:val="18"/>
              </w:rPr>
              <w:fldChar w:fldCharType="begin"/>
            </w:r>
            <w:r w:rsidRPr="00BC7215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BC7215">
              <w:rPr>
                <w:b/>
                <w:bCs/>
                <w:sz w:val="18"/>
                <w:szCs w:val="18"/>
              </w:rPr>
              <w:fldChar w:fldCharType="separate"/>
            </w:r>
            <w:r w:rsidRPr="00BC7215">
              <w:rPr>
                <w:b/>
                <w:bCs/>
                <w:noProof/>
                <w:sz w:val="18"/>
                <w:szCs w:val="18"/>
              </w:rPr>
              <w:t>2</w:t>
            </w:r>
            <w:r w:rsidRPr="00BC721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D2B43A4" w14:textId="77777777" w:rsidR="00BC7215" w:rsidRDefault="00BC721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7D77" w14:textId="77777777" w:rsidR="00FA29BC" w:rsidRDefault="00FA29BC">
      <w:pPr>
        <w:spacing w:after="0" w:line="240" w:lineRule="auto"/>
      </w:pPr>
      <w:r>
        <w:separator/>
      </w:r>
    </w:p>
  </w:footnote>
  <w:footnote w:type="continuationSeparator" w:id="0">
    <w:p w14:paraId="27F35834" w14:textId="77777777" w:rsidR="00FA29BC" w:rsidRDefault="00FA2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3596684">
    <w:abstractNumId w:val="8"/>
  </w:num>
  <w:num w:numId="2" w16cid:durableId="1250113492">
    <w:abstractNumId w:val="6"/>
  </w:num>
  <w:num w:numId="3" w16cid:durableId="708531656">
    <w:abstractNumId w:val="5"/>
  </w:num>
  <w:num w:numId="4" w16cid:durableId="1559171830">
    <w:abstractNumId w:val="4"/>
  </w:num>
  <w:num w:numId="5" w16cid:durableId="1403521568">
    <w:abstractNumId w:val="7"/>
  </w:num>
  <w:num w:numId="6" w16cid:durableId="866795347">
    <w:abstractNumId w:val="3"/>
  </w:num>
  <w:num w:numId="7" w16cid:durableId="1843356455">
    <w:abstractNumId w:val="2"/>
  </w:num>
  <w:num w:numId="8" w16cid:durableId="2041543169">
    <w:abstractNumId w:val="1"/>
  </w:num>
  <w:num w:numId="9" w16cid:durableId="18294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159B"/>
    <w:rsid w:val="007C5DD3"/>
    <w:rsid w:val="007E34D1"/>
    <w:rsid w:val="00AA1D8D"/>
    <w:rsid w:val="00B47730"/>
    <w:rsid w:val="00BC7215"/>
    <w:rsid w:val="00CB0664"/>
    <w:rsid w:val="00FA29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F31074"/>
  <w14:defaultImageDpi w14:val="300"/>
  <w15:docId w15:val="{61CF0435-C26A-490F-A61B-CF9B8ADA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A7FD01EFF9B1469A4B16D4FA30464F" ma:contentTypeVersion="12" ma:contentTypeDescription="Create a new document." ma:contentTypeScope="" ma:versionID="4d82d68b45e37552654c70d3dc622578">
  <xsd:schema xmlns:xsd="http://www.w3.org/2001/XMLSchema" xmlns:xs="http://www.w3.org/2001/XMLSchema" xmlns:p="http://schemas.microsoft.com/office/2006/metadata/properties" xmlns:ns2="4cee3a86-0588-4a76-8916-28fa6b3755cb" xmlns:ns3="89a1f1c8-4c1a-4abe-bd78-9b1e296a8336" targetNamespace="http://schemas.microsoft.com/office/2006/metadata/properties" ma:root="true" ma:fieldsID="796e0a3e1ac072a69b9dead80ad5b342" ns2:_="" ns3:_="">
    <xsd:import namespace="4cee3a86-0588-4a76-8916-28fa6b3755cb"/>
    <xsd:import namespace="89a1f1c8-4c1a-4abe-bd78-9b1e296a8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e3a86-0588-4a76-8916-28fa6b37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8b6be24-b1a7-4fe7-8f1b-93011e255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1f1c8-4c1a-4abe-bd78-9b1e296a83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567e40-7c9f-4197-8efb-4f49675fff52}" ma:internalName="TaxCatchAll" ma:showField="CatchAllData" ma:web="89a1f1c8-4c1a-4abe-bd78-9b1e296a83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e3a86-0588-4a76-8916-28fa6b3755cb">
      <Terms xmlns="http://schemas.microsoft.com/office/infopath/2007/PartnerControls"/>
    </lcf76f155ced4ddcb4097134ff3c332f>
    <TaxCatchAll xmlns="89a1f1c8-4c1a-4abe-bd78-9b1e296a8336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DB6A1-B408-4EEE-8C8C-D91C3CC620C6}"/>
</file>

<file path=customXml/itemProps3.xml><?xml version="1.0" encoding="utf-8"?>
<ds:datastoreItem xmlns:ds="http://schemas.openxmlformats.org/officeDocument/2006/customXml" ds:itemID="{7EDA5297-420D-4F01-B829-3CE112FD5055}"/>
</file>

<file path=customXml/itemProps4.xml><?xml version="1.0" encoding="utf-8"?>
<ds:datastoreItem xmlns:ds="http://schemas.openxmlformats.org/officeDocument/2006/customXml" ds:itemID="{53558C08-F110-43F7-BDE3-8F509ECEA9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Craig Edwards</cp:lastModifiedBy>
  <cp:revision>2</cp:revision>
  <dcterms:created xsi:type="dcterms:W3CDTF">2026-07-11T04:20:00Z</dcterms:created>
  <dcterms:modified xsi:type="dcterms:W3CDTF">2026-07-11T04:20:00Z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0x01010064A7FD01EFF9B1469A4B16D4FA30464F</vt:lpwstr>
  </property>
</Properties>
</file>