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62E6" w14:textId="77777777" w:rsidR="001F6C35" w:rsidRDefault="001F6C35">
      <w:pPr>
        <w:rPr>
          <w:b/>
        </w:rPr>
      </w:pPr>
    </w:p>
    <w:p w14:paraId="59111BA2" w14:textId="6D67789F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Site Name:</w:t>
      </w:r>
    </w:p>
    <w:p w14:paraId="005DED39" w14:textId="77777777" w:rsidR="00A0675E" w:rsidRPr="002975FC" w:rsidRDefault="00A0675E">
      <w:pPr>
        <w:rPr>
          <w:rFonts w:ascii="Arial" w:hAnsi="Arial" w:cs="Arial"/>
        </w:rPr>
      </w:pPr>
    </w:p>
    <w:p w14:paraId="2E624F3E" w14:textId="727A1FC3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Site ODS Code:</w:t>
      </w:r>
    </w:p>
    <w:p w14:paraId="0C86C576" w14:textId="77777777" w:rsidR="00A0675E" w:rsidRPr="002975FC" w:rsidRDefault="00A0675E">
      <w:pPr>
        <w:rPr>
          <w:rFonts w:ascii="Arial" w:hAnsi="Arial" w:cs="Arial"/>
        </w:rPr>
      </w:pPr>
    </w:p>
    <w:p w14:paraId="2951E9C1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Participant Study ID (FLUSNxxxxxxx):</w:t>
      </w:r>
    </w:p>
    <w:p w14:paraId="46815932" w14:textId="77777777" w:rsidR="00A0675E" w:rsidRPr="002975FC" w:rsidRDefault="00A0675E">
      <w:pPr>
        <w:rPr>
          <w:rFonts w:ascii="Arial" w:hAnsi="Arial" w:cs="Arial"/>
        </w:rPr>
      </w:pPr>
    </w:p>
    <w:p w14:paraId="6B47A2F6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Date Deviation Identified:</w:t>
      </w:r>
    </w:p>
    <w:p w14:paraId="3643A25E" w14:textId="77777777" w:rsidR="00A0675E" w:rsidRPr="002975FC" w:rsidRDefault="00A0675E">
      <w:pPr>
        <w:rPr>
          <w:rFonts w:ascii="Arial" w:hAnsi="Arial" w:cs="Arial"/>
        </w:rPr>
      </w:pPr>
    </w:p>
    <w:p w14:paraId="5BB8B24F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Visit Affected (Day 0 / Day 28 / Other):</w:t>
      </w:r>
    </w:p>
    <w:p w14:paraId="579D6973" w14:textId="77777777" w:rsidR="00A0675E" w:rsidRPr="002975FC" w:rsidRDefault="00A0675E">
      <w:pPr>
        <w:rPr>
          <w:rFonts w:ascii="Arial" w:hAnsi="Arial" w:cs="Arial"/>
        </w:rPr>
      </w:pPr>
    </w:p>
    <w:p w14:paraId="4CE33811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Description of Deviation:</w:t>
      </w:r>
    </w:p>
    <w:p w14:paraId="43EAD578" w14:textId="77777777" w:rsidR="00A0675E" w:rsidRPr="002975FC" w:rsidRDefault="00A0675E">
      <w:pPr>
        <w:rPr>
          <w:rFonts w:ascii="Arial" w:hAnsi="Arial" w:cs="Arial"/>
        </w:rPr>
      </w:pPr>
    </w:p>
    <w:p w14:paraId="230C28A6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Reason for Deviation:</w:t>
      </w:r>
    </w:p>
    <w:p w14:paraId="248029CB" w14:textId="77777777" w:rsidR="00A0675E" w:rsidRPr="002975FC" w:rsidRDefault="00A0675E">
      <w:pPr>
        <w:rPr>
          <w:rFonts w:ascii="Arial" w:hAnsi="Arial" w:cs="Arial"/>
        </w:rPr>
      </w:pPr>
    </w:p>
    <w:p w14:paraId="63D02124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Was IMP administered? (Yes/No):</w:t>
      </w:r>
    </w:p>
    <w:p w14:paraId="42945E76" w14:textId="77777777" w:rsidR="00A0675E" w:rsidRPr="002975FC" w:rsidRDefault="00A0675E">
      <w:pPr>
        <w:rPr>
          <w:rFonts w:ascii="Arial" w:hAnsi="Arial" w:cs="Arial"/>
        </w:rPr>
      </w:pPr>
    </w:p>
    <w:p w14:paraId="559D5270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Reported By (Name &amp; Role):</w:t>
      </w:r>
    </w:p>
    <w:p w14:paraId="0F706363" w14:textId="77777777" w:rsidR="00A0675E" w:rsidRPr="002975FC" w:rsidRDefault="00A0675E">
      <w:pPr>
        <w:rPr>
          <w:rFonts w:ascii="Arial" w:hAnsi="Arial" w:cs="Arial"/>
        </w:rPr>
      </w:pPr>
    </w:p>
    <w:p w14:paraId="65A1987E" w14:textId="77777777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Date of Report:</w:t>
      </w:r>
    </w:p>
    <w:p w14:paraId="0363F737" w14:textId="77777777" w:rsidR="00A0675E" w:rsidRPr="002975FC" w:rsidRDefault="00A0675E">
      <w:pPr>
        <w:rPr>
          <w:rFonts w:ascii="Arial" w:hAnsi="Arial" w:cs="Arial"/>
        </w:rPr>
      </w:pPr>
    </w:p>
    <w:p w14:paraId="4229AF66" w14:textId="5DF39C73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Principal Investigator Review &amp; Sign-off:</w:t>
      </w:r>
    </w:p>
    <w:p w14:paraId="543ABE96" w14:textId="77777777" w:rsidR="00A0675E" w:rsidRPr="002975FC" w:rsidRDefault="00A0675E">
      <w:pPr>
        <w:rPr>
          <w:rFonts w:ascii="Arial" w:hAnsi="Arial" w:cs="Arial"/>
        </w:rPr>
      </w:pPr>
    </w:p>
    <w:p w14:paraId="76FA69FD" w14:textId="5AE1B12A" w:rsidR="00A0675E" w:rsidRPr="002975FC" w:rsidRDefault="001F6C35">
      <w:pPr>
        <w:rPr>
          <w:rFonts w:ascii="Arial" w:hAnsi="Arial" w:cs="Arial"/>
        </w:rPr>
      </w:pPr>
      <w:r w:rsidRPr="002975FC">
        <w:rPr>
          <w:rFonts w:ascii="Arial" w:hAnsi="Arial" w:cs="Arial"/>
          <w:b/>
        </w:rPr>
        <w:t>Date:</w:t>
      </w:r>
    </w:p>
    <w:sectPr w:rsidR="00A0675E" w:rsidRPr="002975FC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6CA65" w14:textId="77777777" w:rsidR="00BC7325" w:rsidRDefault="00BC7325" w:rsidP="002975FC">
      <w:pPr>
        <w:spacing w:after="0" w:line="240" w:lineRule="auto"/>
      </w:pPr>
      <w:r>
        <w:separator/>
      </w:r>
    </w:p>
  </w:endnote>
  <w:endnote w:type="continuationSeparator" w:id="0">
    <w:p w14:paraId="071650B1" w14:textId="77777777" w:rsidR="00BC7325" w:rsidRDefault="00BC7325" w:rsidP="0029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8F79" w14:textId="781F1597" w:rsidR="002975FC" w:rsidRDefault="002975FC">
    <w:pPr>
      <w:pStyle w:val="Footer"/>
    </w:pPr>
    <w:r>
      <w:t>V1 01.JUL.2025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4F78F" w14:textId="77777777" w:rsidR="00BC7325" w:rsidRDefault="00BC7325" w:rsidP="002975FC">
      <w:pPr>
        <w:spacing w:after="0" w:line="240" w:lineRule="auto"/>
      </w:pPr>
      <w:r>
        <w:separator/>
      </w:r>
    </w:p>
  </w:footnote>
  <w:footnote w:type="continuationSeparator" w:id="0">
    <w:p w14:paraId="34173DCD" w14:textId="77777777" w:rsidR="00BC7325" w:rsidRDefault="00BC7325" w:rsidP="0029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164E" w14:textId="2DAE30C3" w:rsidR="002975FC" w:rsidRPr="002975FC" w:rsidRDefault="002975FC" w:rsidP="002975FC">
    <w:pPr>
      <w:pStyle w:val="Heading1"/>
      <w:rPr>
        <w:rFonts w:ascii="Arial" w:hAnsi="Arial" w:cs="Arial"/>
        <w:color w:val="auto"/>
      </w:rPr>
    </w:pPr>
    <w:proofErr w:type="spellStart"/>
    <w:r w:rsidRPr="002975FC">
      <w:rPr>
        <w:rFonts w:ascii="Arial" w:hAnsi="Arial" w:cs="Arial"/>
        <w:color w:val="auto"/>
      </w:rPr>
      <w:t>FluSNIFF</w:t>
    </w:r>
    <w:proofErr w:type="spellEnd"/>
    <w:r w:rsidRPr="002975FC">
      <w:rPr>
        <w:rFonts w:ascii="Arial" w:hAnsi="Arial" w:cs="Arial"/>
        <w:color w:val="auto"/>
      </w:rPr>
      <w:t xml:space="preserve"> Protocol Deviation Form</w:t>
    </w:r>
    <w:r>
      <w:rPr>
        <w:rFonts w:ascii="Arial" w:hAnsi="Arial" w:cs="Arial"/>
        <w:noProof/>
        <w:color w:val="auto"/>
      </w:rPr>
      <w:drawing>
        <wp:inline distT="0" distB="0" distL="0" distR="0" wp14:anchorId="0E9172B9" wp14:editId="1FA1F124">
          <wp:extent cx="5486400" cy="5486400"/>
          <wp:effectExtent l="0" t="0" r="0" b="0"/>
          <wp:docPr id="1919265670" name="Picture 1" descr="A logo for a chi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265670" name="Picture 1" descr="A logo for a chil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54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907301" w14:textId="77777777" w:rsidR="002975FC" w:rsidRDefault="002975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017478">
    <w:abstractNumId w:val="8"/>
  </w:num>
  <w:num w:numId="2" w16cid:durableId="1891840569">
    <w:abstractNumId w:val="6"/>
  </w:num>
  <w:num w:numId="3" w16cid:durableId="10497276">
    <w:abstractNumId w:val="5"/>
  </w:num>
  <w:num w:numId="4" w16cid:durableId="76831420">
    <w:abstractNumId w:val="4"/>
  </w:num>
  <w:num w:numId="5" w16cid:durableId="1729761971">
    <w:abstractNumId w:val="7"/>
  </w:num>
  <w:num w:numId="6" w16cid:durableId="974530495">
    <w:abstractNumId w:val="3"/>
  </w:num>
  <w:num w:numId="7" w16cid:durableId="2001880080">
    <w:abstractNumId w:val="2"/>
  </w:num>
  <w:num w:numId="8" w16cid:durableId="1225945716">
    <w:abstractNumId w:val="1"/>
  </w:num>
  <w:num w:numId="9" w16cid:durableId="194310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6C35"/>
    <w:rsid w:val="0029639D"/>
    <w:rsid w:val="002975FC"/>
    <w:rsid w:val="00326F90"/>
    <w:rsid w:val="00890FC8"/>
    <w:rsid w:val="00A0675E"/>
    <w:rsid w:val="00AA1D8D"/>
    <w:rsid w:val="00B47730"/>
    <w:rsid w:val="00BC7325"/>
    <w:rsid w:val="00CB0664"/>
    <w:rsid w:val="00FC693F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4E877D"/>
  <w14:defaultImageDpi w14:val="300"/>
  <w15:docId w15:val="{BC94D66F-770D-46FD-8518-48D56372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274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Helena Walsh</cp:lastModifiedBy>
  <cp:revision>2</cp:revision>
  <dcterms:created xsi:type="dcterms:W3CDTF">2025-12-09T10:39:00Z</dcterms:created>
  <dcterms:modified xsi:type="dcterms:W3CDTF">2025-12-09T10:39:00Z</dcterms:modified>
  <cp:category/>
</cp:coreProperties>
</file>