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624" w:hRule="atLeast"/>
        </w:trPr>
        <w:tc>
          <w:tcPr>
            <w:tcW w:type="dxa" w:w="10205"/>
            <w:shd w:val="clear" w:color="auto" w:fill="233042"/>
            <w:vAlign w:val="center"/>
          </w:tcPr>
          <w:p>
            <w:pPr>
              <w:spacing w:after="0" w:before="0"/>
            </w:pPr>
            <w:r/>
            <w:r>
              <w:rPr>
                <w:rFonts w:ascii="Calibri" w:hAnsi="Calibri"/>
                <w:b/>
                <w:i w:val="0"/>
                <w:color w:val="FFFFFF"/>
                <w:sz w:val="36"/>
              </w:rPr>
              <w:t xml:space="preserve">  DELIVERY NOTE</w:t>
            </w:r>
          </w:p>
        </w:tc>
      </w:tr>
    </w:tbl>
    <w:p>
      <w:pPr>
        <w:spacing w:before="60" w:after="80"/>
      </w:pPr>
      <w:r>
        <w:rPr>
          <w:rFonts w:ascii="Calibri" w:hAnsi="Calibri"/>
          <w:i/>
          <w:color w:val="5A6472"/>
          <w:sz w:val="17"/>
        </w:rPr>
        <w:t>Issued by the supplier and travels with the goods. The site signs the receipt block at the bottom on arrival and keeps the signed copy with that day's site record.</w:t>
      </w: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DELIVERY DETAILS</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397" w:hRule="atLeast"/>
        </w:trPr>
        <w:tc>
          <w:tcPr>
            <w:tcW w:type="dxa" w:w="2211"/>
            <w:shd w:val="clear" w:color="auto" w:fill="F8FAFC"/>
            <w:vAlign w:val="center"/>
          </w:tcPr>
          <w:p>
            <w:pPr>
              <w:spacing w:after="0" w:before="0"/>
            </w:pPr>
            <w:r/>
            <w:r>
              <w:rPr>
                <w:rFonts w:ascii="Calibri" w:hAnsi="Calibri"/>
                <w:b/>
                <w:i w:val="0"/>
                <w:color w:val="171717"/>
                <w:sz w:val="18"/>
              </w:rPr>
              <w:t>Delivery note no.</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Delivery date</w:t>
            </w:r>
          </w:p>
        </w:tc>
        <w:tc>
          <w:tcPr>
            <w:tcW w:type="dxa" w:w="2891"/>
            <w:shd w:val="clear" w:color="auto" w:fill="FFFBF3"/>
          </w:tcPr>
          <w:p/>
        </w:tc>
      </w:tr>
      <w:tr>
        <w:trPr>
          <w:trHeight w:val="397" w:hRule="atLeast"/>
        </w:trPr>
        <w:tc>
          <w:tcPr>
            <w:tcW w:type="dxa" w:w="2211"/>
            <w:shd w:val="clear" w:color="auto" w:fill="F8FAFC"/>
            <w:vAlign w:val="center"/>
          </w:tcPr>
          <w:p>
            <w:pPr>
              <w:spacing w:after="0" w:before="0"/>
            </w:pPr>
            <w:r/>
            <w:r>
              <w:rPr>
                <w:rFonts w:ascii="Calibri" w:hAnsi="Calibri"/>
                <w:b/>
                <w:i w:val="0"/>
                <w:color w:val="171717"/>
                <w:sz w:val="18"/>
              </w:rPr>
              <w:t>Order (PO) no.</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Project reference or cost code</w:t>
            </w:r>
          </w:p>
        </w:tc>
        <w:tc>
          <w:tcPr>
            <w:tcW w:type="dxa" w:w="2891"/>
            <w:shd w:val="clear" w:color="auto" w:fill="FFFBF3"/>
          </w:tcPr>
          <w:p/>
        </w:tc>
      </w:tr>
      <w:tr>
        <w:trPr>
          <w:trHeight w:val="397" w:hRule="atLeast"/>
        </w:trPr>
        <w:tc>
          <w:tcPr>
            <w:tcW w:type="dxa" w:w="2211"/>
            <w:shd w:val="clear" w:color="auto" w:fill="F8FAFC"/>
            <w:vAlign w:val="center"/>
          </w:tcPr>
          <w:p>
            <w:pPr>
              <w:spacing w:after="0" w:before="0"/>
            </w:pPr>
            <w:r/>
            <w:r>
              <w:rPr>
                <w:rFonts w:ascii="Calibri" w:hAnsi="Calibri"/>
                <w:b/>
                <w:i w:val="0"/>
                <w:color w:val="171717"/>
                <w:sz w:val="18"/>
              </w:rPr>
              <w:t>Project / contract</w:t>
            </w:r>
          </w:p>
        </w:tc>
        <w:tc>
          <w:tcPr>
            <w:tcW w:type="dxa" w:w="7993"/>
            <w:gridSpan w:val="3"/>
            <w:shd w:val="clear" w:color="auto" w:fill="FFFBF3"/>
          </w:tcPr>
          <w:p>
            <w:pPr>
              <w:spacing w:after="0" w:before="0"/>
            </w:pPr>
            <w:r/>
            <w:r>
              <w:rPr>
                <w:rFonts w:ascii="Calibri" w:hAnsi="Calibri"/>
                <w:b w:val="0"/>
                <w:i w:val="0"/>
                <w:color w:val="171717"/>
                <w:sz w:val="18"/>
              </w:rPr>
            </w: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FROM (SUPPLIER)</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397" w:hRule="atLeast"/>
        </w:trPr>
        <w:tc>
          <w:tcPr>
            <w:tcW w:type="dxa" w:w="2211"/>
            <w:shd w:val="clear" w:color="auto" w:fill="F8FAFC"/>
            <w:vAlign w:val="center"/>
          </w:tcPr>
          <w:p>
            <w:pPr>
              <w:spacing w:after="0" w:before="0"/>
            </w:pPr>
            <w:r/>
            <w:r>
              <w:rPr>
                <w:rFonts w:ascii="Calibri" w:hAnsi="Calibri"/>
                <w:b/>
                <w:i w:val="0"/>
                <w:color w:val="171717"/>
                <w:sz w:val="18"/>
              </w:rPr>
              <w:t>Supplier name</w:t>
            </w:r>
          </w:p>
        </w:tc>
        <w:tc>
          <w:tcPr>
            <w:tcW w:type="dxa" w:w="7993"/>
            <w:gridSpan w:val="3"/>
            <w:shd w:val="clear" w:color="auto" w:fill="FFFBF3"/>
          </w:tcPr>
          <w:p>
            <w:pPr>
              <w:spacing w:after="0" w:before="0"/>
            </w:pPr>
            <w:r/>
            <w:r>
              <w:rPr>
                <w:rFonts w:ascii="Calibri" w:hAnsi="Calibri"/>
                <w:b w:val="0"/>
                <w:i w:val="0"/>
                <w:color w:val="171717"/>
                <w:sz w:val="18"/>
              </w:rPr>
            </w:r>
          </w:p>
        </w:tc>
      </w:tr>
      <w:tr>
        <w:trPr>
          <w:trHeight w:val="539" w:hRule="atLeast"/>
        </w:trPr>
        <w:tc>
          <w:tcPr>
            <w:tcW w:type="dxa" w:w="2211"/>
            <w:shd w:val="clear" w:color="auto" w:fill="F8FAFC"/>
            <w:vAlign w:val="center"/>
          </w:tcPr>
          <w:p>
            <w:pPr>
              <w:spacing w:after="0" w:before="0"/>
            </w:pPr>
            <w:r/>
            <w:r>
              <w:rPr>
                <w:rFonts w:ascii="Calibri" w:hAnsi="Calibri"/>
                <w:b/>
                <w:i w:val="0"/>
                <w:color w:val="171717"/>
                <w:sz w:val="18"/>
              </w:rPr>
              <w:t>Supplier address and phone</w:t>
            </w:r>
          </w:p>
        </w:tc>
        <w:tc>
          <w:tcPr>
            <w:tcW w:type="dxa" w:w="7993"/>
            <w:gridSpan w:val="3"/>
            <w:shd w:val="clear" w:color="auto" w:fill="FFFBF3"/>
          </w:tcPr>
          <w:p>
            <w:pPr>
              <w:spacing w:after="0" w:before="0"/>
            </w:pPr>
            <w:r/>
            <w:r>
              <w:rPr>
                <w:rFonts w:ascii="Calibri" w:hAnsi="Calibri"/>
                <w:b w:val="0"/>
                <w:i w:val="0"/>
                <w:color w:val="171717"/>
                <w:sz w:val="18"/>
              </w:rPr>
            </w:r>
          </w:p>
        </w:tc>
      </w:tr>
      <w:tr>
        <w:trPr>
          <w:trHeight w:val="397" w:hRule="atLeast"/>
        </w:trPr>
        <w:tc>
          <w:tcPr>
            <w:tcW w:type="dxa" w:w="2211"/>
            <w:shd w:val="clear" w:color="auto" w:fill="F8FAFC"/>
            <w:vAlign w:val="center"/>
          </w:tcPr>
          <w:p>
            <w:pPr>
              <w:spacing w:after="0" w:before="0"/>
            </w:pPr>
            <w:r/>
            <w:r>
              <w:rPr>
                <w:rFonts w:ascii="Calibri" w:hAnsi="Calibri"/>
                <w:b/>
                <w:i w:val="0"/>
                <w:color w:val="171717"/>
                <w:sz w:val="18"/>
              </w:rPr>
              <w:t>Driver name</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Vehicle registration</w:t>
            </w:r>
          </w:p>
        </w:tc>
        <w:tc>
          <w:tcPr>
            <w:tcW w:type="dxa" w:w="2891"/>
            <w:shd w:val="clear" w:color="auto" w:fill="FFFBF3"/>
          </w:tcPr>
          <w:p/>
        </w:tc>
      </w:tr>
      <w:tr>
        <w:trPr>
          <w:trHeight w:val="397" w:hRule="atLeast"/>
        </w:trPr>
        <w:tc>
          <w:tcPr>
            <w:tcW w:type="dxa" w:w="2211"/>
            <w:shd w:val="clear" w:color="auto" w:fill="F8FAFC"/>
            <w:vAlign w:val="center"/>
          </w:tcPr>
          <w:p>
            <w:pPr>
              <w:spacing w:after="0" w:before="0"/>
            </w:pPr>
            <w:r/>
            <w:r>
              <w:rPr>
                <w:rFonts w:ascii="Calibri" w:hAnsi="Calibri"/>
                <w:b/>
                <w:i w:val="0"/>
                <w:color w:val="171717"/>
                <w:sz w:val="18"/>
              </w:rPr>
              <w:t>Loaded at (place)</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Date and time loaded</w:t>
            </w:r>
          </w:p>
        </w:tc>
        <w:tc>
          <w:tcPr>
            <w:tcW w:type="dxa" w:w="2891"/>
            <w:shd w:val="clear" w:color="auto" w:fill="FFFBF3"/>
          </w:tcP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DELIVER TO (CUSTOMER AND SITE)</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397" w:hRule="atLeast"/>
        </w:trPr>
        <w:tc>
          <w:tcPr>
            <w:tcW w:type="dxa" w:w="2211"/>
            <w:shd w:val="clear" w:color="auto" w:fill="F8FAFC"/>
            <w:vAlign w:val="center"/>
          </w:tcPr>
          <w:p>
            <w:pPr>
              <w:spacing w:after="0" w:before="0"/>
            </w:pPr>
            <w:r/>
            <w:r>
              <w:rPr>
                <w:rFonts w:ascii="Calibri" w:hAnsi="Calibri"/>
                <w:b/>
                <w:i w:val="0"/>
                <w:color w:val="171717"/>
                <w:sz w:val="18"/>
              </w:rPr>
              <w:t>Customer / company</w:t>
            </w:r>
          </w:p>
        </w:tc>
        <w:tc>
          <w:tcPr>
            <w:tcW w:type="dxa" w:w="7993"/>
            <w:gridSpan w:val="3"/>
            <w:shd w:val="clear" w:color="auto" w:fill="FFFBF3"/>
          </w:tcPr>
          <w:p>
            <w:pPr>
              <w:spacing w:after="0" w:before="0"/>
            </w:pPr>
            <w:r/>
            <w:r>
              <w:rPr>
                <w:rFonts w:ascii="Calibri" w:hAnsi="Calibri"/>
                <w:b w:val="0"/>
                <w:i w:val="0"/>
                <w:color w:val="171717"/>
                <w:sz w:val="18"/>
              </w:rPr>
            </w:r>
          </w:p>
        </w:tc>
      </w:tr>
      <w:tr>
        <w:trPr>
          <w:trHeight w:val="539" w:hRule="atLeast"/>
        </w:trPr>
        <w:tc>
          <w:tcPr>
            <w:tcW w:type="dxa" w:w="2211"/>
            <w:shd w:val="clear" w:color="auto" w:fill="F8FAFC"/>
            <w:vAlign w:val="center"/>
          </w:tcPr>
          <w:p>
            <w:pPr>
              <w:spacing w:after="0" w:before="0"/>
            </w:pPr>
            <w:r/>
            <w:r>
              <w:rPr>
                <w:rFonts w:ascii="Calibri" w:hAnsi="Calibri"/>
                <w:b/>
                <w:i w:val="0"/>
                <w:color w:val="171717"/>
                <w:sz w:val="18"/>
              </w:rPr>
              <w:t>Site address</w:t>
            </w:r>
          </w:p>
        </w:tc>
        <w:tc>
          <w:tcPr>
            <w:tcW w:type="dxa" w:w="7993"/>
            <w:gridSpan w:val="3"/>
            <w:shd w:val="clear" w:color="auto" w:fill="FFFBF3"/>
          </w:tcPr>
          <w:p>
            <w:pPr>
              <w:spacing w:after="0" w:before="0"/>
            </w:pPr>
            <w:r/>
            <w:r>
              <w:rPr>
                <w:rFonts w:ascii="Calibri" w:hAnsi="Calibri"/>
                <w:b w:val="0"/>
                <w:i w:val="0"/>
                <w:color w:val="171717"/>
                <w:sz w:val="18"/>
              </w:rPr>
            </w:r>
          </w:p>
        </w:tc>
      </w:tr>
      <w:tr>
        <w:trPr>
          <w:trHeight w:val="397" w:hRule="atLeast"/>
        </w:trPr>
        <w:tc>
          <w:tcPr>
            <w:tcW w:type="dxa" w:w="2211"/>
            <w:shd w:val="clear" w:color="auto" w:fill="F8FAFC"/>
            <w:vAlign w:val="center"/>
          </w:tcPr>
          <w:p>
            <w:pPr>
              <w:spacing w:after="0" w:before="0"/>
            </w:pPr>
            <w:r/>
            <w:r>
              <w:rPr>
                <w:rFonts w:ascii="Calibri" w:hAnsi="Calibri"/>
                <w:b/>
                <w:i w:val="0"/>
                <w:color w:val="171717"/>
                <w:sz w:val="18"/>
              </w:rPr>
              <w:t>Unloading point or working area</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Site contact and phone</w:t>
            </w:r>
          </w:p>
        </w:tc>
        <w:tc>
          <w:tcPr>
            <w:tcW w:type="dxa" w:w="2891"/>
            <w:shd w:val="clear" w:color="auto" w:fill="FFFBF3"/>
          </w:tcP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GOODS DELIVERED</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510"/>
        <w:gridCol w:w="2268"/>
        <w:gridCol w:w="1077"/>
        <w:gridCol w:w="623"/>
        <w:gridCol w:w="850"/>
        <w:gridCol w:w="907"/>
        <w:gridCol w:w="850"/>
        <w:gridCol w:w="850"/>
        <w:gridCol w:w="1247"/>
        <w:gridCol w:w="1020"/>
      </w:tblGrid>
      <w:tr>
        <w:trPr>
          <w:trHeight w:val="510" w:hRule="atLeast"/>
        </w:trPr>
        <w:tc>
          <w:tcPr>
            <w:tcW w:type="dxa" w:w="510"/>
            <w:shd w:val="clear" w:color="auto" w:fill="233042"/>
            <w:vAlign w:val="center"/>
          </w:tcPr>
          <w:p>
            <w:pPr>
              <w:spacing w:after="0" w:before="0"/>
              <w:jc w:val="center"/>
            </w:pPr>
            <w:r/>
            <w:r>
              <w:rPr>
                <w:rFonts w:ascii="Calibri" w:hAnsi="Calibri"/>
                <w:b/>
                <w:i w:val="0"/>
                <w:color w:val="FFFFFF"/>
                <w:sz w:val="16"/>
              </w:rPr>
              <w:t>Line</w:t>
            </w:r>
          </w:p>
        </w:tc>
        <w:tc>
          <w:tcPr>
            <w:tcW w:type="dxa" w:w="2268"/>
            <w:shd w:val="clear" w:color="auto" w:fill="233042"/>
            <w:vAlign w:val="center"/>
          </w:tcPr>
          <w:p>
            <w:pPr>
              <w:spacing w:after="0" w:before="0"/>
              <w:jc w:val="center"/>
            </w:pPr>
            <w:r/>
            <w:r>
              <w:rPr>
                <w:rFonts w:ascii="Calibri" w:hAnsi="Calibri"/>
                <w:b/>
                <w:i w:val="0"/>
                <w:color w:val="FFFFFF"/>
                <w:sz w:val="16"/>
              </w:rPr>
              <w:t>Description</w:t>
            </w:r>
          </w:p>
        </w:tc>
        <w:tc>
          <w:tcPr>
            <w:tcW w:type="dxa" w:w="1077"/>
            <w:shd w:val="clear" w:color="auto" w:fill="233042"/>
            <w:vAlign w:val="center"/>
          </w:tcPr>
          <w:p>
            <w:pPr>
              <w:spacing w:after="0" w:before="0"/>
              <w:jc w:val="center"/>
            </w:pPr>
            <w:r/>
            <w:r>
              <w:rPr>
                <w:rFonts w:ascii="Calibri" w:hAnsi="Calibri"/>
                <w:b/>
                <w:i w:val="0"/>
                <w:color w:val="FFFFFF"/>
                <w:sz w:val="16"/>
              </w:rPr>
              <w:t>Product code</w:t>
            </w:r>
          </w:p>
        </w:tc>
        <w:tc>
          <w:tcPr>
            <w:tcW w:type="dxa" w:w="624"/>
            <w:shd w:val="clear" w:color="auto" w:fill="233042"/>
            <w:vAlign w:val="center"/>
          </w:tcPr>
          <w:p>
            <w:pPr>
              <w:spacing w:after="0" w:before="0"/>
              <w:jc w:val="center"/>
            </w:pPr>
            <w:r/>
            <w:r>
              <w:rPr>
                <w:rFonts w:ascii="Calibri" w:hAnsi="Calibri"/>
                <w:b/>
                <w:i w:val="0"/>
                <w:color w:val="FFFFFF"/>
                <w:sz w:val="16"/>
              </w:rPr>
              <w:t>Unit</w:t>
            </w:r>
          </w:p>
        </w:tc>
        <w:tc>
          <w:tcPr>
            <w:tcW w:type="dxa" w:w="850"/>
            <w:shd w:val="clear" w:color="auto" w:fill="233042"/>
            <w:vAlign w:val="center"/>
          </w:tcPr>
          <w:p>
            <w:pPr>
              <w:spacing w:after="0" w:before="0"/>
              <w:jc w:val="center"/>
            </w:pPr>
            <w:r/>
            <w:r>
              <w:rPr>
                <w:rFonts w:ascii="Calibri" w:hAnsi="Calibri"/>
                <w:b/>
                <w:i w:val="0"/>
                <w:color w:val="FFFFFF"/>
                <w:sz w:val="16"/>
              </w:rPr>
              <w:t>Qty ordered</w:t>
            </w:r>
          </w:p>
        </w:tc>
        <w:tc>
          <w:tcPr>
            <w:tcW w:type="dxa" w:w="907"/>
            <w:shd w:val="clear" w:color="auto" w:fill="233042"/>
            <w:vAlign w:val="center"/>
          </w:tcPr>
          <w:p>
            <w:pPr>
              <w:spacing w:after="0" w:before="0"/>
              <w:jc w:val="center"/>
            </w:pPr>
            <w:r/>
            <w:r>
              <w:rPr>
                <w:rFonts w:ascii="Calibri" w:hAnsi="Calibri"/>
                <w:b/>
                <w:i w:val="0"/>
                <w:color w:val="FFFFFF"/>
                <w:sz w:val="16"/>
              </w:rPr>
              <w:t>Qty delivered</w:t>
            </w:r>
          </w:p>
        </w:tc>
        <w:tc>
          <w:tcPr>
            <w:tcW w:type="dxa" w:w="850"/>
            <w:shd w:val="clear" w:color="auto" w:fill="233042"/>
            <w:vAlign w:val="center"/>
          </w:tcPr>
          <w:p>
            <w:pPr>
              <w:spacing w:after="0" w:before="0"/>
              <w:jc w:val="center"/>
            </w:pPr>
            <w:r/>
            <w:r>
              <w:rPr>
                <w:rFonts w:ascii="Calibri" w:hAnsi="Calibri"/>
                <w:b/>
                <w:i w:val="0"/>
                <w:color w:val="FFFFFF"/>
                <w:sz w:val="16"/>
              </w:rPr>
              <w:t>Qty to follow</w:t>
            </w:r>
          </w:p>
        </w:tc>
        <w:tc>
          <w:tcPr>
            <w:tcW w:type="dxa" w:w="850"/>
            <w:shd w:val="clear" w:color="auto" w:fill="233042"/>
            <w:vAlign w:val="center"/>
          </w:tcPr>
          <w:p>
            <w:pPr>
              <w:spacing w:after="0" w:before="0"/>
              <w:jc w:val="center"/>
            </w:pPr>
            <w:r/>
            <w:r>
              <w:rPr>
                <w:rFonts w:ascii="Calibri" w:hAnsi="Calibri"/>
                <w:b/>
                <w:i w:val="0"/>
                <w:color w:val="FFFFFF"/>
                <w:sz w:val="16"/>
              </w:rPr>
              <w:t>Packs or pallets</w:t>
            </w:r>
          </w:p>
        </w:tc>
        <w:tc>
          <w:tcPr>
            <w:tcW w:type="dxa" w:w="1247"/>
            <w:shd w:val="clear" w:color="auto" w:fill="233042"/>
            <w:vAlign w:val="center"/>
          </w:tcPr>
          <w:p>
            <w:pPr>
              <w:spacing w:after="0" w:before="0"/>
              <w:jc w:val="center"/>
            </w:pPr>
            <w:r/>
            <w:r>
              <w:rPr>
                <w:rFonts w:ascii="Calibri" w:hAnsi="Calibri"/>
                <w:b/>
                <w:i w:val="0"/>
                <w:color w:val="FFFFFF"/>
                <w:sz w:val="16"/>
              </w:rPr>
              <w:t>Batch, lot or cast no.</w:t>
            </w:r>
          </w:p>
        </w:tc>
        <w:tc>
          <w:tcPr>
            <w:tcW w:type="dxa" w:w="1020"/>
            <w:shd w:val="clear" w:color="auto" w:fill="233042"/>
            <w:vAlign w:val="center"/>
          </w:tcPr>
          <w:p>
            <w:pPr>
              <w:spacing w:after="0" w:before="0"/>
              <w:jc w:val="center"/>
            </w:pPr>
            <w:r/>
            <w:r>
              <w:rPr>
                <w:rFonts w:ascii="Calibri" w:hAnsi="Calibri"/>
                <w:b/>
                <w:i w:val="0"/>
                <w:color w:val="FFFFFF"/>
                <w:sz w:val="16"/>
              </w:rPr>
              <w:t>Notes</w:t>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1</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2</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3</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4</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5</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r>
        <w:trPr>
          <w:trHeight w:val="340" w:hRule="atLeast"/>
        </w:trPr>
        <w:tc>
          <w:tcPr>
            <w:tcW w:type="dxa" w:w="510"/>
            <w:shd w:val="clear" w:color="auto" w:fill="F8FAFC"/>
            <w:vAlign w:val="center"/>
          </w:tcPr>
          <w:p>
            <w:pPr>
              <w:spacing w:after="0" w:before="0"/>
              <w:jc w:val="center"/>
            </w:pPr>
            <w:r/>
            <w:r>
              <w:rPr>
                <w:rFonts w:ascii="Calibri" w:hAnsi="Calibri"/>
                <w:b w:val="0"/>
                <w:i w:val="0"/>
                <w:color w:val="5A6472"/>
                <w:sz w:val="16"/>
              </w:rPr>
              <w:t>6</w:t>
            </w:r>
          </w:p>
        </w:tc>
        <w:tc>
          <w:tcPr>
            <w:tcW w:type="dxa" w:w="2268"/>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247"/>
            <w:shd w:val="clear" w:color="auto" w:fill="FFFBF3"/>
          </w:tcPr>
          <w:p>
            <w:pPr>
              <w:spacing w:after="0" w:before="0"/>
            </w:pPr>
            <w:r/>
            <w:r>
              <w:rPr>
                <w:rFonts w:ascii="Calibri" w:hAnsi="Calibri"/>
                <w:b w:val="0"/>
                <w:i w:val="0"/>
                <w:color w:val="171717"/>
                <w:sz w:val="18"/>
              </w:rPr>
            </w:r>
          </w:p>
        </w:tc>
        <w:tc>
          <w:tcPr>
            <w:tcW w:type="dxa" w:w="1020"/>
            <w:shd w:val="clear" w:color="auto" w:fill="FFFBF3"/>
          </w:tcPr>
          <w:p>
            <w:pPr>
              <w:spacing w:after="0" w:before="0"/>
            </w:pPr>
            <w:r/>
            <w:r>
              <w:rPr>
                <w:rFonts w:ascii="Calibri" w:hAnsi="Calibri"/>
                <w:b w:val="0"/>
                <w:i w:val="0"/>
                <w:color w:val="171717"/>
                <w:sz w:val="18"/>
              </w:rPr>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454" w:hRule="atLeast"/>
        </w:trPr>
        <w:tc>
          <w:tcPr>
            <w:tcW w:type="dxa" w:w="2211"/>
            <w:shd w:val="clear" w:color="auto" w:fill="F8FAFC"/>
            <w:vAlign w:val="center"/>
          </w:tcPr>
          <w:p>
            <w:pPr>
              <w:spacing w:after="0" w:before="0"/>
            </w:pPr>
            <w:r/>
            <w:r>
              <w:rPr>
                <w:rFonts w:ascii="Calibri" w:hAnsi="Calibri"/>
                <w:b/>
                <w:i w:val="0"/>
                <w:color w:val="171717"/>
                <w:sz w:val="18"/>
              </w:rPr>
              <w:t>Delivery instructions or remarks</w:t>
            </w:r>
          </w:p>
        </w:tc>
        <w:tc>
          <w:tcPr>
            <w:tcW w:type="dxa" w:w="7993"/>
            <w:gridSpan w:val="3"/>
            <w:shd w:val="clear" w:color="auto" w:fill="FFFBF3"/>
          </w:tcPr>
          <w:p>
            <w:pPr>
              <w:spacing w:after="0" w:before="0"/>
            </w:pPr>
            <w:r/>
            <w:r>
              <w:rPr>
                <w:rFonts w:ascii="Calibri" w:hAnsi="Calibri"/>
                <w:b w:val="0"/>
                <w:i w:val="0"/>
                <w:color w:val="171717"/>
                <w:sz w:val="18"/>
              </w:rPr>
            </w: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SUPPLIER DECLARATION</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510" w:hRule="atLeast"/>
        </w:trPr>
        <w:tc>
          <w:tcPr>
            <w:tcW w:type="dxa" w:w="2211"/>
            <w:shd w:val="clear" w:color="auto" w:fill="F8FAFC"/>
            <w:vAlign w:val="center"/>
          </w:tcPr>
          <w:p>
            <w:pPr>
              <w:spacing w:after="0" w:before="0"/>
            </w:pPr>
            <w:r/>
            <w:r>
              <w:rPr>
                <w:rFonts w:ascii="Calibri" w:hAnsi="Calibri"/>
                <w:b/>
                <w:i w:val="0"/>
                <w:color w:val="171717"/>
                <w:sz w:val="18"/>
              </w:rPr>
              <w:t>Loaded and checked by (print name)</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Supplier signature</w:t>
            </w:r>
          </w:p>
        </w:tc>
        <w:tc>
          <w:tcPr>
            <w:tcW w:type="dxa" w:w="2891"/>
            <w:shd w:val="clear" w:color="auto" w:fill="FFFBF3"/>
          </w:tcPr>
          <w:p/>
        </w:tc>
      </w:tr>
      <w:tr>
        <w:trPr>
          <w:trHeight w:val="510" w:hRule="atLeast"/>
        </w:trPr>
        <w:tc>
          <w:tcPr>
            <w:tcW w:type="dxa" w:w="2211"/>
            <w:shd w:val="clear" w:color="auto" w:fill="F8FAFC"/>
            <w:vAlign w:val="center"/>
          </w:tcPr>
          <w:p>
            <w:pPr>
              <w:spacing w:after="0" w:before="0"/>
            </w:pPr>
            <w:r/>
            <w:r>
              <w:rPr>
                <w:rFonts w:ascii="Calibri" w:hAnsi="Calibri"/>
                <w:b/>
                <w:i w:val="0"/>
                <w:color w:val="171717"/>
                <w:sz w:val="18"/>
              </w:rPr>
              <w:t>Driver signature</w:t>
            </w:r>
          </w:p>
        </w:tc>
        <w:tc>
          <w:tcPr>
            <w:tcW w:type="dxa" w:w="7993"/>
            <w:gridSpan w:val="3"/>
            <w:shd w:val="clear" w:color="auto" w:fill="FFFBF3"/>
          </w:tcPr>
          <w:p>
            <w:pPr>
              <w:spacing w:after="0" w:before="0"/>
            </w:pPr>
            <w:r/>
            <w:r>
              <w:rPr>
                <w:rFonts w:ascii="Calibri" w:hAnsi="Calibri"/>
                <w:b w:val="0"/>
                <w:i w:val="0"/>
                <w:color w:val="171717"/>
                <w:sz w:val="18"/>
              </w:rPr>
            </w: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0206"/>
      </w:tblGrid>
      <w:tr>
        <w:trPr>
          <w:trHeight w:val="312" w:hRule="atLeast"/>
        </w:trPr>
        <w:tc>
          <w:tcPr>
            <w:tcW w:type="dxa" w:w="10205"/>
            <w:shd w:val="clear" w:color="auto" w:fill="5A6472"/>
            <w:vAlign w:val="center"/>
          </w:tcPr>
          <w:p>
            <w:pPr>
              <w:spacing w:after="0" w:before="0"/>
            </w:pPr>
            <w:r/>
            <w:r>
              <w:rPr>
                <w:rFonts w:ascii="Calibri" w:hAnsi="Calibri"/>
                <w:b/>
                <w:i w:val="0"/>
                <w:color w:val="FFFFFF"/>
                <w:sz w:val="18"/>
              </w:rPr>
              <w:t xml:space="preserve">  RECEIVED ON SITE  (completed by the person receiving the goods)</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2211"/>
        <w:gridCol w:w="2891"/>
        <w:gridCol w:w="2211"/>
        <w:gridCol w:w="2891"/>
      </w:tblGrid>
      <w:tr>
        <w:trPr>
          <w:trHeight w:val="397" w:hRule="atLeast"/>
        </w:trPr>
        <w:tc>
          <w:tcPr>
            <w:tcW w:type="dxa" w:w="2211"/>
            <w:shd w:val="clear" w:color="auto" w:fill="F8FAFC"/>
            <w:vAlign w:val="center"/>
          </w:tcPr>
          <w:p>
            <w:pPr>
              <w:keepNext/>
              <w:spacing w:after="0" w:before="0"/>
            </w:pPr>
            <w:r/>
            <w:r>
              <w:rPr>
                <w:rFonts w:ascii="Calibri" w:hAnsi="Calibri"/>
                <w:b/>
                <w:i w:val="0"/>
                <w:color w:val="171717"/>
                <w:sz w:val="18"/>
              </w:rPr>
              <w:t>Condition on arrival</w:t>
            </w:r>
          </w:p>
        </w:tc>
        <w:tc>
          <w:tcPr>
            <w:tcW w:type="dxa" w:w="7993"/>
            <w:gridSpan w:val="3"/>
            <w:shd w:val="clear" w:color="auto" w:fill="FFFBF3"/>
          </w:tcPr>
          <w:p>
            <w:pPr>
              <w:keepNext/>
              <w:spacing w:after="0" w:before="0"/>
            </w:pPr>
            <w:r/>
            <w:r>
              <w:rPr>
                <w:rFonts w:ascii="Calibri" w:hAnsi="Calibri"/>
                <w:b w:val="0"/>
                <w:i w:val="0"/>
                <w:color w:val="171717"/>
                <w:sz w:val="17"/>
              </w:rPr>
              <w:t>☐ Complete and undamaged   ☐ Short   ☐ Damaged   ☐ Wrong item   ☐ Not checked   ☐ Rejected</w:t>
            </w:r>
          </w:p>
        </w:tc>
      </w:tr>
      <w:tr>
        <w:trPr>
          <w:trHeight w:val="624" w:hRule="atLeast"/>
        </w:trPr>
        <w:tc>
          <w:tcPr>
            <w:tcW w:type="dxa" w:w="2211"/>
            <w:shd w:val="clear" w:color="auto" w:fill="F8FAFC"/>
            <w:vAlign w:val="center"/>
          </w:tcPr>
          <w:p>
            <w:pPr>
              <w:keepNext/>
              <w:spacing w:after="0" w:before="0"/>
            </w:pPr>
            <w:r/>
            <w:r>
              <w:rPr>
                <w:rFonts w:ascii="Calibri" w:hAnsi="Calibri"/>
                <w:b/>
                <w:i w:val="0"/>
                <w:color w:val="171717"/>
                <w:sz w:val="18"/>
              </w:rPr>
              <w:t>Shortage or damage found (write it here, on the driver's copy and in the site diary)</w:t>
            </w:r>
          </w:p>
        </w:tc>
        <w:tc>
          <w:tcPr>
            <w:tcW w:type="dxa" w:w="7993"/>
            <w:gridSpan w:val="3"/>
            <w:shd w:val="clear" w:color="auto" w:fill="FFFBF3"/>
          </w:tcPr>
          <w:p>
            <w:pPr>
              <w:keepNext/>
              <w:spacing w:after="0" w:before="0"/>
            </w:pPr>
            <w:r/>
            <w:r>
              <w:rPr>
                <w:rFonts w:ascii="Calibri" w:hAnsi="Calibri"/>
                <w:b w:val="0"/>
                <w:i w:val="0"/>
                <w:color w:val="171717"/>
                <w:sz w:val="18"/>
              </w:rPr>
            </w:r>
          </w:p>
        </w:tc>
      </w:tr>
      <w:tr>
        <w:trPr>
          <w:trHeight w:val="397" w:hRule="atLeast"/>
        </w:trPr>
        <w:tc>
          <w:tcPr>
            <w:tcW w:type="dxa" w:w="2211"/>
            <w:shd w:val="clear" w:color="auto" w:fill="F8FAFC"/>
            <w:vAlign w:val="center"/>
          </w:tcPr>
          <w:p>
            <w:pPr>
              <w:keepNext/>
              <w:spacing w:after="0" w:before="0"/>
            </w:pPr>
            <w:r/>
            <w:r>
              <w:rPr>
                <w:rFonts w:ascii="Calibri" w:hAnsi="Calibri"/>
                <w:b/>
                <w:i w:val="0"/>
                <w:color w:val="171717"/>
                <w:sz w:val="18"/>
              </w:rPr>
              <w:t>Received by (print name)</w:t>
            </w:r>
          </w:p>
        </w:tc>
        <w:tc>
          <w:tcPr>
            <w:tcW w:type="dxa" w:w="2891"/>
            <w:shd w:val="clear" w:color="auto" w:fill="FFFBF3"/>
          </w:tcPr>
          <w:p>
            <w:pPr>
              <w:keepNext/>
            </w:pPr>
          </w:p>
        </w:tc>
        <w:tc>
          <w:tcPr>
            <w:tcW w:type="dxa" w:w="2211"/>
            <w:shd w:val="clear" w:color="auto" w:fill="F8FAFC"/>
            <w:vAlign w:val="center"/>
          </w:tcPr>
          <w:p>
            <w:pPr>
              <w:keepNext/>
              <w:spacing w:after="0" w:before="0"/>
            </w:pPr>
            <w:r/>
            <w:r>
              <w:rPr>
                <w:rFonts w:ascii="Calibri" w:hAnsi="Calibri"/>
                <w:b/>
                <w:i w:val="0"/>
                <w:color w:val="171717"/>
                <w:sz w:val="18"/>
              </w:rPr>
              <w:t>Date and time received</w:t>
            </w:r>
          </w:p>
        </w:tc>
        <w:tc>
          <w:tcPr>
            <w:tcW w:type="dxa" w:w="2891"/>
            <w:shd w:val="clear" w:color="auto" w:fill="FFFBF3"/>
          </w:tcPr>
          <w:p>
            <w:pPr>
              <w:keepNext/>
            </w:pPr>
          </w:p>
        </w:tc>
      </w:tr>
      <w:tr>
        <w:trPr>
          <w:trHeight w:val="510" w:hRule="atLeast"/>
        </w:trPr>
        <w:tc>
          <w:tcPr>
            <w:tcW w:type="dxa" w:w="2211"/>
            <w:shd w:val="clear" w:color="auto" w:fill="F8FAFC"/>
            <w:vAlign w:val="center"/>
          </w:tcPr>
          <w:p>
            <w:pPr>
              <w:spacing w:after="0" w:before="0"/>
            </w:pPr>
            <w:r/>
            <w:r>
              <w:rPr>
                <w:rFonts w:ascii="Calibri" w:hAnsi="Calibri"/>
                <w:b/>
                <w:i w:val="0"/>
                <w:color w:val="171717"/>
                <w:sz w:val="18"/>
              </w:rPr>
              <w:t>Receiver signature</w:t>
            </w:r>
          </w:p>
        </w:tc>
        <w:tc>
          <w:tcPr>
            <w:tcW w:type="dxa" w:w="2891"/>
            <w:shd w:val="clear" w:color="auto" w:fill="FFFBF3"/>
          </w:tcPr>
          <w:p/>
        </w:tc>
        <w:tc>
          <w:tcPr>
            <w:tcW w:type="dxa" w:w="2211"/>
            <w:shd w:val="clear" w:color="auto" w:fill="F8FAFC"/>
            <w:vAlign w:val="center"/>
          </w:tcPr>
          <w:p>
            <w:pPr>
              <w:spacing w:after="0" w:before="0"/>
            </w:pPr>
            <w:r/>
            <w:r>
              <w:rPr>
                <w:rFonts w:ascii="Calibri" w:hAnsi="Calibri"/>
                <w:b/>
                <w:i w:val="0"/>
                <w:color w:val="171717"/>
                <w:sz w:val="18"/>
              </w:rPr>
              <w:t>Goods received note no.</w:t>
            </w:r>
          </w:p>
        </w:tc>
        <w:tc>
          <w:tcPr>
            <w:tcW w:type="dxa" w:w="2891"/>
            <w:shd w:val="clear" w:color="auto" w:fill="FFFBF3"/>
          </w:tcPr>
          <w:p/>
        </w:tc>
      </w:tr>
    </w:tbl>
    <w:p>
      <w:pPr>
        <w:spacing w:before="60" w:after="0"/>
      </w:pPr>
      <w:r>
        <w:rPr>
          <w:i/>
          <w:color w:val="5A6472"/>
          <w:sz w:val="15"/>
        </w:rPr>
        <w:t>Sign for what you have counted, not for what the note says. If the delivery is short or damaged, write the actual shortage or damage on the driver's copy and on yours before you sign, and ask the driver to initial it. If you can't check a load properly, write 'not checked' beside your signature. Then raise a goods received note for the delivery.</w:t>
      </w:r>
    </w:p>
    <w:p>
      <w:pPr>
        <w:spacing w:before="0" w:after="0" w:line="20" w:lineRule="exact"/>
        <w:sectPr>
          <w:pgSz w:w="11906" w:h="16838"/>
          <w:pgMar w:top="567" w:right="850" w:bottom="567" w:left="850" w:header="720" w:footer="720" w:gutter="0"/>
          <w:cols w:space="720"/>
          <w:docGrid w:linePitch="360"/>
        </w:sectPr>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5138"/>
      </w:tblGrid>
      <w:tr>
        <w:trPr>
          <w:trHeight w:val="624" w:hRule="atLeast"/>
        </w:trPr>
        <w:tc>
          <w:tcPr>
            <w:tcW w:type="dxa" w:w="15137"/>
            <w:shd w:val="clear" w:color="auto" w:fill="233042"/>
            <w:vAlign w:val="center"/>
          </w:tcPr>
          <w:p>
            <w:pPr>
              <w:spacing w:after="0" w:before="0"/>
            </w:pPr>
            <w:r/>
            <w:r>
              <w:rPr>
                <w:rFonts w:ascii="Calibri" w:hAnsi="Calibri"/>
                <w:b/>
                <w:i w:val="0"/>
                <w:color w:val="FFFFFF"/>
                <w:sz w:val="36"/>
              </w:rPr>
              <w:t xml:space="preserve">  GOODS RECEIVED NOTE</w:t>
            </w:r>
          </w:p>
        </w:tc>
      </w:tr>
    </w:tbl>
    <w:p>
      <w:pPr>
        <w:spacing w:before="60" w:after="80"/>
      </w:pPr>
      <w:r>
        <w:rPr>
          <w:rFonts w:ascii="Calibri" w:hAnsi="Calibri"/>
          <w:i/>
          <w:color w:val="5A6472"/>
          <w:sz w:val="17"/>
        </w:rPr>
        <w:t>Raised by the site or store that received the goods, one per delivery, from a count. It records what was counted and accepted, and is matched to the purchase order, the supplier's delivery note and later the invoice.</w:t>
      </w: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5138"/>
      </w:tblGrid>
      <w:tr>
        <w:trPr>
          <w:trHeight w:val="312" w:hRule="atLeast"/>
        </w:trPr>
        <w:tc>
          <w:tcPr>
            <w:tcW w:type="dxa" w:w="15137"/>
            <w:shd w:val="clear" w:color="auto" w:fill="5A6472"/>
            <w:vAlign w:val="center"/>
          </w:tcPr>
          <w:p>
            <w:pPr>
              <w:spacing w:after="0" w:before="0"/>
            </w:pPr>
            <w:r/>
            <w:r>
              <w:rPr>
                <w:rFonts w:ascii="Calibri" w:hAnsi="Calibri"/>
                <w:b/>
                <w:i w:val="0"/>
                <w:color w:val="FFFFFF"/>
                <w:sz w:val="18"/>
              </w:rPr>
              <w:t xml:space="preserve">  RECEIPT DETAILS</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3061"/>
        <w:gridCol w:w="4507"/>
        <w:gridCol w:w="3061"/>
        <w:gridCol w:w="4507"/>
      </w:tblGrid>
      <w:tr>
        <w:trPr>
          <w:trHeight w:val="397" w:hRule="atLeast"/>
        </w:trPr>
        <w:tc>
          <w:tcPr>
            <w:tcW w:type="dxa" w:w="3061"/>
            <w:shd w:val="clear" w:color="auto" w:fill="F8FAFC"/>
            <w:vAlign w:val="center"/>
          </w:tcPr>
          <w:p>
            <w:pPr>
              <w:spacing w:after="0" w:before="0"/>
            </w:pPr>
            <w:r/>
            <w:r>
              <w:rPr>
                <w:rFonts w:ascii="Calibri" w:hAnsi="Calibri"/>
                <w:b/>
                <w:i w:val="0"/>
                <w:color w:val="171717"/>
                <w:sz w:val="18"/>
              </w:rPr>
              <w:t>GRN no.</w:t>
            </w:r>
          </w:p>
        </w:tc>
        <w:tc>
          <w:tcPr>
            <w:tcW w:type="dxa" w:w="4507"/>
            <w:shd w:val="clear" w:color="auto" w:fill="FFFBF3"/>
          </w:tcPr>
          <w:p/>
        </w:tc>
        <w:tc>
          <w:tcPr>
            <w:tcW w:type="dxa" w:w="3061"/>
            <w:shd w:val="clear" w:color="auto" w:fill="F8FAFC"/>
            <w:vAlign w:val="center"/>
          </w:tcPr>
          <w:p>
            <w:pPr>
              <w:spacing w:after="0" w:before="0"/>
            </w:pPr>
            <w:r/>
            <w:r>
              <w:rPr>
                <w:rFonts w:ascii="Calibri" w:hAnsi="Calibri"/>
                <w:b/>
                <w:i w:val="0"/>
                <w:color w:val="171717"/>
                <w:sz w:val="18"/>
              </w:rPr>
              <w:t>Date and time received</w:t>
            </w:r>
          </w:p>
        </w:tc>
        <w:tc>
          <w:tcPr>
            <w:tcW w:type="dxa" w:w="4507"/>
            <w:shd w:val="clear" w:color="auto" w:fill="FFFBF3"/>
          </w:tcPr>
          <w:p/>
        </w:tc>
      </w:tr>
      <w:tr>
        <w:trPr>
          <w:trHeight w:val="397" w:hRule="atLeast"/>
        </w:trPr>
        <w:tc>
          <w:tcPr>
            <w:tcW w:type="dxa" w:w="3061"/>
            <w:shd w:val="clear" w:color="auto" w:fill="F8FAFC"/>
            <w:vAlign w:val="center"/>
          </w:tcPr>
          <w:p>
            <w:pPr>
              <w:spacing w:after="0" w:before="0"/>
            </w:pPr>
            <w:r/>
            <w:r>
              <w:rPr>
                <w:rFonts w:ascii="Calibri" w:hAnsi="Calibri"/>
                <w:b/>
                <w:i w:val="0"/>
                <w:color w:val="171717"/>
                <w:sz w:val="18"/>
              </w:rPr>
              <w:t>Supplier delivery note no.</w:t>
            </w:r>
          </w:p>
        </w:tc>
        <w:tc>
          <w:tcPr>
            <w:tcW w:type="dxa" w:w="4507"/>
            <w:shd w:val="clear" w:color="auto" w:fill="FFFBF3"/>
          </w:tcPr>
          <w:p/>
        </w:tc>
        <w:tc>
          <w:tcPr>
            <w:tcW w:type="dxa" w:w="3061"/>
            <w:shd w:val="clear" w:color="auto" w:fill="F8FAFC"/>
            <w:vAlign w:val="center"/>
          </w:tcPr>
          <w:p>
            <w:pPr>
              <w:spacing w:after="0" w:before="0"/>
            </w:pPr>
            <w:r/>
            <w:r>
              <w:rPr>
                <w:rFonts w:ascii="Calibri" w:hAnsi="Calibri"/>
                <w:b/>
                <w:i w:val="0"/>
                <w:color w:val="171717"/>
                <w:sz w:val="18"/>
              </w:rPr>
              <w:t>Purchase order (PO) no.</w:t>
            </w:r>
          </w:p>
        </w:tc>
        <w:tc>
          <w:tcPr>
            <w:tcW w:type="dxa" w:w="4507"/>
            <w:shd w:val="clear" w:color="auto" w:fill="FFFBF3"/>
          </w:tcPr>
          <w:p/>
        </w:tc>
      </w:tr>
      <w:tr>
        <w:trPr>
          <w:trHeight w:val="397" w:hRule="atLeast"/>
        </w:trPr>
        <w:tc>
          <w:tcPr>
            <w:tcW w:type="dxa" w:w="3061"/>
            <w:shd w:val="clear" w:color="auto" w:fill="F8FAFC"/>
            <w:vAlign w:val="center"/>
          </w:tcPr>
          <w:p>
            <w:pPr>
              <w:spacing w:after="0" w:before="0"/>
            </w:pPr>
            <w:r/>
            <w:r>
              <w:rPr>
                <w:rFonts w:ascii="Calibri" w:hAnsi="Calibri"/>
                <w:b/>
                <w:i w:val="0"/>
                <w:color w:val="171717"/>
                <w:sz w:val="18"/>
              </w:rPr>
              <w:t>Supplier</w:t>
            </w:r>
          </w:p>
        </w:tc>
        <w:tc>
          <w:tcPr>
            <w:tcW w:type="dxa" w:w="4507"/>
            <w:shd w:val="clear" w:color="auto" w:fill="FFFBF3"/>
          </w:tcPr>
          <w:p/>
        </w:tc>
        <w:tc>
          <w:tcPr>
            <w:tcW w:type="dxa" w:w="3061"/>
            <w:shd w:val="clear" w:color="auto" w:fill="F8FAFC"/>
            <w:vAlign w:val="center"/>
          </w:tcPr>
          <w:p>
            <w:pPr>
              <w:spacing w:after="0" w:before="0"/>
            </w:pPr>
            <w:r/>
            <w:r>
              <w:rPr>
                <w:rFonts w:ascii="Calibri" w:hAnsi="Calibri"/>
                <w:b/>
                <w:i w:val="0"/>
                <w:color w:val="171717"/>
                <w:sz w:val="18"/>
              </w:rPr>
              <w:t>Project and cost code</w:t>
            </w:r>
          </w:p>
        </w:tc>
        <w:tc>
          <w:tcPr>
            <w:tcW w:type="dxa" w:w="4507"/>
            <w:shd w:val="clear" w:color="auto" w:fill="FFFBF3"/>
          </w:tcPr>
          <w:p/>
        </w:tc>
      </w:tr>
      <w:tr>
        <w:trPr>
          <w:trHeight w:val="397" w:hRule="atLeast"/>
        </w:trPr>
        <w:tc>
          <w:tcPr>
            <w:tcW w:type="dxa" w:w="3061"/>
            <w:shd w:val="clear" w:color="auto" w:fill="F8FAFC"/>
            <w:vAlign w:val="center"/>
          </w:tcPr>
          <w:p>
            <w:pPr>
              <w:spacing w:after="0" w:before="0"/>
            </w:pPr>
            <w:r/>
            <w:r>
              <w:rPr>
                <w:rFonts w:ascii="Calibri" w:hAnsi="Calibri"/>
                <w:b/>
                <w:i w:val="0"/>
                <w:color w:val="171717"/>
                <w:sz w:val="18"/>
              </w:rPr>
              <w:t>Received at (location or working area)</w:t>
            </w:r>
          </w:p>
        </w:tc>
        <w:tc>
          <w:tcPr>
            <w:tcW w:type="dxa" w:w="4507"/>
            <w:shd w:val="clear" w:color="auto" w:fill="FFFBF3"/>
          </w:tcPr>
          <w:p/>
        </w:tc>
        <w:tc>
          <w:tcPr>
            <w:tcW w:type="dxa" w:w="3061"/>
            <w:shd w:val="clear" w:color="auto" w:fill="F8FAFC"/>
            <w:vAlign w:val="center"/>
          </w:tcPr>
          <w:p>
            <w:pPr>
              <w:spacing w:after="0" w:before="0"/>
            </w:pPr>
            <w:r/>
            <w:r>
              <w:rPr>
                <w:rFonts w:ascii="Calibri" w:hAnsi="Calibri"/>
                <w:b/>
                <w:i w:val="0"/>
                <w:color w:val="171717"/>
                <w:sz w:val="18"/>
              </w:rPr>
              <w:t>Received by</w:t>
            </w:r>
          </w:p>
        </w:tc>
        <w:tc>
          <w:tcPr>
            <w:tcW w:type="dxa" w:w="4507"/>
            <w:shd w:val="clear" w:color="auto" w:fill="FFFBF3"/>
          </w:tcPr>
          <w:p/>
        </w:tc>
      </w:tr>
    </w:tbl>
    <w:p>
      <w:pPr>
        <w:spacing w:after="0" w:before="0" w:line="60" w:lineRule="exact"/>
      </w:pP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5138"/>
      </w:tblGrid>
      <w:tr>
        <w:trPr>
          <w:trHeight w:val="312" w:hRule="atLeast"/>
        </w:trPr>
        <w:tc>
          <w:tcPr>
            <w:tcW w:type="dxa" w:w="15137"/>
            <w:shd w:val="clear" w:color="auto" w:fill="5A6472"/>
            <w:vAlign w:val="center"/>
          </w:tcPr>
          <w:p>
            <w:pPr>
              <w:spacing w:after="0" w:before="0"/>
            </w:pPr>
            <w:r/>
            <w:r>
              <w:rPr>
                <w:rFonts w:ascii="Calibri" w:hAnsi="Calibri"/>
                <w:b/>
                <w:i w:val="0"/>
                <w:color w:val="FFFFFF"/>
                <w:sz w:val="18"/>
              </w:rPr>
              <w:t xml:space="preserve">  LINES</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510"/>
        <w:gridCol w:w="2381"/>
        <w:gridCol w:w="623"/>
        <w:gridCol w:w="907"/>
        <w:gridCol w:w="963"/>
        <w:gridCol w:w="963"/>
        <w:gridCol w:w="850"/>
        <w:gridCol w:w="1077"/>
        <w:gridCol w:w="1190"/>
        <w:gridCol w:w="1077"/>
        <w:gridCol w:w="1190"/>
        <w:gridCol w:w="1814"/>
        <w:gridCol w:w="1587"/>
      </w:tblGrid>
      <w:tr>
        <w:trPr>
          <w:trHeight w:val="964" w:hRule="atLeast"/>
        </w:trPr>
        <w:tc>
          <w:tcPr>
            <w:tcW w:type="dxa" w:w="510"/>
            <w:shd w:val="clear" w:color="auto" w:fill="233042"/>
            <w:vAlign w:val="center"/>
          </w:tcPr>
          <w:p>
            <w:pPr>
              <w:spacing w:after="0" w:before="0"/>
              <w:jc w:val="center"/>
            </w:pPr>
            <w:r/>
            <w:r>
              <w:rPr>
                <w:rFonts w:ascii="Calibri" w:hAnsi="Calibri"/>
                <w:b/>
                <w:i w:val="0"/>
                <w:color w:val="FFFFFF"/>
                <w:sz w:val="16"/>
              </w:rPr>
              <w:t>Line</w:t>
            </w:r>
          </w:p>
        </w:tc>
        <w:tc>
          <w:tcPr>
            <w:tcW w:type="dxa" w:w="2381"/>
            <w:shd w:val="clear" w:color="auto" w:fill="233042"/>
            <w:vAlign w:val="center"/>
          </w:tcPr>
          <w:p>
            <w:pPr>
              <w:spacing w:after="0" w:before="0"/>
              <w:jc w:val="center"/>
            </w:pPr>
            <w:r/>
            <w:r>
              <w:rPr>
                <w:rFonts w:ascii="Calibri" w:hAnsi="Calibri"/>
                <w:b/>
                <w:i w:val="0"/>
                <w:color w:val="FFFFFF"/>
                <w:sz w:val="16"/>
              </w:rPr>
              <w:t>Description</w:t>
            </w:r>
          </w:p>
        </w:tc>
        <w:tc>
          <w:tcPr>
            <w:tcW w:type="dxa" w:w="624"/>
            <w:shd w:val="clear" w:color="auto" w:fill="233042"/>
            <w:vAlign w:val="center"/>
          </w:tcPr>
          <w:p>
            <w:pPr>
              <w:spacing w:after="0" w:before="0"/>
              <w:jc w:val="center"/>
            </w:pPr>
            <w:r/>
            <w:r>
              <w:rPr>
                <w:rFonts w:ascii="Calibri" w:hAnsi="Calibri"/>
                <w:b/>
                <w:i w:val="0"/>
                <w:color w:val="FFFFFF"/>
                <w:sz w:val="16"/>
              </w:rPr>
              <w:t>Unit</w:t>
            </w:r>
          </w:p>
        </w:tc>
        <w:tc>
          <w:tcPr>
            <w:tcW w:type="dxa" w:w="907"/>
            <w:shd w:val="clear" w:color="auto" w:fill="233042"/>
            <w:vAlign w:val="center"/>
          </w:tcPr>
          <w:p>
            <w:pPr>
              <w:spacing w:after="0" w:before="0"/>
              <w:jc w:val="center"/>
            </w:pPr>
            <w:r/>
            <w:r>
              <w:rPr>
                <w:rFonts w:ascii="Calibri" w:hAnsi="Calibri"/>
                <w:b/>
                <w:i w:val="0"/>
                <w:color w:val="FFFFFF"/>
                <w:sz w:val="16"/>
              </w:rPr>
              <w:t>Qty ordered (PO)</w:t>
            </w:r>
          </w:p>
        </w:tc>
        <w:tc>
          <w:tcPr>
            <w:tcW w:type="dxa" w:w="964"/>
            <w:shd w:val="clear" w:color="auto" w:fill="233042"/>
            <w:vAlign w:val="center"/>
          </w:tcPr>
          <w:p>
            <w:pPr>
              <w:spacing w:after="0" w:before="0"/>
              <w:jc w:val="center"/>
            </w:pPr>
            <w:r/>
            <w:r>
              <w:rPr>
                <w:rFonts w:ascii="Calibri" w:hAnsi="Calibri"/>
                <w:b/>
                <w:i w:val="0"/>
                <w:color w:val="FFFFFF"/>
                <w:sz w:val="16"/>
              </w:rPr>
              <w:t>Qty on delivery note</w:t>
            </w:r>
          </w:p>
        </w:tc>
        <w:tc>
          <w:tcPr>
            <w:tcW w:type="dxa" w:w="964"/>
            <w:shd w:val="clear" w:color="auto" w:fill="233042"/>
            <w:vAlign w:val="center"/>
          </w:tcPr>
          <w:p>
            <w:pPr>
              <w:spacing w:after="0" w:before="0"/>
              <w:jc w:val="center"/>
            </w:pPr>
            <w:r/>
            <w:r>
              <w:rPr>
                <w:rFonts w:ascii="Calibri" w:hAnsi="Calibri"/>
                <w:b/>
                <w:i w:val="0"/>
                <w:color w:val="FFFFFF"/>
                <w:sz w:val="16"/>
              </w:rPr>
              <w:t>Qty counted on site</w:t>
            </w:r>
          </w:p>
        </w:tc>
        <w:tc>
          <w:tcPr>
            <w:tcW w:type="dxa" w:w="850"/>
            <w:shd w:val="clear" w:color="auto" w:fill="233042"/>
            <w:vAlign w:val="center"/>
          </w:tcPr>
          <w:p>
            <w:pPr>
              <w:spacing w:after="0" w:before="0"/>
              <w:jc w:val="center"/>
            </w:pPr>
            <w:r/>
            <w:r>
              <w:rPr>
                <w:rFonts w:ascii="Calibri" w:hAnsi="Calibri"/>
                <w:b/>
                <w:i w:val="0"/>
                <w:color w:val="FFFFFF"/>
                <w:sz w:val="16"/>
              </w:rPr>
              <w:t>Qty rejected</w:t>
            </w:r>
          </w:p>
        </w:tc>
        <w:tc>
          <w:tcPr>
            <w:tcW w:type="dxa" w:w="1077"/>
            <w:shd w:val="clear" w:color="auto" w:fill="233042"/>
            <w:vAlign w:val="center"/>
          </w:tcPr>
          <w:p>
            <w:pPr>
              <w:spacing w:after="0" w:before="0"/>
              <w:jc w:val="center"/>
            </w:pPr>
            <w:r/>
            <w:r>
              <w:rPr>
                <w:rFonts w:ascii="Calibri" w:hAnsi="Calibri"/>
                <w:b/>
                <w:i w:val="0"/>
                <w:color w:val="FFFFFF"/>
                <w:sz w:val="16"/>
              </w:rPr>
              <w:t>Qty accepted (counted minus rejected)</w:t>
            </w:r>
          </w:p>
        </w:tc>
        <w:tc>
          <w:tcPr>
            <w:tcW w:type="dxa" w:w="1191"/>
            <w:shd w:val="clear" w:color="auto" w:fill="233042"/>
            <w:vAlign w:val="center"/>
          </w:tcPr>
          <w:p>
            <w:pPr>
              <w:spacing w:after="0" w:before="0"/>
              <w:jc w:val="center"/>
            </w:pPr>
            <w:r/>
            <w:r>
              <w:rPr>
                <w:rFonts w:ascii="Calibri" w:hAnsi="Calibri"/>
                <w:b/>
                <w:i w:val="0"/>
                <w:color w:val="FFFFFF"/>
                <w:sz w:val="16"/>
              </w:rPr>
              <w:t>Difference vs order (counted minus ordered)</w:t>
            </w:r>
          </w:p>
        </w:tc>
        <w:tc>
          <w:tcPr>
            <w:tcW w:type="dxa" w:w="1077"/>
            <w:shd w:val="clear" w:color="auto" w:fill="233042"/>
            <w:vAlign w:val="center"/>
          </w:tcPr>
          <w:p>
            <w:pPr>
              <w:spacing w:after="0" w:before="0"/>
              <w:jc w:val="center"/>
            </w:pPr>
            <w:r/>
            <w:r>
              <w:rPr>
                <w:rFonts w:ascii="Calibri" w:hAnsi="Calibri"/>
                <w:b/>
                <w:i w:val="0"/>
                <w:color w:val="FFFFFF"/>
                <w:sz w:val="16"/>
              </w:rPr>
              <w:t>Still to come (ordered minus accepted)</w:t>
            </w:r>
          </w:p>
        </w:tc>
        <w:tc>
          <w:tcPr>
            <w:tcW w:type="dxa" w:w="1191"/>
            <w:shd w:val="clear" w:color="auto" w:fill="233042"/>
            <w:vAlign w:val="center"/>
          </w:tcPr>
          <w:p>
            <w:pPr>
              <w:spacing w:after="0" w:before="0"/>
              <w:jc w:val="center"/>
            </w:pPr>
            <w:r/>
            <w:r>
              <w:rPr>
                <w:rFonts w:ascii="Calibri" w:hAnsi="Calibri"/>
                <w:b/>
                <w:i w:val="0"/>
                <w:color w:val="FFFFFF"/>
                <w:sz w:val="16"/>
              </w:rPr>
              <w:t>Status</w:t>
            </w:r>
          </w:p>
        </w:tc>
        <w:tc>
          <w:tcPr>
            <w:tcW w:type="dxa" w:w="1814"/>
            <w:shd w:val="clear" w:color="auto" w:fill="233042"/>
            <w:vAlign w:val="center"/>
          </w:tcPr>
          <w:p>
            <w:pPr>
              <w:spacing w:after="0" w:before="0"/>
              <w:jc w:val="center"/>
            </w:pPr>
            <w:r/>
            <w:r>
              <w:rPr>
                <w:rFonts w:ascii="Calibri" w:hAnsi="Calibri"/>
                <w:b/>
                <w:i w:val="0"/>
                <w:color w:val="FFFFFF"/>
                <w:sz w:val="16"/>
              </w:rPr>
              <w:t>Condition or reason</w:t>
            </w:r>
          </w:p>
        </w:tc>
        <w:tc>
          <w:tcPr>
            <w:tcW w:type="dxa" w:w="1587"/>
            <w:shd w:val="clear" w:color="auto" w:fill="233042"/>
            <w:vAlign w:val="center"/>
          </w:tcPr>
          <w:p>
            <w:pPr>
              <w:spacing w:after="0" w:before="0"/>
              <w:jc w:val="center"/>
            </w:pPr>
            <w:r/>
            <w:r>
              <w:rPr>
                <w:rFonts w:ascii="Calibri" w:hAnsi="Calibri"/>
                <w:b/>
                <w:i w:val="0"/>
                <w:color w:val="FFFFFF"/>
                <w:sz w:val="16"/>
              </w:rPr>
              <w:t>Batch or storage location</w:t>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1</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2</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3</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4</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5</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6</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7</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r>
        <w:trPr>
          <w:trHeight w:val="374" w:hRule="atLeast"/>
        </w:trPr>
        <w:tc>
          <w:tcPr>
            <w:tcW w:type="dxa" w:w="510"/>
            <w:shd w:val="clear" w:color="auto" w:fill="F8FAFC"/>
            <w:vAlign w:val="center"/>
          </w:tcPr>
          <w:p>
            <w:pPr>
              <w:spacing w:after="0" w:before="0"/>
              <w:jc w:val="center"/>
            </w:pPr>
            <w:r/>
            <w:r>
              <w:rPr>
                <w:rFonts w:ascii="Calibri" w:hAnsi="Calibri"/>
                <w:b w:val="0"/>
                <w:i w:val="0"/>
                <w:color w:val="5A6472"/>
                <w:sz w:val="16"/>
              </w:rPr>
              <w:t>8</w:t>
            </w:r>
          </w:p>
        </w:tc>
        <w:tc>
          <w:tcPr>
            <w:tcW w:type="dxa" w:w="2381"/>
            <w:shd w:val="clear" w:color="auto" w:fill="FFFBF3"/>
          </w:tcPr>
          <w:p>
            <w:pPr>
              <w:spacing w:after="0" w:before="0"/>
            </w:pPr>
            <w:r/>
            <w:r>
              <w:rPr>
                <w:rFonts w:ascii="Calibri" w:hAnsi="Calibri"/>
                <w:b w:val="0"/>
                <w:i w:val="0"/>
                <w:color w:val="171717"/>
                <w:sz w:val="18"/>
              </w:rPr>
            </w:r>
          </w:p>
        </w:tc>
        <w:tc>
          <w:tcPr>
            <w:tcW w:type="dxa" w:w="624"/>
            <w:shd w:val="clear" w:color="auto" w:fill="FFFBF3"/>
          </w:tcPr>
          <w:p>
            <w:pPr>
              <w:spacing w:after="0" w:before="0"/>
            </w:pPr>
            <w:r/>
            <w:r>
              <w:rPr>
                <w:rFonts w:ascii="Calibri" w:hAnsi="Calibri"/>
                <w:b w:val="0"/>
                <w:i w:val="0"/>
                <w:color w:val="171717"/>
                <w:sz w:val="18"/>
              </w:rPr>
            </w:r>
          </w:p>
        </w:tc>
        <w:tc>
          <w:tcPr>
            <w:tcW w:type="dxa" w:w="907"/>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964"/>
            <w:shd w:val="clear" w:color="auto" w:fill="FFFBF3"/>
          </w:tcPr>
          <w:p>
            <w:pPr>
              <w:spacing w:after="0" w:before="0"/>
            </w:pPr>
            <w:r/>
            <w:r>
              <w:rPr>
                <w:rFonts w:ascii="Calibri" w:hAnsi="Calibri"/>
                <w:b w:val="0"/>
                <w:i w:val="0"/>
                <w:color w:val="171717"/>
                <w:sz w:val="18"/>
              </w:rPr>
            </w:r>
          </w:p>
        </w:tc>
        <w:tc>
          <w:tcPr>
            <w:tcW w:type="dxa" w:w="850"/>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077"/>
            <w:shd w:val="clear" w:color="auto" w:fill="FFFBF3"/>
          </w:tcPr>
          <w:p>
            <w:pPr>
              <w:spacing w:after="0" w:before="0"/>
            </w:pPr>
            <w:r/>
            <w:r>
              <w:rPr>
                <w:rFonts w:ascii="Calibri" w:hAnsi="Calibri"/>
                <w:b w:val="0"/>
                <w:i w:val="0"/>
                <w:color w:val="171717"/>
                <w:sz w:val="18"/>
              </w:rPr>
            </w:r>
          </w:p>
        </w:tc>
        <w:tc>
          <w:tcPr>
            <w:tcW w:type="dxa" w:w="1191"/>
            <w:shd w:val="clear" w:color="auto" w:fill="FFFBF3"/>
          </w:tcPr>
          <w:p>
            <w:pPr>
              <w:spacing w:after="0" w:before="0"/>
            </w:pPr>
            <w:r/>
            <w:r>
              <w:rPr>
                <w:rFonts w:ascii="Calibri" w:hAnsi="Calibri"/>
                <w:b w:val="0"/>
                <w:i w:val="0"/>
                <w:color w:val="171717"/>
                <w:sz w:val="18"/>
              </w:rPr>
            </w:r>
          </w:p>
        </w:tc>
        <w:tc>
          <w:tcPr>
            <w:tcW w:type="dxa" w:w="1814"/>
            <w:shd w:val="clear" w:color="auto" w:fill="FFFBF3"/>
          </w:tcPr>
          <w:p>
            <w:pPr>
              <w:spacing w:after="0" w:before="0"/>
            </w:pPr>
            <w:r/>
            <w:r>
              <w:rPr>
                <w:rFonts w:ascii="Calibri" w:hAnsi="Calibri"/>
                <w:b w:val="0"/>
                <w:i w:val="0"/>
                <w:color w:val="171717"/>
                <w:sz w:val="18"/>
              </w:rPr>
            </w:r>
          </w:p>
        </w:tc>
        <w:tc>
          <w:tcPr>
            <w:tcW w:type="dxa" w:w="1587"/>
            <w:shd w:val="clear" w:color="auto" w:fill="FFFBF3"/>
          </w:tcPr>
          <w:p>
            <w:pPr>
              <w:spacing w:after="0" w:before="0"/>
            </w:pPr>
            <w:r/>
            <w:r>
              <w:rPr>
                <w:rFonts w:ascii="Calibri" w:hAnsi="Calibri"/>
                <w:b w:val="0"/>
                <w:i w:val="0"/>
                <w:color w:val="171717"/>
                <w:sz w:val="18"/>
              </w:rPr>
            </w:r>
          </w:p>
        </w:tc>
      </w:tr>
    </w:tbl>
    <w:p>
      <w:pPr>
        <w:spacing w:before="40" w:after="40"/>
      </w:pPr>
      <w:r>
        <w:rPr>
          <w:color w:val="5A6472"/>
          <w:sz w:val="15"/>
        </w:rPr>
        <w:t>Status: Complete (count equals the order and the note, nothing rejected)  |  Short  |  Over  |  Note differs (count equals the order but the note says otherwise)  |  Part rejected  |  Short or Over + rejected  |  Rejected</w:t>
      </w:r>
    </w:p>
    <w:tbl>
      <w:tblPr>
        <w:tblW w:type="auto" w:w="0"/>
        <w:jc w:val="center"/>
        <w:tblLayout w:type="fixed"/>
        <w:tblLook w:firstColumn="1" w:firstRow="1" w:lastColumn="0" w:lastRow="0" w:noHBand="0" w:noVBand="1" w:val="04A0"/>
        <w:tblLayout w:type="fixed"/>
        <w:tblBorders>
          <w:top w:val="nil"/>
          <w:left w:val="nil"/>
          <w:bottom w:val="nil"/>
          <w:right w:val="nil"/>
          <w:insideH w:val="nil"/>
          <w:insideV w:val="nil"/>
        </w:tblBorders>
      </w:tblPr>
      <w:tblGrid>
        <w:gridCol w:w="15138"/>
      </w:tblGrid>
      <w:tr>
        <w:trPr>
          <w:trHeight w:val="312" w:hRule="atLeast"/>
        </w:trPr>
        <w:tc>
          <w:tcPr>
            <w:tcW w:type="dxa" w:w="15137"/>
            <w:shd w:val="clear" w:color="auto" w:fill="5A6472"/>
            <w:vAlign w:val="center"/>
          </w:tcPr>
          <w:p>
            <w:pPr>
              <w:spacing w:after="0" w:before="0"/>
            </w:pPr>
            <w:r/>
            <w:r>
              <w:rPr>
                <w:rFonts w:ascii="Calibri" w:hAnsi="Calibri"/>
                <w:b/>
                <w:i w:val="0"/>
                <w:color w:val="FFFFFF"/>
                <w:sz w:val="18"/>
              </w:rPr>
              <w:t xml:space="preserve">  ACTIONS AND SIGN-OFF</w:t>
            </w:r>
          </w:p>
        </w:tc>
      </w:tr>
    </w:tbl>
    <w:p>
      <w:pPr>
        <w:spacing w:after="0" w:before="0" w:line="20" w:lineRule="exact"/>
      </w:pPr>
    </w:p>
    <w:tbl>
      <w:tblPr>
        <w:tblW w:type="auto" w:w="0"/>
        <w:jc w:val="center"/>
        <w:tblLayout w:type="fixed"/>
        <w:tblLook w:firstColumn="1" w:firstRow="1" w:lastColumn="0" w:lastRow="0" w:noHBand="0" w:noVBand="1" w:val="04A0"/>
        <w:tblLayout w:type="fixed"/>
        <w:tblBorders>
          <w:top w:val="single" w:sz="4" w:space="0" w:color="BFC5CE"/>
          <w:left w:val="single" w:sz="4" w:space="0" w:color="BFC5CE"/>
          <w:bottom w:val="single" w:sz="4" w:space="0" w:color="BFC5CE"/>
          <w:right w:val="single" w:sz="4" w:space="0" w:color="BFC5CE"/>
          <w:insideH w:val="single" w:sz="4" w:space="0" w:color="BFC5CE"/>
          <w:insideV w:val="single" w:sz="4" w:space="0" w:color="BFC5CE"/>
        </w:tblBorders>
      </w:tblPr>
      <w:tblGrid>
        <w:gridCol w:w="3061"/>
        <w:gridCol w:w="4507"/>
        <w:gridCol w:w="3061"/>
        <w:gridCol w:w="4507"/>
      </w:tblGrid>
      <w:tr>
        <w:trPr>
          <w:trHeight w:val="397" w:hRule="atLeast"/>
        </w:trPr>
        <w:tc>
          <w:tcPr>
            <w:tcW w:type="dxa" w:w="3061"/>
            <w:shd w:val="clear" w:color="auto" w:fill="F8FAFC"/>
            <w:vAlign w:val="center"/>
          </w:tcPr>
          <w:p>
            <w:pPr>
              <w:keepNext/>
              <w:spacing w:after="0" w:before="0"/>
            </w:pPr>
            <w:r/>
            <w:r>
              <w:rPr>
                <w:rFonts w:ascii="Calibri" w:hAnsi="Calibri"/>
                <w:b/>
                <w:i w:val="0"/>
                <w:color w:val="171717"/>
                <w:sz w:val="18"/>
              </w:rPr>
              <w:t>Lines to raise with the supplier</w:t>
            </w:r>
          </w:p>
        </w:tc>
        <w:tc>
          <w:tcPr>
            <w:tcW w:type="dxa" w:w="4507"/>
            <w:shd w:val="clear" w:color="auto" w:fill="FFFBF3"/>
          </w:tcPr>
          <w:p>
            <w:pPr>
              <w:keepNext/>
            </w:pPr>
          </w:p>
        </w:tc>
        <w:tc>
          <w:tcPr>
            <w:tcW w:type="dxa" w:w="3061"/>
            <w:shd w:val="clear" w:color="auto" w:fill="F8FAFC"/>
            <w:vAlign w:val="center"/>
          </w:tcPr>
          <w:p>
            <w:pPr>
              <w:keepNext/>
              <w:spacing w:after="0" w:before="0"/>
            </w:pPr>
            <w:r/>
            <w:r>
              <w:rPr>
                <w:rFonts w:ascii="Calibri" w:hAnsi="Calibri"/>
                <w:b/>
                <w:i w:val="0"/>
                <w:color w:val="171717"/>
                <w:sz w:val="18"/>
              </w:rPr>
              <w:t>Supplier told, in writing? Who, how and when</w:t>
            </w:r>
          </w:p>
        </w:tc>
        <w:tc>
          <w:tcPr>
            <w:tcW w:type="dxa" w:w="4507"/>
            <w:shd w:val="clear" w:color="auto" w:fill="FFFBF3"/>
          </w:tcPr>
          <w:p>
            <w:pPr>
              <w:keepNext/>
            </w:pPr>
          </w:p>
        </w:tc>
      </w:tr>
      <w:tr>
        <w:trPr>
          <w:trHeight w:val="397" w:hRule="atLeast"/>
        </w:trPr>
        <w:tc>
          <w:tcPr>
            <w:tcW w:type="dxa" w:w="3061"/>
            <w:shd w:val="clear" w:color="auto" w:fill="F8FAFC"/>
            <w:vAlign w:val="center"/>
          </w:tcPr>
          <w:p>
            <w:pPr>
              <w:keepNext/>
              <w:spacing w:after="0" w:before="0"/>
            </w:pPr>
            <w:r/>
            <w:r>
              <w:rPr>
                <w:rFonts w:ascii="Calibri" w:hAnsi="Calibri"/>
                <w:b/>
                <w:i w:val="0"/>
                <w:color w:val="171717"/>
                <w:sz w:val="18"/>
              </w:rPr>
              <w:t>Photos taken and where stored</w:t>
            </w:r>
          </w:p>
        </w:tc>
        <w:tc>
          <w:tcPr>
            <w:tcW w:type="dxa" w:w="4507"/>
            <w:shd w:val="clear" w:color="auto" w:fill="FFFBF3"/>
          </w:tcPr>
          <w:p>
            <w:pPr>
              <w:keepNext/>
            </w:pPr>
          </w:p>
        </w:tc>
        <w:tc>
          <w:tcPr>
            <w:tcW w:type="dxa" w:w="3061"/>
            <w:shd w:val="clear" w:color="auto" w:fill="F8FAFC"/>
            <w:vAlign w:val="center"/>
          </w:tcPr>
          <w:p>
            <w:pPr>
              <w:keepNext/>
              <w:spacing w:after="0" w:before="0"/>
            </w:pPr>
            <w:r/>
            <w:r>
              <w:rPr>
                <w:rFonts w:ascii="Calibri" w:hAnsi="Calibri"/>
                <w:b/>
                <w:i w:val="0"/>
                <w:color w:val="171717"/>
                <w:sz w:val="18"/>
              </w:rPr>
              <w:t>Site diary entry reference</w:t>
            </w:r>
          </w:p>
        </w:tc>
        <w:tc>
          <w:tcPr>
            <w:tcW w:type="dxa" w:w="4507"/>
            <w:shd w:val="clear" w:color="auto" w:fill="FFFBF3"/>
          </w:tcPr>
          <w:p>
            <w:pPr>
              <w:keepNext/>
            </w:pPr>
          </w:p>
        </w:tc>
      </w:tr>
      <w:tr>
        <w:trPr>
          <w:trHeight w:val="567" w:hRule="atLeast"/>
        </w:trPr>
        <w:tc>
          <w:tcPr>
            <w:tcW w:type="dxa" w:w="3061"/>
            <w:shd w:val="clear" w:color="auto" w:fill="F8FAFC"/>
            <w:vAlign w:val="center"/>
          </w:tcPr>
          <w:p>
            <w:pPr>
              <w:spacing w:after="0" w:before="0"/>
            </w:pPr>
            <w:r/>
            <w:r>
              <w:rPr>
                <w:rFonts w:ascii="Calibri" w:hAnsi="Calibri"/>
                <w:b/>
                <w:i w:val="0"/>
                <w:color w:val="171717"/>
                <w:sz w:val="18"/>
              </w:rPr>
              <w:t>Received by (signature)</w:t>
            </w:r>
          </w:p>
        </w:tc>
        <w:tc>
          <w:tcPr>
            <w:tcW w:type="dxa" w:w="4507"/>
            <w:shd w:val="clear" w:color="auto" w:fill="FFFBF3"/>
          </w:tcPr>
          <w:p/>
        </w:tc>
        <w:tc>
          <w:tcPr>
            <w:tcW w:type="dxa" w:w="3061"/>
            <w:shd w:val="clear" w:color="auto" w:fill="F8FAFC"/>
            <w:vAlign w:val="center"/>
          </w:tcPr>
          <w:p>
            <w:pPr>
              <w:spacing w:after="0" w:before="0"/>
            </w:pPr>
            <w:r/>
            <w:r>
              <w:rPr>
                <w:rFonts w:ascii="Calibri" w:hAnsi="Calibri"/>
                <w:b/>
                <w:i w:val="0"/>
                <w:color w:val="171717"/>
                <w:sz w:val="18"/>
              </w:rPr>
              <w:t>Checked by (signature)</w:t>
            </w:r>
          </w:p>
        </w:tc>
        <w:tc>
          <w:tcPr>
            <w:tcW w:type="dxa" w:w="4507"/>
            <w:shd w:val="clear" w:color="auto" w:fill="FFFBF3"/>
          </w:tcPr>
          <w:p/>
        </w:tc>
      </w:tr>
    </w:tbl>
    <w:sectPr w:rsidR="00FC693F" w:rsidRPr="0006063C" w:rsidSect="00034616">
      <w:pgSz w:w="16838" w:h="11906" w:orient="landscape"/>
      <w:pgMar w:top="567" w:right="850" w:bottom="56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note and goods received note template</dc:title>
  <dc:subject/>
  <dc:creator>Gather Insights</dc:creator>
  <cp:keywords/>
  <dc:description>Free template from Gather Insights, gatherinsights.com</dc:description>
  <cp:lastModifiedBy/>
  <cp:revision>1</cp:revision>
  <dcterms:created xsi:type="dcterms:W3CDTF">2013-12-23T23:15:00Z</dcterms:created>
  <dcterms:modified xsi:type="dcterms:W3CDTF">2013-12-23T23:15:00Z</dcterms:modified>
  <cp:category/>
</cp:coreProperties>
</file>