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27F0" w:rsidRDefault="00CF27F0">
      <w:pPr>
        <w:pStyle w:val="Heading1"/>
      </w:pPr>
    </w:p>
    <w:p w:rsidR="00CA62EC" w:rsidRDefault="00CA62EC" w:rsidP="00CA62EC"/>
    <w:p w:rsidR="00CA62EC" w:rsidRDefault="00CA62EC" w:rsidP="00CA62EC"/>
    <w:p w:rsidR="00CA62EC" w:rsidRPr="00CA62EC" w:rsidRDefault="00CA62EC" w:rsidP="00CA62EC">
      <w:pPr>
        <w:pStyle w:val="Heading1"/>
        <w:rPr>
          <w:sz w:val="32"/>
          <w:szCs w:val="32"/>
          <w:u w:val="single"/>
        </w:rPr>
      </w:pPr>
      <w:r w:rsidRPr="00CA62EC">
        <w:rPr>
          <w:sz w:val="32"/>
          <w:szCs w:val="32"/>
          <w:u w:val="single"/>
        </w:rPr>
        <w:t>Counselor Recommendation Letter Builder</w:t>
      </w:r>
    </w:p>
    <w:p w:rsidR="00CA62EC" w:rsidRDefault="00CA62EC" w:rsidP="00CA62EC">
      <w:pPr>
        <w:pStyle w:val="NormalWeb"/>
      </w:pPr>
      <w:r>
        <w:t>Complete this</w:t>
      </w:r>
      <w:r>
        <w:t xml:space="preserve"> builder</w:t>
      </w:r>
      <w:r>
        <w:t xml:space="preserve"> before you start wri</w:t>
      </w:r>
      <w:r w:rsidRPr="00CA62EC">
        <w:t>ting.</w:t>
      </w:r>
      <w:r w:rsidRPr="00CA62EC">
        <w:rPr>
          <w:b/>
          <w:bCs/>
        </w:rPr>
        <w:t xml:space="preserve"> </w:t>
      </w:r>
      <w:r w:rsidRPr="00CA62EC">
        <w:rPr>
          <w:rStyle w:val="Strong"/>
          <w:b w:val="0"/>
          <w:bCs w:val="0"/>
        </w:rPr>
        <w:t xml:space="preserve">You don't need to cover </w:t>
      </w:r>
      <w:proofErr w:type="gramStart"/>
      <w:r w:rsidRPr="00CA62EC">
        <w:rPr>
          <w:rStyle w:val="Strong"/>
          <w:b w:val="0"/>
          <w:bCs w:val="0"/>
        </w:rPr>
        <w:t>everything</w:t>
      </w:r>
      <w:r>
        <w:rPr>
          <w:rStyle w:val="Strong"/>
          <w:b w:val="0"/>
          <w:bCs w:val="0"/>
        </w:rPr>
        <w:t>..</w:t>
      </w:r>
      <w:proofErr w:type="gramEnd"/>
      <w:r>
        <w:rPr>
          <w:rStyle w:val="Strong"/>
          <w:b w:val="0"/>
          <w:bCs w:val="0"/>
        </w:rPr>
        <w:t xml:space="preserve"> the counselor letter is just part of the application</w:t>
      </w:r>
      <w:r w:rsidRPr="00CA62EC">
        <w:rPr>
          <w:rStyle w:val="Strong"/>
          <w:b w:val="0"/>
          <w:bCs w:val="0"/>
        </w:rPr>
        <w:t>.</w:t>
      </w:r>
      <w:r>
        <w:rPr>
          <w:rStyle w:val="Strong"/>
          <w:b w:val="0"/>
          <w:bCs w:val="0"/>
        </w:rPr>
        <w:t xml:space="preserve"> It is not your responsibility to summarize their entire four years of high school.</w:t>
      </w:r>
      <w:r w:rsidRPr="00CA62EC">
        <w:rPr>
          <w:rStyle w:val="Strong"/>
          <w:b w:val="0"/>
          <w:bCs w:val="0"/>
        </w:rPr>
        <w:t xml:space="preserve"> F</w:t>
      </w:r>
      <w:r w:rsidRPr="00CA62EC">
        <w:rPr>
          <w:rStyle w:val="Strong"/>
          <w:b w:val="0"/>
          <w:bCs w:val="0"/>
        </w:rPr>
        <w:t>ind 2–3 things that make this student distinctive</w:t>
      </w:r>
      <w:r>
        <w:rPr>
          <w:rStyle w:val="Strong"/>
          <w:b w:val="0"/>
          <w:bCs w:val="0"/>
        </w:rPr>
        <w:t xml:space="preserve"> that you can contribute.</w:t>
      </w:r>
    </w:p>
    <w:p w:rsidR="00CA62EC" w:rsidRDefault="00CA62EC" w:rsidP="00CA62EC">
      <w:pPr>
        <w:pStyle w:val="Heading2"/>
      </w:pPr>
      <w:r>
        <w:t>1. What Do I Want the Reader to Know?</w:t>
      </w:r>
    </w:p>
    <w:p w:rsidR="00CA62EC" w:rsidRPr="00CA62EC" w:rsidRDefault="00CA62EC" w:rsidP="00CA62EC">
      <w:pPr>
        <w:pStyle w:val="NormalWeb"/>
        <w:rPr>
          <w:b/>
          <w:bCs/>
        </w:rPr>
      </w:pPr>
      <w:r w:rsidRPr="00CA62EC">
        <w:rPr>
          <w:rStyle w:val="Strong"/>
          <w:b w:val="0"/>
          <w:bCs w:val="0"/>
        </w:rPr>
        <w:t>In 2–3 words, this student is:</w:t>
      </w:r>
    </w:p>
    <w:p w:rsidR="00CA62EC" w:rsidRPr="00CA62EC" w:rsidRDefault="00CA62EC" w:rsidP="00CA62EC">
      <w:pPr>
        <w:pStyle w:val="NormalWeb"/>
        <w:rPr>
          <w:rStyle w:val="Strong"/>
          <w:b w:val="0"/>
          <w:bCs w:val="0"/>
        </w:rPr>
      </w:pPr>
    </w:p>
    <w:p w:rsidR="00CA62EC" w:rsidRPr="00CA62EC" w:rsidRDefault="00CA62EC" w:rsidP="00CA62EC">
      <w:pPr>
        <w:pStyle w:val="NormalWeb"/>
        <w:rPr>
          <w:b/>
          <w:bCs/>
        </w:rPr>
      </w:pPr>
      <w:r w:rsidRPr="00CA62EC">
        <w:rPr>
          <w:rStyle w:val="Strong"/>
          <w:b w:val="0"/>
          <w:bCs w:val="0"/>
        </w:rPr>
        <w:t>What will I remember most about this student?</w:t>
      </w:r>
    </w:p>
    <w:p w:rsidR="00CA62EC" w:rsidRPr="00CA62EC" w:rsidRDefault="00CA62EC" w:rsidP="00CA62EC">
      <w:pPr>
        <w:pStyle w:val="NormalWeb"/>
        <w:rPr>
          <w:rStyle w:val="Strong"/>
          <w:b w:val="0"/>
          <w:bCs w:val="0"/>
        </w:rPr>
      </w:pPr>
    </w:p>
    <w:p w:rsidR="00CA62EC" w:rsidRPr="00CA62EC" w:rsidRDefault="00CA62EC" w:rsidP="00CA62EC">
      <w:pPr>
        <w:pStyle w:val="NormalWeb"/>
        <w:rPr>
          <w:b/>
          <w:bCs/>
        </w:rPr>
      </w:pPr>
      <w:r w:rsidRPr="00CA62EC">
        <w:rPr>
          <w:rStyle w:val="Strong"/>
          <w:b w:val="0"/>
          <w:bCs w:val="0"/>
        </w:rPr>
        <w:t>What can I tell the reader that isn't already in the application?</w:t>
      </w:r>
    </w:p>
    <w:p w:rsidR="00CA62EC" w:rsidRDefault="00CA62EC" w:rsidP="00CA62EC"/>
    <w:p w:rsidR="00CA62EC" w:rsidRDefault="00CA62EC" w:rsidP="00CA62EC">
      <w:pPr>
        <w:pStyle w:val="Heading2"/>
      </w:pPr>
      <w:r>
        <w:t>2. Find a Moment</w:t>
      </w:r>
      <w:r>
        <w:t xml:space="preserve"> (or more)</w:t>
      </w:r>
    </w:p>
    <w:p w:rsidR="00CA62EC" w:rsidRDefault="00CA62EC" w:rsidP="00CA62EC">
      <w:pPr>
        <w:pStyle w:val="NormalWeb"/>
      </w:pPr>
      <w:r>
        <w:t xml:space="preserve">Think about something you </w:t>
      </w:r>
      <w:r>
        <w:rPr>
          <w:rStyle w:val="Strong"/>
        </w:rPr>
        <w:t>personally saw or experienced</w:t>
      </w:r>
      <w:r>
        <w:t>: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A memorable conversation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How they handled disappointment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A course-registration decision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An interaction with another student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A time they surprised me</w:t>
      </w:r>
    </w:p>
    <w:p w:rsidR="00CA62EC" w:rsidRDefault="00CA62EC" w:rsidP="00CA62EC">
      <w:pPr>
        <w:pStyle w:val="NormalWeb"/>
        <w:numPr>
          <w:ilvl w:val="0"/>
          <w:numId w:val="47"/>
        </w:numPr>
      </w:pPr>
      <w:r>
        <w:t>A moment when I noticed growth</w:t>
      </w:r>
    </w:p>
    <w:p w:rsidR="00CA62EC" w:rsidRPr="00CA62EC" w:rsidRDefault="00CA62EC" w:rsidP="00CA62EC">
      <w:pPr>
        <w:pStyle w:val="NormalWeb"/>
        <w:numPr>
          <w:ilvl w:val="0"/>
          <w:numId w:val="47"/>
        </w:numPr>
        <w:rPr>
          <w:rStyle w:val="Strong"/>
          <w:b w:val="0"/>
          <w:bCs w:val="0"/>
        </w:rPr>
      </w:pPr>
      <w:r>
        <w:t>Something small they do that says a lot about them</w:t>
      </w:r>
    </w:p>
    <w:p w:rsidR="00CA62EC" w:rsidRPr="00CA62EC" w:rsidRDefault="00CA62EC" w:rsidP="00CA62EC">
      <w:pPr>
        <w:pStyle w:val="NormalWeb"/>
        <w:rPr>
          <w:rStyle w:val="Strong"/>
          <w:b w:val="0"/>
          <w:bCs w:val="0"/>
        </w:rPr>
      </w:pPr>
      <w:r>
        <w:t xml:space="preserve">This is your anecdote. </w:t>
      </w:r>
      <w:r w:rsidRPr="00CA62EC">
        <w:rPr>
          <w:rStyle w:val="Strong"/>
          <w:b w:val="0"/>
          <w:bCs w:val="0"/>
        </w:rPr>
        <w:t>Use the moment instead of simply calling the student kind, mature, resilient, etc.</w:t>
      </w:r>
    </w:p>
    <w:p w:rsidR="00CA62EC" w:rsidRDefault="00CA62EC" w:rsidP="00CA62EC">
      <w:pPr>
        <w:pStyle w:val="NormalWeb"/>
      </w:pPr>
      <w:r>
        <w:rPr>
          <w:rStyle w:val="Strong"/>
        </w:rPr>
        <w:t>What happened?</w:t>
      </w:r>
    </w:p>
    <w:p w:rsidR="00CA62EC" w:rsidRDefault="00CA62EC" w:rsidP="00CA62EC">
      <w:pPr>
        <w:pStyle w:val="NormalWeb"/>
        <w:rPr>
          <w:rStyle w:val="Strong"/>
        </w:rPr>
      </w:pPr>
    </w:p>
    <w:p w:rsidR="00CA62EC" w:rsidRDefault="00CA62EC" w:rsidP="00CA62EC">
      <w:pPr>
        <w:pStyle w:val="NormalWeb"/>
        <w:rPr>
          <w:rStyle w:val="Strong"/>
        </w:rPr>
      </w:pPr>
      <w:r>
        <w:rPr>
          <w:rStyle w:val="Strong"/>
        </w:rPr>
        <w:t>What does it show about the student?</w:t>
      </w:r>
    </w:p>
    <w:p w:rsidR="00CA62EC" w:rsidRDefault="00CA62EC" w:rsidP="00CA62EC">
      <w:pPr>
        <w:pStyle w:val="NormalWeb"/>
        <w:rPr>
          <w:rStyle w:val="Strong"/>
        </w:rPr>
      </w:pPr>
    </w:p>
    <w:p w:rsidR="00CA62EC" w:rsidRDefault="00CA62EC" w:rsidP="00CA62EC">
      <w:pPr>
        <w:pStyle w:val="NormalWeb"/>
      </w:pPr>
    </w:p>
    <w:p w:rsidR="005F6755" w:rsidRDefault="005F6755" w:rsidP="00CA62EC">
      <w:pPr>
        <w:pStyle w:val="NormalWeb"/>
      </w:pPr>
    </w:p>
    <w:p w:rsidR="00CA62EC" w:rsidRDefault="00CA62EC" w:rsidP="00CA62EC">
      <w:pPr>
        <w:pStyle w:val="Heading2"/>
      </w:pPr>
      <w:r>
        <w:t>3. Find the Academic Story</w:t>
      </w:r>
    </w:p>
    <w:p w:rsidR="00CA62EC" w:rsidRDefault="00CA62EC" w:rsidP="00CA62EC">
      <w:pPr>
        <w:pStyle w:val="NormalWeb"/>
      </w:pPr>
      <w:r>
        <w:t xml:space="preserve">Don't summarize the transcript. What does it </w:t>
      </w:r>
      <w:r w:rsidRPr="00CA62EC">
        <w:rPr>
          <w:rStyle w:val="Strong"/>
          <w:b w:val="0"/>
          <w:bCs w:val="0"/>
          <w:u w:val="single"/>
        </w:rPr>
        <w:t>not</w:t>
      </w:r>
      <w:r>
        <w:t xml:space="preserve"> show?</w:t>
      </w:r>
      <w:r>
        <w:t xml:space="preserve"> </w:t>
      </w:r>
    </w:p>
    <w:p w:rsidR="00CA62EC" w:rsidRDefault="00CA62EC" w:rsidP="00CA62EC">
      <w:pPr>
        <w:pStyle w:val="NormalWeb"/>
      </w:pPr>
      <w:r>
        <w:t>For example, maybe the student: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Chose significant academic challenge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Showed meaningful growth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Rebounded from difficulty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Pursued an interest deeply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Made a revealing course choice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Faced course/scheduling limitations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Record needs additional context</w:t>
      </w:r>
    </w:p>
    <w:p w:rsidR="00CA62EC" w:rsidRDefault="00CA62EC" w:rsidP="00CA62EC">
      <w:pPr>
        <w:pStyle w:val="NormalWeb"/>
        <w:numPr>
          <w:ilvl w:val="0"/>
          <w:numId w:val="48"/>
        </w:numPr>
      </w:pPr>
      <w:r>
        <w:t>Transcript speaks for itself</w:t>
      </w:r>
    </w:p>
    <w:p w:rsidR="00CA62EC" w:rsidRDefault="00CA62EC" w:rsidP="00CA62EC">
      <w:pPr>
        <w:pStyle w:val="NormalWeb"/>
      </w:pPr>
      <w:r>
        <w:rPr>
          <w:rStyle w:val="Strong"/>
        </w:rPr>
        <w:t>The one academic point worth making:</w:t>
      </w:r>
    </w:p>
    <w:p w:rsidR="00CA62EC" w:rsidRDefault="00CA62EC" w:rsidP="00CA62EC"/>
    <w:p w:rsidR="00CA62EC" w:rsidRDefault="00CA62EC" w:rsidP="00CA62EC">
      <w:pPr>
        <w:pStyle w:val="NormalWeb"/>
      </w:pPr>
      <w:r>
        <w:rPr>
          <w:rStyle w:val="Strong"/>
        </w:rPr>
        <w:t>Specific evidence or example:</w:t>
      </w:r>
    </w:p>
    <w:p w:rsidR="00CA62EC" w:rsidRDefault="00CA62EC" w:rsidP="00CA62EC"/>
    <w:p w:rsidR="00CA62EC" w:rsidRDefault="00CA62EC" w:rsidP="00CA62EC">
      <w:pPr>
        <w:pStyle w:val="Heading2"/>
      </w:pPr>
      <w:r>
        <w:t>4. Add Context</w:t>
      </w:r>
    </w:p>
    <w:p w:rsidR="00CA62EC" w:rsidRDefault="00CA62EC" w:rsidP="00CA62EC">
      <w:pPr>
        <w:pStyle w:val="NormalWeb"/>
      </w:pPr>
      <w:r>
        <w:rPr>
          <w:rStyle w:val="Strong"/>
        </w:rPr>
        <w:t>What might the reader misunderstand or undervalue without my explanation?</w:t>
      </w:r>
    </w:p>
    <w:p w:rsidR="00CA62EC" w:rsidRDefault="00CA62EC" w:rsidP="00CA62EC"/>
    <w:p w:rsidR="00CA62EC" w:rsidRDefault="00CA62EC" w:rsidP="00CA62EC">
      <w:pPr>
        <w:pStyle w:val="NormalWeb"/>
      </w:pPr>
      <w:r>
        <w:t>Useful ways to add context:</w:t>
      </w:r>
    </w:p>
    <w:p w:rsidR="00CA62EC" w:rsidRDefault="00CA62EC" w:rsidP="00CA62EC">
      <w:pPr>
        <w:pStyle w:val="NormalWeb"/>
      </w:pPr>
      <w:r>
        <w:t>“This represents one of the most demanding schedules available…”</w:t>
      </w:r>
    </w:p>
    <w:p w:rsidR="00CA62EC" w:rsidRDefault="00CA62EC" w:rsidP="00CA62EC">
      <w:pPr>
        <w:pStyle w:val="NormalWeb"/>
      </w:pPr>
      <w:r>
        <w:t>“She is one of only ___ students in her class who…”</w:t>
      </w:r>
    </w:p>
    <w:p w:rsidR="00CA62EC" w:rsidRDefault="00CA62EC" w:rsidP="00CA62EC">
      <w:pPr>
        <w:pStyle w:val="NormalWeb"/>
      </w:pPr>
      <w:r>
        <w:t>“Because our school does not offer __________, he…”</w:t>
      </w:r>
    </w:p>
    <w:p w:rsidR="00CA62EC" w:rsidRPr="00CA62EC" w:rsidRDefault="00CA62EC" w:rsidP="00CA62EC">
      <w:pPr>
        <w:pStyle w:val="NormalWeb"/>
        <w:rPr>
          <w:b/>
          <w:bCs/>
        </w:rPr>
      </w:pPr>
      <w:r>
        <w:t>“What may not be obvious from the transcript is…”</w:t>
      </w:r>
    </w:p>
    <w:p w:rsidR="00CA62EC" w:rsidRDefault="00CA62EC" w:rsidP="00CA62EC">
      <w:pPr>
        <w:pStyle w:val="NormalWeb"/>
        <w:rPr>
          <w:rStyle w:val="Strong"/>
          <w:b w:val="0"/>
          <w:bCs w:val="0"/>
        </w:rPr>
      </w:pPr>
      <w:r w:rsidRPr="00CA62EC">
        <w:rPr>
          <w:b/>
          <w:bCs/>
        </w:rPr>
        <w:t xml:space="preserve">No useful additional context? </w:t>
      </w:r>
      <w:r w:rsidRPr="00CA62EC">
        <w:rPr>
          <w:rStyle w:val="Strong"/>
          <w:b w:val="0"/>
          <w:bCs w:val="0"/>
        </w:rPr>
        <w:t>Don’t force it if it isn’t going to help the reader.</w:t>
      </w:r>
    </w:p>
    <w:p w:rsidR="00CA62EC" w:rsidRDefault="00CA62EC" w:rsidP="00CA62EC">
      <w:pPr>
        <w:pStyle w:val="NormalWeb"/>
        <w:rPr>
          <w:rStyle w:val="Strong"/>
          <w:b w:val="0"/>
          <w:bCs w:val="0"/>
        </w:rPr>
      </w:pPr>
    </w:p>
    <w:p w:rsidR="00CA62EC" w:rsidRDefault="00CA62EC" w:rsidP="00CA62EC">
      <w:pPr>
        <w:pStyle w:val="NormalWeb"/>
        <w:rPr>
          <w:rStyle w:val="Strong"/>
          <w:b w:val="0"/>
          <w:bCs w:val="0"/>
        </w:rPr>
      </w:pPr>
    </w:p>
    <w:p w:rsidR="00CA62EC" w:rsidRDefault="00CA62EC" w:rsidP="00CA62EC">
      <w:pPr>
        <w:pStyle w:val="NormalWeb"/>
        <w:rPr>
          <w:rStyle w:val="Strong"/>
          <w:b w:val="0"/>
          <w:bCs w:val="0"/>
        </w:rPr>
      </w:pPr>
    </w:p>
    <w:p w:rsidR="00CA62EC" w:rsidRPr="00CA62EC" w:rsidRDefault="00CA62EC" w:rsidP="00CA62EC">
      <w:pPr>
        <w:pStyle w:val="NormalWeb"/>
        <w:rPr>
          <w:b/>
          <w:bCs/>
        </w:rPr>
      </w:pPr>
    </w:p>
    <w:p w:rsidR="00CA62EC" w:rsidRDefault="00CA62EC" w:rsidP="005F6755">
      <w:pPr>
        <w:pStyle w:val="Heading1"/>
        <w:jc w:val="center"/>
      </w:pPr>
      <w:r>
        <w:t>Build the Letter</w:t>
      </w:r>
    </w:p>
    <w:p w:rsidR="00CA62EC" w:rsidRDefault="00CA62EC" w:rsidP="00CA62EC">
      <w:pPr>
        <w:pStyle w:val="Heading2"/>
      </w:pPr>
      <w:r>
        <w:t>Option 1: Traditional Letter</w:t>
      </w:r>
    </w:p>
    <w:p w:rsidR="00CA62EC" w:rsidRDefault="00CA62EC" w:rsidP="00CA62EC">
      <w:pPr>
        <w:pStyle w:val="Heading3"/>
      </w:pPr>
      <w:r>
        <w:t>Opening — Who is this student?</w:t>
      </w:r>
    </w:p>
    <w:p w:rsidR="00CA62EC" w:rsidRDefault="00CA62EC" w:rsidP="00CA62EC">
      <w:pPr>
        <w:pStyle w:val="NormalWeb"/>
      </w:pPr>
      <w:r>
        <w:t>I have come to know __________ as someone who…</w:t>
      </w:r>
    </w:p>
    <w:p w:rsidR="00CA62EC" w:rsidRDefault="00CA62EC" w:rsidP="00CA62EC">
      <w:pPr>
        <w:pStyle w:val="NormalWeb"/>
      </w:pPr>
      <w:r>
        <w:t>What stands out most to me about __________ is…</w:t>
      </w:r>
    </w:p>
    <w:p w:rsidR="00CA62EC" w:rsidRDefault="00CA62EC" w:rsidP="00CA62EC">
      <w:pPr>
        <w:pStyle w:val="NormalWeb"/>
      </w:pPr>
      <w:r>
        <w:t xml:space="preserve">Use the </w:t>
      </w:r>
      <w:r>
        <w:rPr>
          <w:rStyle w:val="Strong"/>
        </w:rPr>
        <w:t>2–3 qualities</w:t>
      </w:r>
      <w:r>
        <w:t xml:space="preserve"> you identified above.</w:t>
      </w:r>
    </w:p>
    <w:p w:rsidR="00CA62EC" w:rsidRDefault="00CA62EC" w:rsidP="00CA62EC">
      <w:pPr>
        <w:pStyle w:val="Heading3"/>
      </w:pPr>
      <w:r>
        <w:t>Academic — What doesn't the transcript show?</w:t>
      </w:r>
    </w:p>
    <w:p w:rsidR="00CA62EC" w:rsidRDefault="00CA62EC" w:rsidP="00CA62EC">
      <w:pPr>
        <w:pStyle w:val="NormalWeb"/>
      </w:pPr>
      <w:r>
        <w:t>__________'s transcript shows __________, but it does not fully capture…</w:t>
      </w:r>
    </w:p>
    <w:p w:rsidR="00CA62EC" w:rsidRDefault="00CA62EC" w:rsidP="00CA62EC">
      <w:pPr>
        <w:pStyle w:val="NormalWeb"/>
      </w:pPr>
      <w:r>
        <w:t>One decision that captures __________'s approach to academics was…</w:t>
      </w:r>
    </w:p>
    <w:p w:rsidR="00CA62EC" w:rsidRDefault="00CA62EC" w:rsidP="00CA62EC">
      <w:pPr>
        <w:pStyle w:val="NormalWeb"/>
      </w:pPr>
      <w:r>
        <w:t>Add context if needed.</w:t>
      </w:r>
    </w:p>
    <w:p w:rsidR="00CA62EC" w:rsidRDefault="00CA62EC" w:rsidP="00CA62EC">
      <w:pPr>
        <w:pStyle w:val="Heading3"/>
      </w:pPr>
      <w:r>
        <w:t>Personal — Show the reader</w:t>
      </w:r>
    </w:p>
    <w:p w:rsidR="00CA62EC" w:rsidRDefault="00CA62EC" w:rsidP="00CA62EC">
      <w:pPr>
        <w:pStyle w:val="NormalWeb"/>
      </w:pPr>
      <w:r>
        <w:t>Use your anecdote:</w:t>
      </w:r>
    </w:p>
    <w:p w:rsidR="00CA62EC" w:rsidRDefault="00CA62EC" w:rsidP="00CA62EC">
      <w:pPr>
        <w:pStyle w:val="NormalWeb"/>
      </w:pPr>
      <w:r>
        <w:rPr>
          <w:rStyle w:val="Strong"/>
        </w:rPr>
        <w:t>What happened → What did the student do → What does it reveal?</w:t>
      </w:r>
    </w:p>
    <w:p w:rsidR="00CA62EC" w:rsidRDefault="00CA62EC" w:rsidP="00CA62EC">
      <w:pPr>
        <w:pStyle w:val="Heading3"/>
      </w:pPr>
      <w:r>
        <w:t>Closing — Look forward</w:t>
      </w:r>
    </w:p>
    <w:p w:rsidR="00CA62EC" w:rsidRDefault="00CA62EC" w:rsidP="00CA62EC">
      <w:pPr>
        <w:pStyle w:val="NormalWeb"/>
      </w:pPr>
      <w:r>
        <w:t>I expect __________ to bring the same __________ to a college community.</w:t>
      </w:r>
    </w:p>
    <w:p w:rsidR="00CA62EC" w:rsidRDefault="00CA62EC" w:rsidP="00CA62EC">
      <w:pPr>
        <w:pStyle w:val="NormalWeb"/>
      </w:pPr>
      <w:r>
        <w:t>I recommend __________ with ______________________________.</w:t>
      </w:r>
    </w:p>
    <w:p w:rsidR="00CA62EC" w:rsidRDefault="00CA62EC" w:rsidP="00CA62EC">
      <w:r>
        <w:rPr>
          <w:noProof/>
        </w:rPr>
      </w:r>
      <w:r w:rsidR="00CA62EC"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CA62EC" w:rsidRDefault="00CA62EC" w:rsidP="00CA62EC">
      <w:pPr>
        <w:pStyle w:val="Heading2"/>
      </w:pPr>
    </w:p>
    <w:p w:rsidR="00CA62EC" w:rsidRDefault="00CA62EC" w:rsidP="00CA62EC">
      <w:pPr>
        <w:pStyle w:val="Heading2"/>
      </w:pPr>
    </w:p>
    <w:p w:rsidR="00CA62EC" w:rsidRDefault="00CA62EC" w:rsidP="00CA62EC">
      <w:pPr>
        <w:pStyle w:val="Heading2"/>
      </w:pPr>
    </w:p>
    <w:p w:rsidR="00CA62EC" w:rsidRDefault="00CA62EC" w:rsidP="00CA62EC">
      <w:pPr>
        <w:pStyle w:val="Heading2"/>
      </w:pPr>
      <w:r>
        <w:t>Option 2: Paragraph + Bullets</w:t>
      </w:r>
    </w:p>
    <w:p w:rsidR="00CA62EC" w:rsidRDefault="00CA62EC" w:rsidP="00CA62EC">
      <w:pPr>
        <w:pStyle w:val="NormalWeb"/>
      </w:pPr>
      <w:r>
        <w:rPr>
          <w:rStyle w:val="Strong"/>
        </w:rPr>
        <w:t>Opening:</w:t>
      </w:r>
    </w:p>
    <w:p w:rsidR="00CA62EC" w:rsidRDefault="00CA62EC" w:rsidP="00CA62EC">
      <w:pPr>
        <w:pStyle w:val="NormalWeb"/>
      </w:pPr>
      <w:r>
        <w:t xml:space="preserve">I have known </w:t>
      </w:r>
      <w:r>
        <w:t>[Name]</w:t>
      </w:r>
      <w:r>
        <w:t xml:space="preserve"> for </w:t>
      </w:r>
      <w:r>
        <w:t>[Time]</w:t>
      </w:r>
      <w:r>
        <w:t xml:space="preserve"> and have come to know them as _________, __________, and ________.</w:t>
      </w:r>
    </w:p>
    <w:p w:rsidR="00CA62EC" w:rsidRDefault="00CA62EC" w:rsidP="00CA62EC">
      <w:pPr>
        <w:pStyle w:val="Heading3"/>
      </w:pPr>
      <w:r>
        <w:t>Choose Your Sections</w:t>
      </w:r>
    </w:p>
    <w:p w:rsidR="00CA62EC" w:rsidRDefault="00CA62EC" w:rsidP="00CA62EC">
      <w:pPr>
        <w:pStyle w:val="isselectedend"/>
      </w:pPr>
      <w:r>
        <w:t xml:space="preserve">Choose </w:t>
      </w:r>
      <w:r>
        <w:rPr>
          <w:rStyle w:val="Strong"/>
        </w:rPr>
        <w:t>2–4 sections where you can provide unique insight.</w:t>
      </w:r>
      <w:r>
        <w:t xml:space="preserve"> You do not need to use the same sections for</w:t>
      </w:r>
      <w:r>
        <w:t xml:space="preserve"> all.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Academic Overview:</w:t>
      </w:r>
      <w:r>
        <w:t xml:space="preserve"> Rigor, trajectory, course choices, intellectual interests, or approach to challenge.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School Context:</w:t>
      </w:r>
      <w:r>
        <w:t xml:space="preserve"> Course availability, scheduling, grading, opportunities, </w:t>
      </w:r>
      <w:r>
        <w:t xml:space="preserve">unique circumstances, </w:t>
      </w:r>
      <w:r w:rsidR="005F6755">
        <w:t xml:space="preserve">school policies that affected this student, </w:t>
      </w:r>
      <w:r>
        <w:t>or other context needed to understand the record.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Areas of Impact:</w:t>
      </w:r>
      <w:r>
        <w:t xml:space="preserve"> How the student has made a difference in your school or community.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Personal Qualities:</w:t>
      </w:r>
      <w:r>
        <w:t xml:space="preserve"> Qualities you have personally observed, supported by a specific example.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Growth &amp; Development:</w:t>
      </w:r>
      <w:r>
        <w:t xml:space="preserve"> Meaningful academic, personal, or social growth.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Leadership:</w:t>
      </w:r>
      <w:r>
        <w:t xml:space="preserve"> How the student leads</w:t>
      </w:r>
      <w:r w:rsidR="005F6755">
        <w:t>. N</w:t>
      </w:r>
      <w:r>
        <w:t xml:space="preserve">ot </w:t>
      </w:r>
      <w:r w:rsidR="005F6755">
        <w:t>just</w:t>
      </w:r>
      <w:r>
        <w:t xml:space="preserve"> the titles they hold.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Response to Challenge:</w:t>
      </w:r>
      <w:r>
        <w:t xml:space="preserve"> How the student handled difficulty, disappointment, or a setback.</w:t>
      </w:r>
    </w:p>
    <w:p w:rsidR="00CA62EC" w:rsidRDefault="00CA62EC" w:rsidP="00CA62EC">
      <w:pPr>
        <w:numPr>
          <w:ilvl w:val="0"/>
          <w:numId w:val="51"/>
        </w:numPr>
        <w:spacing w:before="100" w:beforeAutospacing="1" w:after="100" w:afterAutospacing="1" w:line="240" w:lineRule="auto"/>
      </w:pPr>
      <w:r>
        <w:rPr>
          <w:rStyle w:val="Strong"/>
        </w:rPr>
        <w:t>Community Contribution:</w:t>
      </w:r>
      <w:r>
        <w:t xml:space="preserve"> The role the student plays in your school and relationships with others.</w:t>
      </w:r>
    </w:p>
    <w:p w:rsidR="00CA62EC" w:rsidRDefault="00CA62EC" w:rsidP="00CA62EC">
      <w:pPr>
        <w:pStyle w:val="isselectedend"/>
      </w:pPr>
      <w:r>
        <w:rPr>
          <w:rStyle w:val="Strong"/>
        </w:rPr>
        <w:t>Other options:</w:t>
      </w:r>
      <w:r>
        <w:t xml:space="preserve"> Intellectual Curiosity • Independence &amp; Initiative • Outside Responsibilities • Relationships with Others • Looking Ahead</w:t>
      </w:r>
    </w:p>
    <w:p w:rsidR="00CA62EC" w:rsidRDefault="00CA62EC" w:rsidP="00CA62EC">
      <w:pPr>
        <w:pStyle w:val="NormalWeb"/>
      </w:pPr>
      <w:r>
        <w:rPr>
          <w:rStyle w:val="Strong"/>
        </w:rPr>
        <w:t>Closing:</w:t>
      </w:r>
    </w:p>
    <w:p w:rsidR="00CA62EC" w:rsidRDefault="00CA62EC" w:rsidP="00CA62EC">
      <w:pPr>
        <w:pStyle w:val="NormalWeb"/>
      </w:pPr>
      <w:r>
        <w:t>I expect __________ to bring ______________________________ to a college community, and I recommend them __________________.</w:t>
      </w:r>
    </w:p>
    <w:p w:rsidR="00CA62EC" w:rsidRDefault="00CA62EC" w:rsidP="00CA62EC">
      <w:pPr>
        <w:pStyle w:val="Heading1"/>
      </w:pPr>
      <w:r>
        <w:t xml:space="preserve">Quick </w:t>
      </w:r>
      <w:r>
        <w:t>Synonym List</w:t>
      </w:r>
    </w:p>
    <w:p w:rsidR="00CA62EC" w:rsidRDefault="00CA62EC" w:rsidP="00CA62EC">
      <w:pPr>
        <w:pStyle w:val="NormalWeb"/>
      </w:pPr>
      <w:r>
        <w:rPr>
          <w:rStyle w:val="Strong"/>
        </w:rPr>
        <w:t>Hardworking →</w:t>
      </w:r>
      <w:r>
        <w:t xml:space="preserve"> persistent • disciplined • self-directed • consistent</w:t>
      </w:r>
    </w:p>
    <w:p w:rsidR="00CA62EC" w:rsidRDefault="00CA62EC" w:rsidP="00CA62EC">
      <w:pPr>
        <w:pStyle w:val="NormalWeb"/>
      </w:pPr>
      <w:r>
        <w:rPr>
          <w:rStyle w:val="Strong"/>
        </w:rPr>
        <w:t>Kind →</w:t>
      </w:r>
      <w:r>
        <w:t xml:space="preserve"> attentive • empathetic • inclusive • thoughtful</w:t>
      </w:r>
    </w:p>
    <w:p w:rsidR="00CA62EC" w:rsidRDefault="00CA62EC" w:rsidP="00CA62EC">
      <w:pPr>
        <w:pStyle w:val="NormalWeb"/>
      </w:pPr>
      <w:r>
        <w:rPr>
          <w:rStyle w:val="Strong"/>
        </w:rPr>
        <w:t>Smart →</w:t>
      </w:r>
      <w:r>
        <w:t xml:space="preserve"> curious • analytical • insightful • intellectually adventurous</w:t>
      </w:r>
    </w:p>
    <w:p w:rsidR="00CA62EC" w:rsidRDefault="00CA62EC" w:rsidP="00CA62EC">
      <w:pPr>
        <w:pStyle w:val="NormalWeb"/>
      </w:pPr>
      <w:r>
        <w:rPr>
          <w:rStyle w:val="Strong"/>
        </w:rPr>
        <w:t>Leader →</w:t>
      </w:r>
      <w:r>
        <w:t xml:space="preserve"> trusted • collaborative • influential • brings others along</w:t>
      </w:r>
    </w:p>
    <w:p w:rsidR="00CA62EC" w:rsidRDefault="00CA62EC" w:rsidP="00CA62EC">
      <w:pPr>
        <w:pStyle w:val="NormalWeb"/>
      </w:pPr>
      <w:r>
        <w:rPr>
          <w:rStyle w:val="Strong"/>
        </w:rPr>
        <w:t>Mature →</w:t>
      </w:r>
      <w:r>
        <w:t xml:space="preserve"> accountable • independent • reflective • self-aware</w:t>
      </w:r>
    </w:p>
    <w:p w:rsidR="004F5B56" w:rsidRPr="005F6755" w:rsidRDefault="00CA62EC" w:rsidP="0064289B">
      <w:pPr>
        <w:pStyle w:val="NormalWeb"/>
        <w:rPr>
          <w:b/>
          <w:bCs/>
        </w:rPr>
      </w:pPr>
      <w:r>
        <w:rPr>
          <w:rStyle w:val="Strong"/>
          <w:b w:val="0"/>
          <w:bCs w:val="0"/>
        </w:rPr>
        <w:t xml:space="preserve">** </w:t>
      </w:r>
      <w:r w:rsidRPr="00CA62EC">
        <w:rPr>
          <w:rStyle w:val="Strong"/>
          <w:b w:val="0"/>
          <w:bCs w:val="0"/>
        </w:rPr>
        <w:t xml:space="preserve">Regardless of which </w:t>
      </w:r>
      <w:r w:rsidR="005F6755">
        <w:rPr>
          <w:rStyle w:val="Strong"/>
          <w:b w:val="0"/>
          <w:bCs w:val="0"/>
        </w:rPr>
        <w:t xml:space="preserve">category or word </w:t>
      </w:r>
      <w:r w:rsidRPr="00CA62EC">
        <w:rPr>
          <w:rStyle w:val="Strong"/>
          <w:b w:val="0"/>
          <w:bCs w:val="0"/>
        </w:rPr>
        <w:t xml:space="preserve">you choose, </w:t>
      </w:r>
      <w:r w:rsidRPr="00CA62EC">
        <w:rPr>
          <w:rStyle w:val="Strong"/>
          <w:b w:val="0"/>
          <w:bCs w:val="0"/>
        </w:rPr>
        <w:t xml:space="preserve">prove </w:t>
      </w:r>
      <w:r w:rsidRPr="00CA62EC">
        <w:rPr>
          <w:rStyle w:val="Strong"/>
          <w:b w:val="0"/>
          <w:bCs w:val="0"/>
        </w:rPr>
        <w:t>it</w:t>
      </w:r>
      <w:r w:rsidRPr="00CA62EC">
        <w:rPr>
          <w:rStyle w:val="Strong"/>
          <w:b w:val="0"/>
          <w:bCs w:val="0"/>
        </w:rPr>
        <w:t xml:space="preserve"> with an example.</w:t>
      </w:r>
    </w:p>
    <w:sectPr w:rsidR="004F5B56" w:rsidRPr="005F6755" w:rsidSect="005D00C1">
      <w:headerReference w:type="default" r:id="rId8"/>
      <w:type w:val="continuous"/>
      <w:pgSz w:w="12240" w:h="15840"/>
      <w:pgMar w:top="720" w:right="720" w:bottom="144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19FB" w:rsidRDefault="004B19FB">
      <w:pPr>
        <w:spacing w:after="0" w:line="240" w:lineRule="auto"/>
      </w:pPr>
      <w:r>
        <w:separator/>
      </w:r>
    </w:p>
  </w:endnote>
  <w:endnote w:type="continuationSeparator" w:id="0">
    <w:p w:rsidR="004B19FB" w:rsidRDefault="004B1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19FB" w:rsidRDefault="004B19FB">
      <w:pPr>
        <w:spacing w:after="0" w:line="240" w:lineRule="auto"/>
      </w:pPr>
      <w:r>
        <w:separator/>
      </w:r>
    </w:p>
  </w:footnote>
  <w:footnote w:type="continuationSeparator" w:id="0">
    <w:p w:rsidR="004B19FB" w:rsidRDefault="004B1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5B56" w:rsidRDefault="0000000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-446567</wp:posOffset>
          </wp:positionH>
          <wp:positionV relativeFrom="paragraph">
            <wp:posOffset>0</wp:posOffset>
          </wp:positionV>
          <wp:extent cx="7804297" cy="1536034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shot 2025-12-30 at 10.32.37 A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7540" cy="15602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05C6C"/>
    <w:multiLevelType w:val="multilevel"/>
    <w:tmpl w:val="AA66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E46EEC"/>
    <w:multiLevelType w:val="multilevel"/>
    <w:tmpl w:val="33DC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EC2134"/>
    <w:multiLevelType w:val="multilevel"/>
    <w:tmpl w:val="1A9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0D66D2"/>
    <w:multiLevelType w:val="multilevel"/>
    <w:tmpl w:val="C22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F665C8"/>
    <w:multiLevelType w:val="multilevel"/>
    <w:tmpl w:val="DF68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EB40C3"/>
    <w:multiLevelType w:val="multilevel"/>
    <w:tmpl w:val="556A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D02E2C"/>
    <w:multiLevelType w:val="multilevel"/>
    <w:tmpl w:val="1808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E25609"/>
    <w:multiLevelType w:val="multilevel"/>
    <w:tmpl w:val="B93A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651550"/>
    <w:multiLevelType w:val="multilevel"/>
    <w:tmpl w:val="93CC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08F7228"/>
    <w:multiLevelType w:val="multilevel"/>
    <w:tmpl w:val="689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2B6403"/>
    <w:multiLevelType w:val="multilevel"/>
    <w:tmpl w:val="2924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4436F2"/>
    <w:multiLevelType w:val="multilevel"/>
    <w:tmpl w:val="202C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033080"/>
    <w:multiLevelType w:val="multilevel"/>
    <w:tmpl w:val="BF1C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BB20C4"/>
    <w:multiLevelType w:val="multilevel"/>
    <w:tmpl w:val="93F8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287762"/>
    <w:multiLevelType w:val="multilevel"/>
    <w:tmpl w:val="570E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832F6C"/>
    <w:multiLevelType w:val="multilevel"/>
    <w:tmpl w:val="FBD0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B97CFC"/>
    <w:multiLevelType w:val="multilevel"/>
    <w:tmpl w:val="2602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297A3A"/>
    <w:multiLevelType w:val="multilevel"/>
    <w:tmpl w:val="C24A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FA74FCA"/>
    <w:multiLevelType w:val="multilevel"/>
    <w:tmpl w:val="6186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47501B"/>
    <w:multiLevelType w:val="multilevel"/>
    <w:tmpl w:val="B62A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FE37D3"/>
    <w:multiLevelType w:val="multilevel"/>
    <w:tmpl w:val="B166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5E24BC"/>
    <w:multiLevelType w:val="multilevel"/>
    <w:tmpl w:val="F7C8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96069B0"/>
    <w:multiLevelType w:val="multilevel"/>
    <w:tmpl w:val="C0B2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545B06"/>
    <w:multiLevelType w:val="multilevel"/>
    <w:tmpl w:val="997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F11453"/>
    <w:multiLevelType w:val="multilevel"/>
    <w:tmpl w:val="AC40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073DC6"/>
    <w:multiLevelType w:val="multilevel"/>
    <w:tmpl w:val="232A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90F8F"/>
    <w:multiLevelType w:val="multilevel"/>
    <w:tmpl w:val="40EC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C1D282B"/>
    <w:multiLevelType w:val="multilevel"/>
    <w:tmpl w:val="42BA6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58491B"/>
    <w:multiLevelType w:val="multilevel"/>
    <w:tmpl w:val="BCDA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285DC0"/>
    <w:multiLevelType w:val="multilevel"/>
    <w:tmpl w:val="ACF8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7D39A0"/>
    <w:multiLevelType w:val="multilevel"/>
    <w:tmpl w:val="FE06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A720A7"/>
    <w:multiLevelType w:val="multilevel"/>
    <w:tmpl w:val="B6F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371B36"/>
    <w:multiLevelType w:val="multilevel"/>
    <w:tmpl w:val="13FC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814DCB"/>
    <w:multiLevelType w:val="multilevel"/>
    <w:tmpl w:val="4D402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2F4A85"/>
    <w:multiLevelType w:val="multilevel"/>
    <w:tmpl w:val="193C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D74479"/>
    <w:multiLevelType w:val="multilevel"/>
    <w:tmpl w:val="2B1C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7C12CC"/>
    <w:multiLevelType w:val="multilevel"/>
    <w:tmpl w:val="A39C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5F04C0"/>
    <w:multiLevelType w:val="multilevel"/>
    <w:tmpl w:val="DB9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7819B4"/>
    <w:multiLevelType w:val="multilevel"/>
    <w:tmpl w:val="7314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FD3989"/>
    <w:multiLevelType w:val="multilevel"/>
    <w:tmpl w:val="DB7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3775F3"/>
    <w:multiLevelType w:val="multilevel"/>
    <w:tmpl w:val="95E6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885B3F"/>
    <w:multiLevelType w:val="multilevel"/>
    <w:tmpl w:val="75C8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176227">
    <w:abstractNumId w:val="8"/>
  </w:num>
  <w:num w:numId="2" w16cid:durableId="1845896661">
    <w:abstractNumId w:val="6"/>
  </w:num>
  <w:num w:numId="3" w16cid:durableId="1063140723">
    <w:abstractNumId w:val="5"/>
  </w:num>
  <w:num w:numId="4" w16cid:durableId="580942927">
    <w:abstractNumId w:val="4"/>
  </w:num>
  <w:num w:numId="5" w16cid:durableId="1306861765">
    <w:abstractNumId w:val="7"/>
  </w:num>
  <w:num w:numId="6" w16cid:durableId="1409764251">
    <w:abstractNumId w:val="3"/>
  </w:num>
  <w:num w:numId="7" w16cid:durableId="791291678">
    <w:abstractNumId w:val="2"/>
  </w:num>
  <w:num w:numId="8" w16cid:durableId="546180247">
    <w:abstractNumId w:val="1"/>
  </w:num>
  <w:num w:numId="9" w16cid:durableId="143201709">
    <w:abstractNumId w:val="0"/>
  </w:num>
  <w:num w:numId="10" w16cid:durableId="1009529580">
    <w:abstractNumId w:val="9"/>
  </w:num>
  <w:num w:numId="11" w16cid:durableId="1606885042">
    <w:abstractNumId w:val="28"/>
  </w:num>
  <w:num w:numId="12" w16cid:durableId="392628226">
    <w:abstractNumId w:val="31"/>
  </w:num>
  <w:num w:numId="13" w16cid:durableId="1564834822">
    <w:abstractNumId w:val="42"/>
  </w:num>
  <w:num w:numId="14" w16cid:durableId="1167131123">
    <w:abstractNumId w:val="37"/>
  </w:num>
  <w:num w:numId="15" w16cid:durableId="2000696790">
    <w:abstractNumId w:val="14"/>
  </w:num>
  <w:num w:numId="16" w16cid:durableId="438795109">
    <w:abstractNumId w:val="19"/>
  </w:num>
  <w:num w:numId="17" w16cid:durableId="1448113168">
    <w:abstractNumId w:val="26"/>
  </w:num>
  <w:num w:numId="18" w16cid:durableId="1342972498">
    <w:abstractNumId w:val="36"/>
  </w:num>
  <w:num w:numId="19" w16cid:durableId="2070878769">
    <w:abstractNumId w:val="43"/>
  </w:num>
  <w:num w:numId="20" w16cid:durableId="2031491635">
    <w:abstractNumId w:val="16"/>
  </w:num>
  <w:num w:numId="21" w16cid:durableId="1144080406">
    <w:abstractNumId w:val="41"/>
  </w:num>
  <w:num w:numId="22" w16cid:durableId="1642156437">
    <w:abstractNumId w:val="44"/>
  </w:num>
  <w:num w:numId="23" w16cid:durableId="294142974">
    <w:abstractNumId w:val="12"/>
  </w:num>
  <w:num w:numId="24" w16cid:durableId="41948165">
    <w:abstractNumId w:val="23"/>
  </w:num>
  <w:num w:numId="25" w16cid:durableId="576331090">
    <w:abstractNumId w:val="34"/>
  </w:num>
  <w:num w:numId="26" w16cid:durableId="1271088515">
    <w:abstractNumId w:val="49"/>
  </w:num>
  <w:num w:numId="27" w16cid:durableId="453910658">
    <w:abstractNumId w:val="46"/>
  </w:num>
  <w:num w:numId="28" w16cid:durableId="556667531">
    <w:abstractNumId w:val="35"/>
  </w:num>
  <w:num w:numId="29" w16cid:durableId="1563712755">
    <w:abstractNumId w:val="22"/>
  </w:num>
  <w:num w:numId="30" w16cid:durableId="1509367322">
    <w:abstractNumId w:val="27"/>
  </w:num>
  <w:num w:numId="31" w16cid:durableId="367032674">
    <w:abstractNumId w:val="48"/>
  </w:num>
  <w:num w:numId="32" w16cid:durableId="119496778">
    <w:abstractNumId w:val="15"/>
  </w:num>
  <w:num w:numId="33" w16cid:durableId="35980324">
    <w:abstractNumId w:val="39"/>
  </w:num>
  <w:num w:numId="34" w16cid:durableId="1824738617">
    <w:abstractNumId w:val="10"/>
  </w:num>
  <w:num w:numId="35" w16cid:durableId="1417702075">
    <w:abstractNumId w:val="33"/>
  </w:num>
  <w:num w:numId="36" w16cid:durableId="1069036412">
    <w:abstractNumId w:val="40"/>
  </w:num>
  <w:num w:numId="37" w16cid:durableId="1541282510">
    <w:abstractNumId w:val="18"/>
  </w:num>
  <w:num w:numId="38" w16cid:durableId="521826665">
    <w:abstractNumId w:val="47"/>
  </w:num>
  <w:num w:numId="39" w16cid:durableId="326252925">
    <w:abstractNumId w:val="25"/>
  </w:num>
  <w:num w:numId="40" w16cid:durableId="1987467847">
    <w:abstractNumId w:val="21"/>
  </w:num>
  <w:num w:numId="41" w16cid:durableId="1882471329">
    <w:abstractNumId w:val="17"/>
  </w:num>
  <w:num w:numId="42" w16cid:durableId="1805535813">
    <w:abstractNumId w:val="29"/>
  </w:num>
  <w:num w:numId="43" w16cid:durableId="1533155853">
    <w:abstractNumId w:val="45"/>
  </w:num>
  <w:num w:numId="44" w16cid:durableId="1190484919">
    <w:abstractNumId w:val="20"/>
  </w:num>
  <w:num w:numId="45" w16cid:durableId="618494783">
    <w:abstractNumId w:val="32"/>
  </w:num>
  <w:num w:numId="46" w16cid:durableId="1387291565">
    <w:abstractNumId w:val="13"/>
  </w:num>
  <w:num w:numId="47" w16cid:durableId="787235173">
    <w:abstractNumId w:val="24"/>
  </w:num>
  <w:num w:numId="48" w16cid:durableId="254360153">
    <w:abstractNumId w:val="50"/>
  </w:num>
  <w:num w:numId="49" w16cid:durableId="1198616918">
    <w:abstractNumId w:val="30"/>
  </w:num>
  <w:num w:numId="50" w16cid:durableId="1495143844">
    <w:abstractNumId w:val="38"/>
  </w:num>
  <w:num w:numId="51" w16cid:durableId="2133091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343"/>
    <w:rsid w:val="0015074B"/>
    <w:rsid w:val="0029639D"/>
    <w:rsid w:val="00326F90"/>
    <w:rsid w:val="00490F9D"/>
    <w:rsid w:val="004B19FB"/>
    <w:rsid w:val="004F5B56"/>
    <w:rsid w:val="005C7079"/>
    <w:rsid w:val="005D00C1"/>
    <w:rsid w:val="005F6755"/>
    <w:rsid w:val="0064289B"/>
    <w:rsid w:val="006739D6"/>
    <w:rsid w:val="006F7A95"/>
    <w:rsid w:val="008B7F16"/>
    <w:rsid w:val="009E7B7F"/>
    <w:rsid w:val="00AA1D8D"/>
    <w:rsid w:val="00B47730"/>
    <w:rsid w:val="00CA62EC"/>
    <w:rsid w:val="00CB0664"/>
    <w:rsid w:val="00CF27F0"/>
    <w:rsid w:val="00F519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561E27"/>
  <w14:defaultImageDpi w14:val="300"/>
  <w15:docId w15:val="{6A0376DF-A127-0B42-94A2-6D531857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D0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5D00C1"/>
  </w:style>
  <w:style w:type="paragraph" w:customStyle="1" w:styleId="isselectedend">
    <w:name w:val="isselectedend"/>
    <w:basedOn w:val="Normal"/>
    <w:rsid w:val="00CA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Jeremy Kasten</cp:lastModifiedBy>
  <cp:revision>2</cp:revision>
  <cp:lastPrinted>2025-12-30T15:34:00Z</cp:lastPrinted>
  <dcterms:created xsi:type="dcterms:W3CDTF">2026-08-15T19:12:00Z</dcterms:created>
  <dcterms:modified xsi:type="dcterms:W3CDTF">2026-08-15T19:12:00Z</dcterms:modified>
  <cp:category/>
</cp:coreProperties>
</file>