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F73FC" w:rsidR="00DB7190" w:rsidP="0420EDEB" w:rsidRDefault="00CB2B46" w14:paraId="32929DC5" w14:textId="72CADC3A">
      <w:pPr>
        <w:pStyle w:val="Kop2"/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</w:pPr>
      <w:r w:rsidRPr="0420EDEB" w:rsidR="52AE1C09">
        <w:rPr>
          <w:rFonts w:ascii="Aharoni" w:hAnsi="Aharoni" w:eastAsia="Aharoni" w:cs="Aharoni"/>
          <w:b w:val="1"/>
          <w:bCs w:val="1"/>
          <w:i w:val="0"/>
          <w:iCs w:val="0"/>
          <w:caps w:val="0"/>
          <w:smallCaps w:val="0"/>
          <w:noProof w:val="0"/>
          <w:color w:val="3ACCBA"/>
          <w:sz w:val="31"/>
          <w:szCs w:val="31"/>
          <w:lang w:val="nl-NL"/>
        </w:rPr>
        <w:t>GEDACHTES -</w:t>
      </w:r>
      <w:r w:rsidRPr="0420EDEB" w:rsidR="00CB2B46"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  <w:t xml:space="preserve"> Doorbreek het piekeren</w:t>
      </w:r>
    </w:p>
    <w:p w:rsidR="00DF73FC" w:rsidP="10B8AAB3" w:rsidRDefault="00DF73FC" w14:paraId="290B179F" w14:textId="34EA44E8">
      <w:pPr>
        <w:pStyle w:val="Standaard"/>
        <w:rPr>
          <w:rFonts w:ascii="Dubai" w:hAnsi="Dubai" w:eastAsia="Dubai" w:cs="Dubai"/>
          <w:sz w:val="24"/>
          <w:szCs w:val="24"/>
          <w:lang w:val="nl-NL"/>
        </w:rPr>
      </w:pPr>
      <w:r w:rsidRPr="10B8AAB3" w:rsidR="00FA23C2">
        <w:rPr>
          <w:rFonts w:ascii="Dubai" w:hAnsi="Dubai" w:eastAsia="Dubai" w:cs="Dubai"/>
          <w:sz w:val="24"/>
          <w:szCs w:val="24"/>
          <w:lang w:val="nl-NL"/>
        </w:rPr>
        <w:t xml:space="preserve">Wil je je hoofd wat rust geven? Dan kan het helpen om </w:t>
      </w:r>
      <w:r w:rsidRPr="10B8AAB3" w:rsidR="00D3319E">
        <w:rPr>
          <w:rFonts w:ascii="Dubai" w:hAnsi="Dubai" w:eastAsia="Dubai" w:cs="Dubai"/>
          <w:sz w:val="24"/>
          <w:szCs w:val="24"/>
          <w:lang w:val="nl-NL"/>
        </w:rPr>
        <w:t xml:space="preserve">op een vast piekermoment </w:t>
      </w:r>
      <w:r w:rsidRPr="10B8AAB3" w:rsidR="00445292">
        <w:rPr>
          <w:rFonts w:ascii="Dubai" w:hAnsi="Dubai" w:eastAsia="Dubai" w:cs="Dubai"/>
          <w:sz w:val="24"/>
          <w:szCs w:val="24"/>
          <w:lang w:val="nl-NL"/>
        </w:rPr>
        <w:t>de tijd te nemen om je gedachten op te schrijven. Je kunt deze vragen gebruiken</w:t>
      </w:r>
      <w:r w:rsidRPr="10B8AAB3" w:rsidR="00B71499">
        <w:rPr>
          <w:rFonts w:ascii="Dubai" w:hAnsi="Dubai" w:eastAsia="Dubai" w:cs="Dubai"/>
          <w:sz w:val="24"/>
          <w:szCs w:val="24"/>
          <w:lang w:val="nl-NL"/>
        </w:rPr>
        <w:t>.</w:t>
      </w:r>
    </w:p>
    <w:p w:rsidRPr="002445A9" w:rsidR="00DB7190" w:rsidP="10B8AAB3" w:rsidRDefault="00CB2B46" w14:paraId="5753E9F7" w14:textId="52E78E3A">
      <w:pPr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  <w:r w:rsidRPr="10B8AAB3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Waar pieker ik over?</w:t>
      </w:r>
      <w:r w:rsidRPr="10B8AAB3" w:rsidR="00DF73FC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 xml:space="preserve"> Schrijf zoveel mogelijk op.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8640"/>
      </w:tblGrid>
      <w:tr w:rsidR="10B8AAB3" w:rsidTr="10B8AAB3" w14:paraId="6D62458F">
        <w:trPr>
          <w:trHeight w:val="300"/>
        </w:trPr>
        <w:tc>
          <w:tcPr>
            <w:tcW w:w="8640" w:type="dxa"/>
            <w:tcBorders>
              <w:top w:val="dashed" w:color="6A25D0" w:sz="2"/>
              <w:left w:val="dashed" w:color="6A25D0" w:sz="2"/>
              <w:bottom w:val="dashed" w:color="6A25D0" w:sz="2"/>
              <w:right w:val="dashed" w:color="6A25D0" w:sz="2"/>
            </w:tcBorders>
            <w:tcMar/>
          </w:tcPr>
          <w:p w:rsidR="69BA539E" w:rsidP="10B8AAB3" w:rsidRDefault="69BA539E" w14:paraId="1DEAC294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9BA539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BA539E" w:rsidP="10B8AAB3" w:rsidRDefault="69BA539E" w14:paraId="153CD3D5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9BA539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BA539E" w:rsidP="10B8AAB3" w:rsidRDefault="69BA539E" w14:paraId="0B213263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9BA539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BA539E" w:rsidP="10B8AAB3" w:rsidRDefault="69BA539E" w14:paraId="2ACD6AB1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9BA539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BA539E" w:rsidP="10B8AAB3" w:rsidRDefault="69BA539E" w14:paraId="6457D172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9BA539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BA539E" w:rsidP="10B8AAB3" w:rsidRDefault="69BA539E" w14:paraId="21C4213B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9BA539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BA539E" w:rsidP="10B8AAB3" w:rsidRDefault="69BA539E" w14:paraId="2AF249F9" w14:textId="6A4E3058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9BA539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0B8AAB3" w:rsidP="10B8AAB3" w:rsidRDefault="10B8AAB3" w14:paraId="705B2E98" w14:textId="206FF909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10B8AAB3" w:rsidRDefault="00CB2B46" w14:paraId="065EDABE" w14:textId="19F4AE9B">
      <w:pPr>
        <w:ind w:left="0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  <w:r w:rsidRPr="10B8AAB3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Kan ik hier nu iets aan doen?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0B8AAB3" w:rsidTr="10B8AAB3" w14:paraId="4AF34DF1">
        <w:trPr>
          <w:trHeight w:val="300"/>
        </w:trPr>
        <w:tc>
          <w:tcPr>
            <w:tcW w:w="8640" w:type="dxa"/>
            <w:tcMar/>
          </w:tcPr>
          <w:p w:rsidR="2400B9D3" w:rsidP="10B8AAB3" w:rsidRDefault="2400B9D3" w14:paraId="27440B8F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400B9D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400B9D3" w:rsidP="10B8AAB3" w:rsidRDefault="2400B9D3" w14:paraId="644FCB93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400B9D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400B9D3" w:rsidP="10B8AAB3" w:rsidRDefault="2400B9D3" w14:paraId="634DF08C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400B9D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400B9D3" w:rsidP="10B8AAB3" w:rsidRDefault="2400B9D3" w14:paraId="4D7FD324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400B9D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400B9D3" w:rsidP="10B8AAB3" w:rsidRDefault="2400B9D3" w14:paraId="28FDC4FF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400B9D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400B9D3" w:rsidP="10B8AAB3" w:rsidRDefault="2400B9D3" w14:paraId="46693C3F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400B9D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400B9D3" w:rsidP="10B8AAB3" w:rsidRDefault="2400B9D3" w14:paraId="638ECAE4" w14:textId="3A46B18D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400B9D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0B8AAB3" w:rsidP="10B8AAB3" w:rsidRDefault="10B8AAB3" w14:paraId="060B6AEE" w14:textId="6DFEA8D7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10B8AAB3" w:rsidRDefault="00CB2B46" w14:paraId="25399820" w14:textId="77777777">
      <w:pPr>
        <w:ind w:left="0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  <w:r w:rsidRPr="10B8AAB3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Zo ja: wat is een kleine stap?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0B8AAB3" w:rsidTr="0420EDEB" w14:paraId="7079FE3B">
        <w:trPr>
          <w:trHeight w:val="300"/>
        </w:trPr>
        <w:tc>
          <w:tcPr>
            <w:tcW w:w="8640" w:type="dxa"/>
            <w:tcMar/>
          </w:tcPr>
          <w:p w:rsidR="7CC258CA" w:rsidP="10B8AAB3" w:rsidRDefault="7CC258CA" w14:paraId="213D9162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7CC258C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CC258CA" w:rsidP="10B8AAB3" w:rsidRDefault="7CC258CA" w14:paraId="54457B51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7CC258C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CC258CA" w:rsidP="10B8AAB3" w:rsidRDefault="7CC258CA" w14:paraId="56428A7E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7CC258C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CC258CA" w:rsidP="10B8AAB3" w:rsidRDefault="7CC258CA" w14:paraId="704DEBE7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7CC258C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CC258CA" w:rsidP="10B8AAB3" w:rsidRDefault="7CC258CA" w14:paraId="2A094717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7CC258C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CC258CA" w:rsidP="10B8AAB3" w:rsidRDefault="7CC258CA" w14:paraId="1A5EB8F1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7CC258C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CC258CA" w:rsidP="10B8AAB3" w:rsidRDefault="7CC258CA" w14:paraId="2BC72F26" w14:textId="4FE4BE1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7CC258CA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Pr="002445A9" w:rsidR="00DB7190" w:rsidRDefault="00CB2B46" w14:paraId="5D886F9F" w14:textId="09C677E7">
      <w:pPr/>
      <w:r>
        <w:br w:type="page"/>
      </w:r>
    </w:p>
    <w:p w:rsidRPr="002445A9" w:rsidR="00DB7190" w:rsidP="10B8AAB3" w:rsidRDefault="00CB2B46" w14:paraId="7C7EA79C" w14:textId="155E41E6">
      <w:pPr>
        <w:pStyle w:val="Standaard"/>
        <w:ind w:left="0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  <w:r w:rsidRPr="10B8AAB3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Zo nee: wanneer laat ik dit even los?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0B8AAB3" w:rsidTr="10B8AAB3" w14:paraId="1AE7D8FB">
        <w:trPr>
          <w:trHeight w:val="300"/>
        </w:trPr>
        <w:tc>
          <w:tcPr>
            <w:tcW w:w="8640" w:type="dxa"/>
            <w:tcMar/>
          </w:tcPr>
          <w:p w:rsidR="0C8ACF5D" w:rsidP="10B8AAB3" w:rsidRDefault="0C8ACF5D" w14:paraId="5B5DE7E3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19158512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0E739CE7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530C6C05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299BEE23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1012385A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233FDBD2" w14:textId="43D255E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5A86A332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2359CF59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1D4CAB2F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207A86B1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0AF6ABF8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443D4B81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28D4A363" w14:textId="66D2C808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1E3322AC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6A7D159C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1972B475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07E9590B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3DE5464A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11F32432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C8ACF5D" w:rsidP="10B8AAB3" w:rsidRDefault="0C8ACF5D" w14:paraId="118FF600" w14:textId="0F6139D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0C8ACF5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0B8AAB3" w:rsidP="10B8AAB3" w:rsidRDefault="10B8AAB3" w14:paraId="01287164" w14:textId="59580765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10B8AAB3" w:rsidRDefault="00CB2B46" w14:paraId="6C35EE3D" w14:textId="77777777">
      <w:pPr>
        <w:ind w:left="0"/>
        <w:rPr>
          <w:rFonts w:ascii="Calibri" w:hAnsi="Calibri" w:cs="Calibri"/>
          <w:sz w:val="24"/>
          <w:szCs w:val="24"/>
          <w:lang w:val="nl-NL"/>
        </w:rPr>
      </w:pPr>
      <w:r w:rsidRPr="2669255E">
        <w:rPr>
          <w:rFonts w:ascii="Calibri" w:hAnsi="Calibri" w:cs="Calibri"/>
          <w:sz w:val="24"/>
          <w:szCs w:val="24"/>
          <w:lang w:val="nl-NL"/>
        </w:rPr>
        <w:br w:type="page"/>
      </w:r>
    </w:p>
    <w:sectPr w:rsidRPr="002445A9" w:rsidR="00DB7190" w:rsidSect="00034616">
      <w:pgSz w:w="12240" w:h="15840" w:orient="portrait"/>
      <w:pgMar w:top="1440" w:right="1800" w:bottom="1440" w:left="1800" w:header="720" w:footer="720" w:gutter="0"/>
      <w:cols w:space="720"/>
      <w:docGrid w:linePitch="360"/>
      <w:headerReference w:type="default" r:id="Rbc1a5a025dfd4e70"/>
      <w:footerReference w:type="default" r:id="R0a1eff187999486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53749E5A">
      <w:trPr>
        <w:trHeight w:val="300"/>
      </w:trPr>
      <w:tc>
        <w:tcPr>
          <w:tcW w:w="2880" w:type="dxa"/>
          <w:tcMar/>
        </w:tcPr>
        <w:p w:rsidR="10B8AAB3" w:rsidP="10B8AAB3" w:rsidRDefault="10B8AAB3" w14:paraId="72AB9F13" w14:textId="692E00C3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end"/>
          </w:r>
        </w:p>
      </w:tc>
      <w:tc>
        <w:tcPr>
          <w:tcW w:w="2880" w:type="dxa"/>
          <w:tcMar/>
        </w:tcPr>
        <w:p w:rsidR="10B8AAB3" w:rsidP="10B8AAB3" w:rsidRDefault="10B8AAB3" w14:paraId="3D541372" w14:textId="38D452E7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586BFC77" w14:textId="2D46E62C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t>De Mindgym</w:t>
          </w:r>
        </w:p>
      </w:tc>
    </w:tr>
  </w:tbl>
  <w:p w:rsidR="10B8AAB3" w:rsidP="10B8AAB3" w:rsidRDefault="10B8AAB3" w14:paraId="73025C88" w14:textId="5ED280B1">
    <w:pPr>
      <w:pStyle w:val="Voettekst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116576E2">
      <w:trPr>
        <w:trHeight w:val="300"/>
      </w:trPr>
      <w:tc>
        <w:tcPr>
          <w:tcW w:w="2880" w:type="dxa"/>
          <w:tcMar/>
        </w:tcPr>
        <w:p w:rsidR="10B8AAB3" w:rsidP="10B8AAB3" w:rsidRDefault="10B8AAB3" w14:paraId="44D23EA1" w14:textId="52A51CD7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FF MENTAAL</w:t>
          </w:r>
        </w:p>
      </w:tc>
      <w:tc>
        <w:tcPr>
          <w:tcW w:w="2880" w:type="dxa"/>
          <w:tcMar/>
        </w:tcPr>
        <w:p w:rsidR="10B8AAB3" w:rsidP="10B8AAB3" w:rsidRDefault="10B8AAB3" w14:paraId="7CD473A0" w14:textId="3395152A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0BC1DFC8" w14:textId="37A73A3E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Oefeningen</w:t>
          </w:r>
        </w:p>
      </w:tc>
    </w:tr>
  </w:tbl>
  <w:p w:rsidR="10B8AAB3" w:rsidP="10B8AAB3" w:rsidRDefault="10B8AAB3" w14:paraId="39EFA188" w14:textId="571401CA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1793D08"/>
    <w:multiLevelType w:val="multilevel"/>
    <w:tmpl w:val="3DA2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05A5751"/>
    <w:multiLevelType w:val="multilevel"/>
    <w:tmpl w:val="1BBA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8E47E7F"/>
    <w:multiLevelType w:val="multilevel"/>
    <w:tmpl w:val="45D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DF2708E"/>
    <w:multiLevelType w:val="hybridMultilevel"/>
    <w:tmpl w:val="408460D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BD43BB"/>
    <w:multiLevelType w:val="hybridMultilevel"/>
    <w:tmpl w:val="A858E72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357787">
    <w:abstractNumId w:val="8"/>
  </w:num>
  <w:num w:numId="2" w16cid:durableId="268897533">
    <w:abstractNumId w:val="6"/>
  </w:num>
  <w:num w:numId="3" w16cid:durableId="614755075">
    <w:abstractNumId w:val="5"/>
  </w:num>
  <w:num w:numId="4" w16cid:durableId="653872448">
    <w:abstractNumId w:val="4"/>
  </w:num>
  <w:num w:numId="5" w16cid:durableId="489638032">
    <w:abstractNumId w:val="7"/>
  </w:num>
  <w:num w:numId="6" w16cid:durableId="1276137729">
    <w:abstractNumId w:val="3"/>
  </w:num>
  <w:num w:numId="7" w16cid:durableId="606617021">
    <w:abstractNumId w:val="2"/>
  </w:num>
  <w:num w:numId="8" w16cid:durableId="613054337">
    <w:abstractNumId w:val="1"/>
  </w:num>
  <w:num w:numId="9" w16cid:durableId="1719620440">
    <w:abstractNumId w:val="0"/>
  </w:num>
  <w:num w:numId="10" w16cid:durableId="508526258">
    <w:abstractNumId w:val="10"/>
  </w:num>
  <w:num w:numId="11" w16cid:durableId="1250625903">
    <w:abstractNumId w:val="12"/>
  </w:num>
  <w:num w:numId="12" w16cid:durableId="516431341">
    <w:abstractNumId w:val="13"/>
  </w:num>
  <w:num w:numId="13" w16cid:durableId="1348369569">
    <w:abstractNumId w:val="11"/>
  </w:num>
  <w:num w:numId="14" w16cid:durableId="1342201504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D42"/>
    <w:rsid w:val="00034616"/>
    <w:rsid w:val="0003630E"/>
    <w:rsid w:val="0006063C"/>
    <w:rsid w:val="000A09F9"/>
    <w:rsid w:val="00147BB2"/>
    <w:rsid w:val="0015074B"/>
    <w:rsid w:val="00165A5F"/>
    <w:rsid w:val="002445A9"/>
    <w:rsid w:val="00250DEE"/>
    <w:rsid w:val="002802C6"/>
    <w:rsid w:val="0029639D"/>
    <w:rsid w:val="00326F90"/>
    <w:rsid w:val="003A1324"/>
    <w:rsid w:val="003E4889"/>
    <w:rsid w:val="003F6B35"/>
    <w:rsid w:val="00445292"/>
    <w:rsid w:val="006212BE"/>
    <w:rsid w:val="006358A1"/>
    <w:rsid w:val="00675EDD"/>
    <w:rsid w:val="006B0320"/>
    <w:rsid w:val="006C08A5"/>
    <w:rsid w:val="006F1A4B"/>
    <w:rsid w:val="0072008E"/>
    <w:rsid w:val="007B641F"/>
    <w:rsid w:val="00813CA5"/>
    <w:rsid w:val="0082018F"/>
    <w:rsid w:val="008B74C4"/>
    <w:rsid w:val="00997D15"/>
    <w:rsid w:val="00A06732"/>
    <w:rsid w:val="00A27359"/>
    <w:rsid w:val="00A28BA5"/>
    <w:rsid w:val="00AA1D8D"/>
    <w:rsid w:val="00AC4968"/>
    <w:rsid w:val="00B272C1"/>
    <w:rsid w:val="00B47730"/>
    <w:rsid w:val="00B71499"/>
    <w:rsid w:val="00B92CDB"/>
    <w:rsid w:val="00BC097C"/>
    <w:rsid w:val="00C40729"/>
    <w:rsid w:val="00CB0664"/>
    <w:rsid w:val="00CB2B46"/>
    <w:rsid w:val="00CE277E"/>
    <w:rsid w:val="00CECA44"/>
    <w:rsid w:val="00CECA44"/>
    <w:rsid w:val="00CF06F4"/>
    <w:rsid w:val="00D3319E"/>
    <w:rsid w:val="00D73BFC"/>
    <w:rsid w:val="00DB7190"/>
    <w:rsid w:val="00DF6AFF"/>
    <w:rsid w:val="00DF73FC"/>
    <w:rsid w:val="00E25A39"/>
    <w:rsid w:val="00F7250B"/>
    <w:rsid w:val="00FA23C2"/>
    <w:rsid w:val="00FC693F"/>
    <w:rsid w:val="015D86D9"/>
    <w:rsid w:val="033D2160"/>
    <w:rsid w:val="03998FC5"/>
    <w:rsid w:val="03B1D08D"/>
    <w:rsid w:val="03EFAA72"/>
    <w:rsid w:val="0420EDEB"/>
    <w:rsid w:val="04DC5827"/>
    <w:rsid w:val="0567F89E"/>
    <w:rsid w:val="074114E5"/>
    <w:rsid w:val="08C0F3F1"/>
    <w:rsid w:val="0925E645"/>
    <w:rsid w:val="09747967"/>
    <w:rsid w:val="09C56B97"/>
    <w:rsid w:val="0A20CF70"/>
    <w:rsid w:val="0BE5365F"/>
    <w:rsid w:val="0C25E4BD"/>
    <w:rsid w:val="0C64AE95"/>
    <w:rsid w:val="0C819F9B"/>
    <w:rsid w:val="0C8ACF5D"/>
    <w:rsid w:val="0CFF6EDB"/>
    <w:rsid w:val="0DD67ADD"/>
    <w:rsid w:val="0F40CE48"/>
    <w:rsid w:val="0F40CE48"/>
    <w:rsid w:val="0F5F2FF3"/>
    <w:rsid w:val="100AC9B5"/>
    <w:rsid w:val="107FC62B"/>
    <w:rsid w:val="10B8AAB3"/>
    <w:rsid w:val="1175AC0E"/>
    <w:rsid w:val="11D1E016"/>
    <w:rsid w:val="12049447"/>
    <w:rsid w:val="122F57AC"/>
    <w:rsid w:val="12BA9956"/>
    <w:rsid w:val="1394150D"/>
    <w:rsid w:val="1417CBC2"/>
    <w:rsid w:val="1419F857"/>
    <w:rsid w:val="154392A8"/>
    <w:rsid w:val="15A87AE2"/>
    <w:rsid w:val="1640D3B6"/>
    <w:rsid w:val="1661324F"/>
    <w:rsid w:val="16ADC119"/>
    <w:rsid w:val="16DF6532"/>
    <w:rsid w:val="17279BC2"/>
    <w:rsid w:val="185E8AED"/>
    <w:rsid w:val="1929A3FE"/>
    <w:rsid w:val="19F85614"/>
    <w:rsid w:val="1AECD264"/>
    <w:rsid w:val="1B038BBC"/>
    <w:rsid w:val="1C549B3A"/>
    <w:rsid w:val="1D62F8F0"/>
    <w:rsid w:val="1E3E93B0"/>
    <w:rsid w:val="1EA311B2"/>
    <w:rsid w:val="1EFDD9CB"/>
    <w:rsid w:val="1F8C33D7"/>
    <w:rsid w:val="1FE7972C"/>
    <w:rsid w:val="2050F37E"/>
    <w:rsid w:val="20C1FF88"/>
    <w:rsid w:val="21C458A0"/>
    <w:rsid w:val="22ED8083"/>
    <w:rsid w:val="2400B9D3"/>
    <w:rsid w:val="248DB995"/>
    <w:rsid w:val="2628003F"/>
    <w:rsid w:val="2669255E"/>
    <w:rsid w:val="27385C34"/>
    <w:rsid w:val="275B285C"/>
    <w:rsid w:val="27C0E8C7"/>
    <w:rsid w:val="284E383C"/>
    <w:rsid w:val="288FCE74"/>
    <w:rsid w:val="28A83FF8"/>
    <w:rsid w:val="28DB4BB2"/>
    <w:rsid w:val="29944DAA"/>
    <w:rsid w:val="2B008E67"/>
    <w:rsid w:val="2B88CB8B"/>
    <w:rsid w:val="2C64019D"/>
    <w:rsid w:val="2C64019D"/>
    <w:rsid w:val="2FC0B15E"/>
    <w:rsid w:val="3051D6E5"/>
    <w:rsid w:val="3079F497"/>
    <w:rsid w:val="308E2454"/>
    <w:rsid w:val="312B048F"/>
    <w:rsid w:val="322DCBB3"/>
    <w:rsid w:val="32AC78F3"/>
    <w:rsid w:val="33AB862C"/>
    <w:rsid w:val="33AF8A19"/>
    <w:rsid w:val="3418BB5B"/>
    <w:rsid w:val="346C0D03"/>
    <w:rsid w:val="36BF6B5B"/>
    <w:rsid w:val="371FAE14"/>
    <w:rsid w:val="37407A90"/>
    <w:rsid w:val="38046454"/>
    <w:rsid w:val="381192EE"/>
    <w:rsid w:val="38685F83"/>
    <w:rsid w:val="3A19C68E"/>
    <w:rsid w:val="3A3D7AE7"/>
    <w:rsid w:val="3A3D7AE7"/>
    <w:rsid w:val="3A7AA724"/>
    <w:rsid w:val="3AB94368"/>
    <w:rsid w:val="3B6803CC"/>
    <w:rsid w:val="3BF5F48F"/>
    <w:rsid w:val="3C3B972A"/>
    <w:rsid w:val="3C942C50"/>
    <w:rsid w:val="3DC8479E"/>
    <w:rsid w:val="3EB0D2A9"/>
    <w:rsid w:val="3EB0D2A9"/>
    <w:rsid w:val="3EB2196A"/>
    <w:rsid w:val="3F06A386"/>
    <w:rsid w:val="3F270DEA"/>
    <w:rsid w:val="4052BC29"/>
    <w:rsid w:val="412A10D9"/>
    <w:rsid w:val="41A7ED9B"/>
    <w:rsid w:val="41CA8B4D"/>
    <w:rsid w:val="4357EBF4"/>
    <w:rsid w:val="43B457A6"/>
    <w:rsid w:val="444B4003"/>
    <w:rsid w:val="4571AD85"/>
    <w:rsid w:val="45A67A94"/>
    <w:rsid w:val="45AF03A4"/>
    <w:rsid w:val="45D2BB23"/>
    <w:rsid w:val="46742BA6"/>
    <w:rsid w:val="46FEC90E"/>
    <w:rsid w:val="4713F05A"/>
    <w:rsid w:val="4A1FE5E0"/>
    <w:rsid w:val="4A24154F"/>
    <w:rsid w:val="4A7EFDF5"/>
    <w:rsid w:val="4B959D6C"/>
    <w:rsid w:val="4C6A3414"/>
    <w:rsid w:val="4D8228DB"/>
    <w:rsid w:val="4DD41900"/>
    <w:rsid w:val="4EFFFB20"/>
    <w:rsid w:val="50BDDE68"/>
    <w:rsid w:val="519839CE"/>
    <w:rsid w:val="51C142B1"/>
    <w:rsid w:val="51F08FD7"/>
    <w:rsid w:val="524C5459"/>
    <w:rsid w:val="52AE1C09"/>
    <w:rsid w:val="54069475"/>
    <w:rsid w:val="545101CC"/>
    <w:rsid w:val="54AE3A2A"/>
    <w:rsid w:val="54E925E4"/>
    <w:rsid w:val="54E925E4"/>
    <w:rsid w:val="5763930C"/>
    <w:rsid w:val="57FFADBA"/>
    <w:rsid w:val="58347ECF"/>
    <w:rsid w:val="5858DE62"/>
    <w:rsid w:val="5923CAC7"/>
    <w:rsid w:val="5AB3947F"/>
    <w:rsid w:val="5B9ECEFC"/>
    <w:rsid w:val="5BA2B9C6"/>
    <w:rsid w:val="5C3A6E7B"/>
    <w:rsid w:val="5DC0CC23"/>
    <w:rsid w:val="5EC549B1"/>
    <w:rsid w:val="61E43E40"/>
    <w:rsid w:val="62939A65"/>
    <w:rsid w:val="63087225"/>
    <w:rsid w:val="6311C0D8"/>
    <w:rsid w:val="63B310B9"/>
    <w:rsid w:val="640F1318"/>
    <w:rsid w:val="64875517"/>
    <w:rsid w:val="650F40EE"/>
    <w:rsid w:val="657B4127"/>
    <w:rsid w:val="665FA976"/>
    <w:rsid w:val="666C4862"/>
    <w:rsid w:val="67854A4B"/>
    <w:rsid w:val="67BA3080"/>
    <w:rsid w:val="68D805CC"/>
    <w:rsid w:val="695696B7"/>
    <w:rsid w:val="6979703D"/>
    <w:rsid w:val="69BA539E"/>
    <w:rsid w:val="6A10F77C"/>
    <w:rsid w:val="6A10F77C"/>
    <w:rsid w:val="6AD28E45"/>
    <w:rsid w:val="6B0A8213"/>
    <w:rsid w:val="6B69AF5D"/>
    <w:rsid w:val="6C06F6D6"/>
    <w:rsid w:val="6C11304C"/>
    <w:rsid w:val="6C3E153E"/>
    <w:rsid w:val="6C9DED6B"/>
    <w:rsid w:val="6DAA5F11"/>
    <w:rsid w:val="6EE64587"/>
    <w:rsid w:val="6F0455F2"/>
    <w:rsid w:val="6F42F5DE"/>
    <w:rsid w:val="70095123"/>
    <w:rsid w:val="70A82FE0"/>
    <w:rsid w:val="70C193DE"/>
    <w:rsid w:val="70C193DE"/>
    <w:rsid w:val="70DE8AA4"/>
    <w:rsid w:val="71E3F541"/>
    <w:rsid w:val="726FEF9C"/>
    <w:rsid w:val="734D776B"/>
    <w:rsid w:val="7496A2E1"/>
    <w:rsid w:val="74C49385"/>
    <w:rsid w:val="74D44B3B"/>
    <w:rsid w:val="758ACE8E"/>
    <w:rsid w:val="758F204A"/>
    <w:rsid w:val="762C4A93"/>
    <w:rsid w:val="7719F60C"/>
    <w:rsid w:val="7767B76D"/>
    <w:rsid w:val="7846CF1E"/>
    <w:rsid w:val="78E7F2D7"/>
    <w:rsid w:val="7993F6E8"/>
    <w:rsid w:val="7B32F50A"/>
    <w:rsid w:val="7CA808C4"/>
    <w:rsid w:val="7CC258CA"/>
    <w:rsid w:val="7CD85389"/>
    <w:rsid w:val="7E0683F6"/>
    <w:rsid w:val="7E70ABD6"/>
    <w:rsid w:val="7E7FBDEE"/>
    <w:rsid w:val="7EA214B5"/>
    <w:rsid w:val="7EB37963"/>
    <w:rsid w:val="7EBD2579"/>
    <w:rsid w:val="7FDEA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26B4F"/>
  <w14:defaultImageDpi w14:val="300"/>
  <w15:docId w15:val="{62799C9F-F68A-4E51-98C8-A295495C61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styleId="Kop1Char" w:customStyle="1">
    <w:name w:val="Kop 1 Char"/>
    <w:basedOn w:val="Standaardalinea-lettertype"/>
    <w:link w:val="Kop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CE277E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73B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73BFC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D73BF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3BF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D73B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footer" Target="footer.xml" Id="R0a1eff187999486f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eader" Target="header.xml" Id="Rbc1a5a025dfd4e70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293b70-8f97-4fd5-978c-83b462d73f85">
      <Terms xmlns="http://schemas.microsoft.com/office/infopath/2007/PartnerControls"/>
    </lcf76f155ced4ddcb4097134ff3c332f>
    <TaxCatchAll xmlns="2a1274f1-0e0e-415f-949a-84b334f233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E03CDC047674A95AF517E69A73607" ma:contentTypeVersion="11" ma:contentTypeDescription="Een nieuw document maken." ma:contentTypeScope="" ma:versionID="6207dbbc139fd1c4d864a221fa6cb69c">
  <xsd:schema xmlns:xsd="http://www.w3.org/2001/XMLSchema" xmlns:xs="http://www.w3.org/2001/XMLSchema" xmlns:p="http://schemas.microsoft.com/office/2006/metadata/properties" xmlns:ns2="51202a96-aa28-40a1-8cbe-0a6550b80cd4" xmlns:ns3="8cd1c27d-502e-4417-8070-e5a9b92b0b97" targetNamespace="http://schemas.microsoft.com/office/2006/metadata/properties" ma:root="true" ma:fieldsID="3dfef81f91a0be55bff5d74789225005" ns2:_="" ns3:_="">
    <xsd:import namespace="51202a96-aa28-40a1-8cbe-0a6550b80cd4"/>
    <xsd:import namespace="8cd1c27d-502e-4417-8070-e5a9b92b0b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02a96-aa28-40a1-8cbe-0a6550b80cd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61d27030-5c4b-46bf-8244-78e253c840b5}" ma:internalName="TaxCatchAll" ma:showField="CatchAllData" ma:web="51202a96-aa28-40a1-8cbe-0a6550b8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c27d-502e-4417-8070-e5a9b92b0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2acaa0d-a40d-4f73-83f1-5bbc08f3a3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D32A4964FDC4D9BDBE318428B2150" ma:contentTypeVersion="17" ma:contentTypeDescription="Een nieuw document maken." ma:contentTypeScope="" ma:versionID="029cf9a34785c47172bc181f90550f3c">
  <xsd:schema xmlns:xsd="http://www.w3.org/2001/XMLSchema" xmlns:xs="http://www.w3.org/2001/XMLSchema" xmlns:p="http://schemas.microsoft.com/office/2006/metadata/properties" xmlns:ns2="86293b70-8f97-4fd5-978c-83b462d73f85" xmlns:ns3="2a1274f1-0e0e-415f-949a-84b334f2333a" targetNamespace="http://schemas.microsoft.com/office/2006/metadata/properties" ma:root="true" ma:fieldsID="2c5633d04b81674766e4e79ed2fc1a85" ns2:_="" ns3:_="">
    <xsd:import namespace="86293b70-8f97-4fd5-978c-83b462d73f85"/>
    <xsd:import namespace="2a1274f1-0e0e-415f-949a-84b334f23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93b70-8f97-4fd5-978c-83b462d73f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5253302-e1c2-438b-bb47-88303090f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274f1-0e0e-415f-949a-84b334f2333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454ddd7-a142-40af-8639-a6a958cfd68c}" ma:internalName="TaxCatchAll" ma:showField="CatchAllData" ma:web="2a1274f1-0e0e-415f-949a-84b334f23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2E2491-9CA8-4E3E-9AAF-962A3F74AED5}">
  <ds:schemaRefs>
    <ds:schemaRef ds:uri="http://schemas.microsoft.com/office/2006/metadata/properties"/>
    <ds:schemaRef ds:uri="http://schemas.microsoft.com/office/infopath/2007/PartnerControls"/>
    <ds:schemaRef ds:uri="8cd1c27d-502e-4417-8070-e5a9b92b0b97"/>
    <ds:schemaRef ds:uri="51202a96-aa28-40a1-8cbe-0a6550b80cd4"/>
  </ds:schemaRefs>
</ds:datastoreItem>
</file>

<file path=customXml/itemProps2.xml><?xml version="1.0" encoding="utf-8"?>
<ds:datastoreItem xmlns:ds="http://schemas.openxmlformats.org/officeDocument/2006/customXml" ds:itemID="{52EA115A-B113-49D3-A6DC-C3501B2B4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ACBC73-9DA8-46E9-9CBC-3F7AFF8EA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02a96-aa28-40a1-8cbe-0a6550b80cd4"/>
    <ds:schemaRef ds:uri="8cd1c27d-502e-4417-8070-e5a9b92b0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85BD53-AA10-4024-8F9E-5580B06CAC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Sofia  Sacco</lastModifiedBy>
  <revision>36</revision>
  <dcterms:created xsi:type="dcterms:W3CDTF">2026-05-13T15:21:00.0000000Z</dcterms:created>
  <dcterms:modified xsi:type="dcterms:W3CDTF">2026-06-23T14:25:53.9698826Z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0x010100035D32A4964FDC4D9BDBE318428B2150</vt:lpwstr>
  </property>
  <property fmtid="{D5CDD505-2E9C-101B-9397-08002B2CF9AE}" pid="3" name="_dlc_DocIdItemGuid">
    <vt:lpwstr>c38ce624-dacc-496b-b607-2d7147d5f115</vt:lpwstr>
  </property>
  <property fmtid="{D5CDD505-2E9C-101B-9397-08002B2CF9AE}" pid="4" name="MediaServiceImageTags">
    <vt:lpwstr/>
  </property>
</Properties>
</file>