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445A9" w:rsidR="00DB7190" w:rsidP="48F4728D" w:rsidRDefault="00CB2B46" w14:paraId="1DDCD547" w14:textId="30A9691B">
      <w:pPr>
        <w:pStyle w:val="Kop2"/>
        <w:ind w:left="0"/>
        <w:rPr>
          <w:rFonts w:ascii="Aharoni" w:hAnsi="Aharoni" w:eastAsia="Aharoni" w:cs="Aharoni"/>
          <w:b w:val="1"/>
          <w:bCs w:val="1"/>
          <w:i w:val="0"/>
          <w:iCs w:val="0"/>
          <w:color w:val="3ACCBA"/>
          <w:sz w:val="32"/>
          <w:szCs w:val="32"/>
          <w:lang w:val="nl-NL"/>
        </w:rPr>
      </w:pPr>
      <w:r w:rsidRPr="48F4728D" w:rsidR="0E5578D0">
        <w:rPr>
          <w:rFonts w:ascii="Aharoni" w:hAnsi="Aharoni" w:eastAsia="Aharoni" w:cs="Aharoni"/>
          <w:b w:val="1"/>
          <w:bCs w:val="1"/>
          <w:i w:val="0"/>
          <w:iCs w:val="0"/>
          <w:color w:val="3ACCBA"/>
          <w:sz w:val="32"/>
          <w:szCs w:val="32"/>
          <w:lang w:val="nl-NL"/>
        </w:rPr>
        <w:t>ZINGEVING</w:t>
      </w:r>
      <w:r w:rsidRPr="48F4728D" w:rsidR="0E5578D0">
        <w:rPr>
          <w:rFonts w:ascii="Aharoni" w:hAnsi="Aharoni" w:eastAsia="Aharoni" w:cs="Aharoni"/>
          <w:b w:val="1"/>
          <w:bCs w:val="1"/>
          <w:i w:val="0"/>
          <w:iCs w:val="0"/>
          <w:color w:val="3ACCBA"/>
          <w:sz w:val="32"/>
          <w:szCs w:val="32"/>
          <w:lang w:val="nl-NL"/>
        </w:rPr>
        <w:t xml:space="preserve"> - </w:t>
      </w:r>
      <w:r w:rsidRPr="48F4728D" w:rsidR="0072008E">
        <w:rPr>
          <w:rFonts w:ascii="Aharoni" w:hAnsi="Aharoni" w:eastAsia="Aharoni" w:cs="Aharoni"/>
          <w:b w:val="1"/>
          <w:bCs w:val="1"/>
          <w:i w:val="0"/>
          <w:iCs w:val="0"/>
          <w:color w:val="3ACCBA"/>
          <w:sz w:val="32"/>
          <w:szCs w:val="32"/>
          <w:lang w:val="nl-NL"/>
        </w:rPr>
        <w:t>Fantaseer over je wensen</w:t>
      </w:r>
    </w:p>
    <w:p w:rsidR="00A06732" w:rsidP="5763930C" w:rsidRDefault="00A06732" w14:paraId="4E921497" w14:textId="1936A55D">
      <w:pPr>
        <w:pStyle w:val="Standaard"/>
        <w:rPr>
          <w:rFonts w:ascii="Calibri" w:hAnsi="Calibri" w:cs="Calibri"/>
          <w:lang w:val="nl-NL"/>
        </w:rPr>
      </w:pPr>
      <w:r w:rsidRPr="5763930C" w:rsidR="00A06732">
        <w:rPr>
          <w:rFonts w:ascii="Dubai" w:hAnsi="Dubai" w:eastAsia="Dubai" w:cs="Dubai"/>
          <w:color w:val="2F023B"/>
          <w:lang w:val="nl-NL"/>
        </w:rPr>
        <w:t>Soms helpt het om zonder oordeel na te denken over wensen en dromen.</w:t>
      </w:r>
      <w:r w:rsidRPr="5763930C" w:rsidR="00A06732">
        <w:rPr>
          <w:rFonts w:ascii="Dubai" w:hAnsi="Dubai" w:eastAsia="Dubai" w:cs="Dubai"/>
          <w:color w:val="2F023B"/>
          <w:lang w:val="nl-NL"/>
        </w:rPr>
        <w:t xml:space="preserve"> Hier kan je ze opschrijven.</w:t>
      </w:r>
      <w:r w:rsidRPr="5763930C" w:rsidR="00B272C1">
        <w:rPr>
          <w:rFonts w:ascii="Dubai" w:hAnsi="Dubai" w:eastAsia="Dubai" w:cs="Dubai"/>
          <w:color w:val="2F023B"/>
          <w:lang w:val="nl-NL"/>
        </w:rPr>
        <w:t xml:space="preserve"> </w:t>
      </w:r>
      <w:r w:rsidRPr="5763930C" w:rsidR="00B272C1">
        <w:rPr>
          <w:rFonts w:ascii="Dubai" w:hAnsi="Dubai" w:eastAsia="Dubai" w:cs="Dubai"/>
          <w:color w:val="2F023B"/>
          <w:lang w:val="nl-NL"/>
        </w:rPr>
        <w:t>Er zijn geen foute antwoorden. Het gaat niet om plannen maken, maar om ontdekken wat jou raakt.</w:t>
      </w:r>
      <w:r>
        <w:br/>
      </w:r>
    </w:p>
    <w:p w:rsidRPr="00B272C1" w:rsidR="00B272C1" w:rsidP="10B8AAB3" w:rsidRDefault="00B272C1" w14:paraId="1BED1C5A" w14:textId="77777777">
      <w:pPr>
        <w:spacing w:after="160" w:line="278" w:lineRule="auto"/>
        <w:rPr>
          <w:rFonts w:ascii="Dubai" w:hAnsi="Dubai" w:eastAsia="Dubai" w:cs="Dubai"/>
          <w:b w:val="1"/>
          <w:bCs w:val="1"/>
          <w:color w:val="6A25D0"/>
          <w:lang w:val="nl-NL"/>
        </w:rPr>
      </w:pPr>
      <w:r w:rsidRPr="1417CBC2" w:rsidR="00B272C1">
        <w:rPr>
          <w:rFonts w:ascii="Dubai" w:hAnsi="Dubai" w:eastAsia="Dubai" w:cs="Dubai"/>
          <w:b w:val="1"/>
          <w:bCs w:val="1"/>
          <w:color w:val="6A25D0"/>
          <w:lang w:val="nl-NL"/>
        </w:rPr>
        <w:t>Waar word ik blij van?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417CBC2" w:rsidTr="1417CBC2" w14:paraId="72BFF5E3">
        <w:trPr>
          <w:trHeight w:val="300"/>
        </w:trPr>
        <w:tc>
          <w:tcPr>
            <w:tcW w:w="8640" w:type="dxa"/>
            <w:tcMar/>
          </w:tcPr>
          <w:p w:rsidR="3A7AA724" w:rsidP="1417CBC2" w:rsidRDefault="3A7AA724" w14:paraId="4890F086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7AA72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7AA724" w:rsidP="1417CBC2" w:rsidRDefault="3A7AA724" w14:paraId="37059BFE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7AA72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7AA724" w:rsidP="1417CBC2" w:rsidRDefault="3A7AA724" w14:paraId="5F311E26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7AA72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7AA724" w:rsidP="1417CBC2" w:rsidRDefault="3A7AA724" w14:paraId="21754660" w14:textId="3581145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7AA72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417CBC2" w:rsidP="1417CBC2" w:rsidRDefault="1417CBC2" w14:paraId="1C64EA6D" w14:textId="54659D25">
      <w:pPr>
        <w:pStyle w:val="Standaard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lang w:val="nl-NL"/>
        </w:rPr>
      </w:pPr>
    </w:p>
    <w:p w:rsidRPr="00B272C1" w:rsidR="00B272C1" w:rsidP="1417CBC2" w:rsidRDefault="00B272C1" w14:paraId="72655B45" w14:textId="77777777">
      <w:pPr>
        <w:spacing w:after="160" w:line="278" w:lineRule="auto"/>
        <w:ind w:left="0"/>
        <w:rPr>
          <w:rFonts w:ascii="Dubai" w:hAnsi="Dubai" w:eastAsia="Dubai" w:cs="Dubai"/>
          <w:b w:val="1"/>
          <w:bCs w:val="1"/>
          <w:color w:val="6A25D0"/>
          <w:lang w:val="nl-NL"/>
        </w:rPr>
      </w:pPr>
      <w:r w:rsidRPr="1417CBC2" w:rsidR="00B272C1">
        <w:rPr>
          <w:rFonts w:ascii="Dubai" w:hAnsi="Dubai" w:eastAsia="Dubai" w:cs="Dubai"/>
          <w:b w:val="1"/>
          <w:bCs w:val="1"/>
          <w:color w:val="6A25D0"/>
          <w:lang w:val="nl-NL"/>
        </w:rPr>
        <w:t>Wat zou ik doen als geld geen probleem was?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417CBC2" w:rsidTr="1417CBC2" w14:paraId="240EB87B">
        <w:trPr>
          <w:trHeight w:val="300"/>
        </w:trPr>
        <w:tc>
          <w:tcPr>
            <w:tcW w:w="8640" w:type="dxa"/>
            <w:tcMar/>
          </w:tcPr>
          <w:p w:rsidR="03EFAA72" w:rsidP="1417CBC2" w:rsidRDefault="03EFAA72" w14:paraId="7940DD42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3EFAA7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3EFAA72" w:rsidP="1417CBC2" w:rsidRDefault="03EFAA72" w14:paraId="3926B5D3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3EFAA7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3EFAA72" w:rsidP="1417CBC2" w:rsidRDefault="03EFAA72" w14:paraId="71A85FA0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3EFAA7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3EFAA72" w:rsidP="1417CBC2" w:rsidRDefault="03EFAA72" w14:paraId="0E6620D4" w14:textId="0F80F328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3EFAA7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417CBC2" w:rsidP="1417CBC2" w:rsidRDefault="1417CBC2" w14:paraId="4C88581E" w14:textId="02E074AB">
      <w:pPr>
        <w:pStyle w:val="Standaard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lang w:val="nl-NL"/>
        </w:rPr>
      </w:pPr>
    </w:p>
    <w:p w:rsidRPr="00B272C1" w:rsidR="00B272C1" w:rsidP="1417CBC2" w:rsidRDefault="00B272C1" w14:paraId="356B5736" w14:textId="22D746EA">
      <w:pPr>
        <w:spacing w:after="160" w:line="278" w:lineRule="auto"/>
        <w:ind w:left="0"/>
        <w:rPr>
          <w:rFonts w:ascii="Dubai" w:hAnsi="Dubai" w:eastAsia="Dubai" w:cs="Dubai"/>
          <w:b w:val="1"/>
          <w:bCs w:val="1"/>
          <w:color w:val="6A25D0"/>
          <w:lang w:val="nl-NL"/>
        </w:rPr>
      </w:pPr>
      <w:r w:rsidRPr="1417CBC2" w:rsidR="00B272C1">
        <w:rPr>
          <w:rFonts w:ascii="Dubai" w:hAnsi="Dubai" w:eastAsia="Dubai" w:cs="Dubai"/>
          <w:b w:val="1"/>
          <w:bCs w:val="1"/>
          <w:color w:val="6A25D0"/>
          <w:lang w:val="nl-NL"/>
        </w:rPr>
        <w:t>Waar zou ik meer tijd aan willen besteden?</w:t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8640"/>
      </w:tblGrid>
      <w:tr w:rsidR="1417CBC2" w:rsidTr="1417CBC2" w14:paraId="5DEC8283">
        <w:trPr>
          <w:trHeight w:val="300"/>
        </w:trPr>
        <w:tc>
          <w:tcPr>
            <w:tcW w:w="8640" w:type="dxa"/>
            <w:tcBorders>
              <w:top w:val="dashed" w:color="6A25D0" w:sz="2"/>
              <w:left w:val="dashed" w:color="6A25D0" w:sz="2"/>
              <w:bottom w:val="dashed" w:color="6A25D0" w:sz="2"/>
              <w:right w:val="dashed" w:color="6A25D0" w:sz="2"/>
            </w:tcBorders>
            <w:tcMar/>
          </w:tcPr>
          <w:p w:rsidR="00DF6AFF" w:rsidP="1417CBC2" w:rsidRDefault="00DF6AFF" w14:paraId="6491D09F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0DF6AF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0DF6AFF" w:rsidP="1417CBC2" w:rsidRDefault="00DF6AFF" w14:paraId="3B4D16EA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0DF6AF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0DF6AFF" w:rsidP="1417CBC2" w:rsidRDefault="00DF6AFF" w14:paraId="624AE41C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0DF6AF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0DF6AFF" w:rsidP="1417CBC2" w:rsidRDefault="00DF6AFF" w14:paraId="0F8E9459" w14:textId="4CD7B31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0DF6AF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417CBC2" w:rsidP="1417CBC2" w:rsidRDefault="1417CBC2" w14:paraId="7945D346" w14:textId="2675997B">
      <w:pPr>
        <w:pStyle w:val="Standaard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lang w:val="nl-NL"/>
        </w:rPr>
      </w:pPr>
    </w:p>
    <w:p w:rsidRPr="00B272C1" w:rsidR="00B272C1" w:rsidP="1417CBC2" w:rsidRDefault="00B272C1" w14:paraId="71FD70E1" w14:textId="1A112502">
      <w:pPr>
        <w:spacing w:after="160" w:line="278" w:lineRule="auto"/>
        <w:ind w:left="0"/>
        <w:rPr>
          <w:rFonts w:ascii="Dubai" w:hAnsi="Dubai" w:eastAsia="Dubai" w:cs="Dubai"/>
          <w:b w:val="1"/>
          <w:bCs w:val="1"/>
          <w:color w:val="6A25D0"/>
          <w:lang w:val="nl-NL"/>
        </w:rPr>
      </w:pPr>
      <w:r w:rsidRPr="1417CBC2" w:rsidR="00B272C1">
        <w:rPr>
          <w:rFonts w:ascii="Dubai" w:hAnsi="Dubai" w:eastAsia="Dubai" w:cs="Dubai"/>
          <w:b w:val="1"/>
          <w:bCs w:val="1"/>
          <w:color w:val="6A25D0"/>
          <w:lang w:val="nl-NL"/>
        </w:rPr>
        <w:t>Wat vind ik echt belangrijk?</w:t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8640"/>
      </w:tblGrid>
      <w:tr w:rsidR="1417CBC2" w:rsidTr="1417CBC2" w14:paraId="535D76E8">
        <w:trPr>
          <w:trHeight w:val="300"/>
        </w:trPr>
        <w:tc>
          <w:tcPr>
            <w:tcW w:w="8640" w:type="dxa"/>
            <w:tcBorders>
              <w:top w:val="dashed" w:color="6A25D0" w:sz="2"/>
              <w:left w:val="dashed" w:color="6A25D0" w:sz="2"/>
              <w:bottom w:val="dashed" w:color="6A25D0" w:sz="2"/>
              <w:right w:val="dashed" w:color="6A25D0" w:sz="2"/>
            </w:tcBorders>
            <w:tcMar/>
          </w:tcPr>
          <w:p w:rsidR="6F42F5DE" w:rsidP="1417CBC2" w:rsidRDefault="6F42F5DE" w14:paraId="05525C0A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F42F5D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F42F5DE" w:rsidP="1417CBC2" w:rsidRDefault="6F42F5DE" w14:paraId="287F29C9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F42F5D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F42F5DE" w:rsidP="1417CBC2" w:rsidRDefault="6F42F5DE" w14:paraId="38DD6D4C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F42F5D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F42F5DE" w:rsidP="1417CBC2" w:rsidRDefault="6F42F5DE" w14:paraId="50E5C2F6" w14:textId="08FB3D7C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F42F5D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B32F50A" w:rsidP="1417CBC2" w:rsidRDefault="7B32F50A" w14:paraId="08C4D76D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7B32F50A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B32F50A" w:rsidP="1417CBC2" w:rsidRDefault="7B32F50A" w14:paraId="39FD6378" w14:textId="2E61BB11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7B32F50A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417CBC2" w:rsidP="1417CBC2" w:rsidRDefault="1417CBC2" w14:paraId="219F337E" w14:textId="35896A4F">
      <w:pPr>
        <w:pStyle w:val="Standaard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lang w:val="nl-NL"/>
        </w:rPr>
      </w:pPr>
    </w:p>
    <w:p w:rsidRPr="00B272C1" w:rsidR="00B272C1" w:rsidP="1417CBC2" w:rsidRDefault="00B272C1" w14:paraId="22E065C5" w14:textId="1B7CFC8F">
      <w:pPr>
        <w:spacing w:after="160" w:line="278" w:lineRule="auto"/>
        <w:ind w:left="0"/>
        <w:rPr>
          <w:rFonts w:ascii="Dubai" w:hAnsi="Dubai" w:eastAsia="Dubai" w:cs="Dubai"/>
          <w:b w:val="1"/>
          <w:bCs w:val="1"/>
          <w:color w:val="6A25D0"/>
          <w:lang w:val="nl-NL"/>
        </w:rPr>
      </w:pPr>
      <w:r w:rsidRPr="1417CBC2" w:rsidR="00B272C1">
        <w:rPr>
          <w:rFonts w:ascii="Dubai" w:hAnsi="Dubai" w:eastAsia="Dubai" w:cs="Dubai"/>
          <w:b w:val="1"/>
          <w:bCs w:val="1"/>
          <w:color w:val="6A25D0"/>
          <w:lang w:val="nl-NL"/>
        </w:rPr>
        <w:t>Wat mis ik nu het meest?</w:t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8640"/>
      </w:tblGrid>
      <w:tr w:rsidR="1417CBC2" w:rsidTr="1417CBC2" w14:paraId="481C1068">
        <w:trPr>
          <w:trHeight w:val="300"/>
        </w:trPr>
        <w:tc>
          <w:tcPr>
            <w:tcW w:w="8640" w:type="dxa"/>
            <w:tcBorders>
              <w:top w:val="dashed" w:color="6A25D0" w:sz="2"/>
              <w:left w:val="dashed" w:color="6A25D0" w:sz="2"/>
              <w:bottom w:val="dashed" w:color="6A25D0" w:sz="2"/>
              <w:right w:val="dashed" w:color="6A25D0" w:sz="2"/>
            </w:tcBorders>
            <w:tcMar/>
          </w:tcPr>
          <w:p w:rsidR="0BE5365F" w:rsidP="1417CBC2" w:rsidRDefault="0BE5365F" w14:paraId="5C98997A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BE5365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BE5365F" w:rsidP="1417CBC2" w:rsidRDefault="0BE5365F" w14:paraId="40EE65C5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BE5365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BE5365F" w:rsidP="1417CBC2" w:rsidRDefault="0BE5365F" w14:paraId="268FCB3B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BE5365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BE5365F" w:rsidP="1417CBC2" w:rsidRDefault="0BE5365F" w14:paraId="798B0A86" w14:textId="5D7C627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BE5365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417CBC2" w:rsidP="1417CBC2" w:rsidRDefault="1417CBC2" w14:paraId="7794DF9A" w14:textId="4B88871E">
      <w:pPr>
        <w:pStyle w:val="Standaard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lang w:val="nl-NL"/>
        </w:rPr>
      </w:pPr>
    </w:p>
    <w:p w:rsidRPr="00B272C1" w:rsidR="00B272C1" w:rsidP="1417CBC2" w:rsidRDefault="00B272C1" w14:paraId="15ACFE20" w14:textId="0C0CEB98">
      <w:pPr>
        <w:pStyle w:val="Standaard"/>
        <w:spacing w:after="160" w:line="278" w:lineRule="auto"/>
        <w:ind w:left="0"/>
        <w:rPr>
          <w:rFonts w:ascii="Dubai" w:hAnsi="Dubai" w:eastAsia="Dubai" w:cs="Dubai"/>
          <w:b w:val="1"/>
          <w:bCs w:val="1"/>
          <w:color w:val="6A25D0"/>
          <w:lang w:val="nl-NL"/>
        </w:rPr>
      </w:pPr>
      <w:r w:rsidRPr="1417CBC2" w:rsidR="00B272C1">
        <w:rPr>
          <w:rFonts w:ascii="Dubai" w:hAnsi="Dubai" w:eastAsia="Dubai" w:cs="Dubai"/>
          <w:b w:val="1"/>
          <w:bCs w:val="1"/>
          <w:color w:val="6A25D0"/>
          <w:lang w:val="nl-NL"/>
        </w:rPr>
        <w:t>Hoe zou ik willen dat mijn leven eruitziet?</w:t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8640"/>
      </w:tblGrid>
      <w:tr w:rsidR="1417CBC2" w:rsidTr="1417CBC2" w14:paraId="705A946B">
        <w:trPr>
          <w:trHeight w:val="300"/>
        </w:trPr>
        <w:tc>
          <w:tcPr>
            <w:tcW w:w="8640" w:type="dxa"/>
            <w:tcBorders>
              <w:top w:val="dashed" w:color="6A25D0" w:sz="2"/>
              <w:left w:val="dashed" w:color="6A25D0" w:sz="2"/>
              <w:bottom w:val="dashed" w:color="6A25D0" w:sz="2"/>
              <w:right w:val="dashed" w:color="6A25D0" w:sz="2"/>
            </w:tcBorders>
            <w:tcMar/>
          </w:tcPr>
          <w:p w:rsidR="444B4003" w:rsidP="1417CBC2" w:rsidRDefault="444B4003" w14:paraId="6B843C4E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444B400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444B4003" w:rsidP="1417CBC2" w:rsidRDefault="444B4003" w14:paraId="4D4686FB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444B400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444B4003" w:rsidP="1417CBC2" w:rsidRDefault="444B4003" w14:paraId="3B1499C8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444B400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444B4003" w:rsidP="1417CBC2" w:rsidRDefault="444B4003" w14:paraId="6AD536F6" w14:textId="4D7D68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444B400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19C68E" w:rsidP="1417CBC2" w:rsidRDefault="3A19C68E" w14:paraId="4A3ADB01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19C68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19C68E" w:rsidP="1417CBC2" w:rsidRDefault="3A19C68E" w14:paraId="20D80FC5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19C68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19C68E" w:rsidP="1417CBC2" w:rsidRDefault="3A19C68E" w14:paraId="535457B9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19C68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19C68E" w:rsidP="1417CBC2" w:rsidRDefault="3A19C68E" w14:paraId="22834740" w14:textId="3581145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19C68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19C68E" w:rsidP="1417CBC2" w:rsidRDefault="3A19C68E" w14:paraId="37BBC546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19C68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19C68E" w:rsidP="1417CBC2" w:rsidRDefault="3A19C68E" w14:paraId="21C04950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19C68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19C68E" w:rsidP="1417CBC2" w:rsidRDefault="3A19C68E" w14:paraId="0D7532AF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19C68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A19C68E" w:rsidP="1417CBC2" w:rsidRDefault="3A19C68E" w14:paraId="067B26F2" w14:textId="5732E111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A19C68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417CBC2" w:rsidP="1417CBC2" w:rsidRDefault="1417CBC2" w14:paraId="0611A0FD" w14:textId="50BAEF31">
      <w:pPr>
        <w:pStyle w:val="Standaard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lang w:val="nl-NL"/>
        </w:rPr>
      </w:pPr>
    </w:p>
    <w:p w:rsidRPr="00B272C1" w:rsidR="00B272C1" w:rsidP="1417CBC2" w:rsidRDefault="00B272C1" w14:paraId="289DD703" w14:textId="5F25008E">
      <w:pPr>
        <w:spacing w:after="160" w:line="278" w:lineRule="auto"/>
        <w:ind w:left="0"/>
        <w:rPr>
          <w:rFonts w:ascii="Dubai" w:hAnsi="Dubai" w:eastAsia="Dubai" w:cs="Dubai"/>
          <w:b w:val="1"/>
          <w:bCs w:val="1"/>
          <w:color w:val="6A25D0"/>
          <w:lang w:val="nl-NL"/>
        </w:rPr>
      </w:pPr>
      <w:r w:rsidRPr="1417CBC2" w:rsidR="00B272C1">
        <w:rPr>
          <w:rFonts w:ascii="Dubai" w:hAnsi="Dubai" w:eastAsia="Dubai" w:cs="Dubai"/>
          <w:b w:val="1"/>
          <w:bCs w:val="1"/>
          <w:color w:val="6A25D0"/>
          <w:lang w:val="nl-NL"/>
        </w:rPr>
        <w:t>Stel je leven is over 5 jaar 10% beter — wat is er dan anders?</w:t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8640"/>
      </w:tblGrid>
      <w:tr w:rsidR="1417CBC2" w:rsidTr="1417CBC2" w14:paraId="632A2C5D">
        <w:trPr>
          <w:trHeight w:val="300"/>
        </w:trPr>
        <w:tc>
          <w:tcPr>
            <w:tcW w:w="8640" w:type="dxa"/>
            <w:tcBorders>
              <w:top w:val="dashed" w:color="6A25D0" w:sz="2"/>
              <w:left w:val="dashed" w:color="6A25D0" w:sz="2"/>
              <w:bottom w:val="dashed" w:color="6A25D0" w:sz="2"/>
              <w:right w:val="dashed" w:color="6A25D0" w:sz="2"/>
            </w:tcBorders>
            <w:tcMar/>
          </w:tcPr>
          <w:p w:rsidR="288FCE74" w:rsidP="1417CBC2" w:rsidRDefault="288FCE74" w14:paraId="0560C69F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288FCE7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88FCE74" w:rsidP="1417CBC2" w:rsidRDefault="288FCE74" w14:paraId="0862E64B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288FCE7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88FCE74" w:rsidP="1417CBC2" w:rsidRDefault="288FCE74" w14:paraId="60632C83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288FCE7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88FCE74" w:rsidP="1417CBC2" w:rsidRDefault="288FCE74" w14:paraId="078BD903" w14:textId="3581145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288FCE7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88FCE74" w:rsidP="1417CBC2" w:rsidRDefault="288FCE74" w14:paraId="1F6EF605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288FCE7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88FCE74" w:rsidP="1417CBC2" w:rsidRDefault="288FCE74" w14:paraId="78F247E9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288FCE7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88FCE74" w:rsidP="1417CBC2" w:rsidRDefault="288FCE74" w14:paraId="56C06127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288FCE7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88FCE74" w:rsidP="1417CBC2" w:rsidRDefault="288FCE74" w14:paraId="17774DEE" w14:textId="3043F9E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288FCE7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Pr="002445A9" w:rsidR="00DB7190" w:rsidP="00B272C1" w:rsidRDefault="00DB7190" w14:paraId="60A8E911" w14:textId="00FE3CC1">
      <w:pPr>
        <w:rPr>
          <w:rFonts w:ascii="Calibri" w:hAnsi="Calibri" w:cs="Calibri"/>
          <w:sz w:val="24"/>
          <w:szCs w:val="24"/>
          <w:lang w:val="nl-NL"/>
        </w:rPr>
      </w:pPr>
    </w:p>
    <w:sectPr w:rsidRPr="002445A9" w:rsidR="00DB7190" w:rsidSect="00034616">
      <w:pgSz w:w="12240" w:h="15840" w:orient="portrait"/>
      <w:pgMar w:top="1440" w:right="1800" w:bottom="1440" w:left="1800" w:header="720" w:footer="720" w:gutter="0"/>
      <w:cols w:space="720"/>
      <w:docGrid w:linePitch="360"/>
      <w:headerReference w:type="default" r:id="Rbc1a5a025dfd4e70"/>
      <w:footerReference w:type="default" r:id="R0a1eff187999486f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53749E5A">
      <w:trPr>
        <w:trHeight w:val="300"/>
      </w:trPr>
      <w:tc>
        <w:tcPr>
          <w:tcW w:w="2880" w:type="dxa"/>
          <w:tcMar/>
        </w:tcPr>
        <w:p w:rsidR="10B8AAB3" w:rsidP="10B8AAB3" w:rsidRDefault="10B8AAB3" w14:paraId="72AB9F13" w14:textId="692E00C3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end"/>
          </w:r>
        </w:p>
      </w:tc>
      <w:tc>
        <w:tcPr>
          <w:tcW w:w="2880" w:type="dxa"/>
          <w:tcMar/>
        </w:tcPr>
        <w:p w:rsidR="10B8AAB3" w:rsidP="10B8AAB3" w:rsidRDefault="10B8AAB3" w14:paraId="3D541372" w14:textId="38D452E7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586BFC77" w14:textId="2D46E62C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t>De Mindgym</w:t>
          </w:r>
        </w:p>
      </w:tc>
    </w:tr>
  </w:tbl>
  <w:p w:rsidR="10B8AAB3" w:rsidP="10B8AAB3" w:rsidRDefault="10B8AAB3" w14:paraId="73025C88" w14:textId="5ED280B1">
    <w:pPr>
      <w:pStyle w:val="Voettekst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116576E2">
      <w:trPr>
        <w:trHeight w:val="300"/>
      </w:trPr>
      <w:tc>
        <w:tcPr>
          <w:tcW w:w="2880" w:type="dxa"/>
          <w:tcMar/>
        </w:tcPr>
        <w:p w:rsidR="10B8AAB3" w:rsidP="10B8AAB3" w:rsidRDefault="10B8AAB3" w14:paraId="44D23EA1" w14:textId="52A51CD7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FF MENTAAL</w:t>
          </w:r>
        </w:p>
      </w:tc>
      <w:tc>
        <w:tcPr>
          <w:tcW w:w="2880" w:type="dxa"/>
          <w:tcMar/>
        </w:tcPr>
        <w:p w:rsidR="10B8AAB3" w:rsidP="10B8AAB3" w:rsidRDefault="10B8AAB3" w14:paraId="7CD473A0" w14:textId="3395152A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0BC1DFC8" w14:textId="37A73A3E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Oefeningen</w:t>
          </w:r>
        </w:p>
      </w:tc>
    </w:tr>
  </w:tbl>
  <w:p w:rsidR="10B8AAB3" w:rsidP="10B8AAB3" w:rsidRDefault="10B8AAB3" w14:paraId="39EFA188" w14:textId="571401CA">
    <w:pPr>
      <w:pStyle w:val="Ko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1793D08"/>
    <w:multiLevelType w:val="multilevel"/>
    <w:tmpl w:val="3DA2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05A5751"/>
    <w:multiLevelType w:val="multilevel"/>
    <w:tmpl w:val="1BBA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8E47E7F"/>
    <w:multiLevelType w:val="multilevel"/>
    <w:tmpl w:val="45D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DF2708E"/>
    <w:multiLevelType w:val="hybridMultilevel"/>
    <w:tmpl w:val="408460D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BD43BB"/>
    <w:multiLevelType w:val="hybridMultilevel"/>
    <w:tmpl w:val="A858E72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7357787">
    <w:abstractNumId w:val="8"/>
  </w:num>
  <w:num w:numId="2" w16cid:durableId="268897533">
    <w:abstractNumId w:val="6"/>
  </w:num>
  <w:num w:numId="3" w16cid:durableId="614755075">
    <w:abstractNumId w:val="5"/>
  </w:num>
  <w:num w:numId="4" w16cid:durableId="653872448">
    <w:abstractNumId w:val="4"/>
  </w:num>
  <w:num w:numId="5" w16cid:durableId="489638032">
    <w:abstractNumId w:val="7"/>
  </w:num>
  <w:num w:numId="6" w16cid:durableId="1276137729">
    <w:abstractNumId w:val="3"/>
  </w:num>
  <w:num w:numId="7" w16cid:durableId="606617021">
    <w:abstractNumId w:val="2"/>
  </w:num>
  <w:num w:numId="8" w16cid:durableId="613054337">
    <w:abstractNumId w:val="1"/>
  </w:num>
  <w:num w:numId="9" w16cid:durableId="1719620440">
    <w:abstractNumId w:val="0"/>
  </w:num>
  <w:num w:numId="10" w16cid:durableId="508526258">
    <w:abstractNumId w:val="10"/>
  </w:num>
  <w:num w:numId="11" w16cid:durableId="1250625903">
    <w:abstractNumId w:val="12"/>
  </w:num>
  <w:num w:numId="12" w16cid:durableId="516431341">
    <w:abstractNumId w:val="13"/>
  </w:num>
  <w:num w:numId="13" w16cid:durableId="1348369569">
    <w:abstractNumId w:val="11"/>
  </w:num>
  <w:num w:numId="14" w16cid:durableId="1342201504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D42"/>
    <w:rsid w:val="00034616"/>
    <w:rsid w:val="0003630E"/>
    <w:rsid w:val="0006063C"/>
    <w:rsid w:val="000A09F9"/>
    <w:rsid w:val="00147BB2"/>
    <w:rsid w:val="0015074B"/>
    <w:rsid w:val="00165A5F"/>
    <w:rsid w:val="002445A9"/>
    <w:rsid w:val="00250DEE"/>
    <w:rsid w:val="002802C6"/>
    <w:rsid w:val="0029639D"/>
    <w:rsid w:val="00326F90"/>
    <w:rsid w:val="003A1324"/>
    <w:rsid w:val="003E4889"/>
    <w:rsid w:val="003F6B35"/>
    <w:rsid w:val="00445292"/>
    <w:rsid w:val="006212BE"/>
    <w:rsid w:val="006358A1"/>
    <w:rsid w:val="00675EDD"/>
    <w:rsid w:val="006B0320"/>
    <w:rsid w:val="006C08A5"/>
    <w:rsid w:val="006F1A4B"/>
    <w:rsid w:val="0072008E"/>
    <w:rsid w:val="007B641F"/>
    <w:rsid w:val="00813CA5"/>
    <w:rsid w:val="0082018F"/>
    <w:rsid w:val="008B74C4"/>
    <w:rsid w:val="00997D15"/>
    <w:rsid w:val="00A06732"/>
    <w:rsid w:val="00A27359"/>
    <w:rsid w:val="00A28BA5"/>
    <w:rsid w:val="00AA1D8D"/>
    <w:rsid w:val="00AC4968"/>
    <w:rsid w:val="00B272C1"/>
    <w:rsid w:val="00B47730"/>
    <w:rsid w:val="00B71499"/>
    <w:rsid w:val="00B92CDB"/>
    <w:rsid w:val="00BC097C"/>
    <w:rsid w:val="00C40729"/>
    <w:rsid w:val="00CB0664"/>
    <w:rsid w:val="00CB2B46"/>
    <w:rsid w:val="00CE277E"/>
    <w:rsid w:val="00CECA44"/>
    <w:rsid w:val="00CECA44"/>
    <w:rsid w:val="00CF06F4"/>
    <w:rsid w:val="00D3319E"/>
    <w:rsid w:val="00D73BFC"/>
    <w:rsid w:val="00DB7190"/>
    <w:rsid w:val="00DF6AFF"/>
    <w:rsid w:val="00DF73FC"/>
    <w:rsid w:val="00E25A39"/>
    <w:rsid w:val="00F7250B"/>
    <w:rsid w:val="00FA23C2"/>
    <w:rsid w:val="00FC693F"/>
    <w:rsid w:val="015D86D9"/>
    <w:rsid w:val="033D2160"/>
    <w:rsid w:val="03998FC5"/>
    <w:rsid w:val="03B1D08D"/>
    <w:rsid w:val="03EFAA72"/>
    <w:rsid w:val="04DC5827"/>
    <w:rsid w:val="0567F89E"/>
    <w:rsid w:val="074114E5"/>
    <w:rsid w:val="08C0F3F1"/>
    <w:rsid w:val="0925E645"/>
    <w:rsid w:val="09747967"/>
    <w:rsid w:val="09C56B97"/>
    <w:rsid w:val="0A20CF70"/>
    <w:rsid w:val="0BE5365F"/>
    <w:rsid w:val="0C25E4BD"/>
    <w:rsid w:val="0C64AE95"/>
    <w:rsid w:val="0C819F9B"/>
    <w:rsid w:val="0C8ACF5D"/>
    <w:rsid w:val="0CFF6EDB"/>
    <w:rsid w:val="0DD67ADD"/>
    <w:rsid w:val="0E5578D0"/>
    <w:rsid w:val="0F40CE48"/>
    <w:rsid w:val="0F40CE48"/>
    <w:rsid w:val="0F5F2FF3"/>
    <w:rsid w:val="100AC9B5"/>
    <w:rsid w:val="107FC62B"/>
    <w:rsid w:val="10B8AAB3"/>
    <w:rsid w:val="1175AC0E"/>
    <w:rsid w:val="11D1E016"/>
    <w:rsid w:val="12049447"/>
    <w:rsid w:val="122F57AC"/>
    <w:rsid w:val="12BA9956"/>
    <w:rsid w:val="1394150D"/>
    <w:rsid w:val="1417CBC2"/>
    <w:rsid w:val="1419F857"/>
    <w:rsid w:val="154392A8"/>
    <w:rsid w:val="15A87AE2"/>
    <w:rsid w:val="1640D3B6"/>
    <w:rsid w:val="1661324F"/>
    <w:rsid w:val="16ADC119"/>
    <w:rsid w:val="16DF6532"/>
    <w:rsid w:val="17279BC2"/>
    <w:rsid w:val="185E8AED"/>
    <w:rsid w:val="1929A3FE"/>
    <w:rsid w:val="19F85614"/>
    <w:rsid w:val="1AECD264"/>
    <w:rsid w:val="1B038BBC"/>
    <w:rsid w:val="1C549B3A"/>
    <w:rsid w:val="1D62F8F0"/>
    <w:rsid w:val="1E3E93B0"/>
    <w:rsid w:val="1EA311B2"/>
    <w:rsid w:val="1EFDD9CB"/>
    <w:rsid w:val="1F8C33D7"/>
    <w:rsid w:val="1FE7972C"/>
    <w:rsid w:val="2050F37E"/>
    <w:rsid w:val="20C1FF88"/>
    <w:rsid w:val="21C458A0"/>
    <w:rsid w:val="22ED8083"/>
    <w:rsid w:val="2400B9D3"/>
    <w:rsid w:val="248DB995"/>
    <w:rsid w:val="2628003F"/>
    <w:rsid w:val="27385C34"/>
    <w:rsid w:val="275B285C"/>
    <w:rsid w:val="27C0E8C7"/>
    <w:rsid w:val="284E383C"/>
    <w:rsid w:val="288FCE74"/>
    <w:rsid w:val="28A83FF8"/>
    <w:rsid w:val="28DB4BB2"/>
    <w:rsid w:val="29944DAA"/>
    <w:rsid w:val="2B008E67"/>
    <w:rsid w:val="2B88CB8B"/>
    <w:rsid w:val="2C64019D"/>
    <w:rsid w:val="2C64019D"/>
    <w:rsid w:val="2FC0B15E"/>
    <w:rsid w:val="3051D6E5"/>
    <w:rsid w:val="3079F497"/>
    <w:rsid w:val="308E2454"/>
    <w:rsid w:val="312B048F"/>
    <w:rsid w:val="322DCBB3"/>
    <w:rsid w:val="32AC78F3"/>
    <w:rsid w:val="33AB862C"/>
    <w:rsid w:val="33AF8A19"/>
    <w:rsid w:val="3418BB5B"/>
    <w:rsid w:val="34219B73"/>
    <w:rsid w:val="346C0D03"/>
    <w:rsid w:val="36BF6B5B"/>
    <w:rsid w:val="371FAE14"/>
    <w:rsid w:val="37407A90"/>
    <w:rsid w:val="38046454"/>
    <w:rsid w:val="381192EE"/>
    <w:rsid w:val="38685F83"/>
    <w:rsid w:val="3A19C68E"/>
    <w:rsid w:val="3A3D7AE7"/>
    <w:rsid w:val="3A3D7AE7"/>
    <w:rsid w:val="3A7AA724"/>
    <w:rsid w:val="3B6803CC"/>
    <w:rsid w:val="3BF5F48F"/>
    <w:rsid w:val="3C3B972A"/>
    <w:rsid w:val="3C942C50"/>
    <w:rsid w:val="3DC8479E"/>
    <w:rsid w:val="3EB0D2A9"/>
    <w:rsid w:val="3EB0D2A9"/>
    <w:rsid w:val="3EB2196A"/>
    <w:rsid w:val="3F06A386"/>
    <w:rsid w:val="3F270DEA"/>
    <w:rsid w:val="3F28F608"/>
    <w:rsid w:val="4052BC29"/>
    <w:rsid w:val="412A10D9"/>
    <w:rsid w:val="41A7ED9B"/>
    <w:rsid w:val="41CA8B4D"/>
    <w:rsid w:val="4357EBF4"/>
    <w:rsid w:val="43B457A6"/>
    <w:rsid w:val="444B4003"/>
    <w:rsid w:val="4571AD85"/>
    <w:rsid w:val="45A67A94"/>
    <w:rsid w:val="45AF03A4"/>
    <w:rsid w:val="45D2BB23"/>
    <w:rsid w:val="46742BA6"/>
    <w:rsid w:val="46FEC90E"/>
    <w:rsid w:val="4713F05A"/>
    <w:rsid w:val="48F4728D"/>
    <w:rsid w:val="4A1FE5E0"/>
    <w:rsid w:val="4A24154F"/>
    <w:rsid w:val="4A7EFDF5"/>
    <w:rsid w:val="4B959D6C"/>
    <w:rsid w:val="4C6A3414"/>
    <w:rsid w:val="4D8228DB"/>
    <w:rsid w:val="4DD41900"/>
    <w:rsid w:val="4EFFFB20"/>
    <w:rsid w:val="50BDDE68"/>
    <w:rsid w:val="519839CE"/>
    <w:rsid w:val="51C142B1"/>
    <w:rsid w:val="51F08FD7"/>
    <w:rsid w:val="524C5459"/>
    <w:rsid w:val="54069475"/>
    <w:rsid w:val="545101CC"/>
    <w:rsid w:val="54AE3A2A"/>
    <w:rsid w:val="54E925E4"/>
    <w:rsid w:val="54E925E4"/>
    <w:rsid w:val="5763930C"/>
    <w:rsid w:val="57FFADBA"/>
    <w:rsid w:val="58347ECF"/>
    <w:rsid w:val="5858DE62"/>
    <w:rsid w:val="5923CAC7"/>
    <w:rsid w:val="5AB3947F"/>
    <w:rsid w:val="5B9ECEFC"/>
    <w:rsid w:val="5BA2B9C6"/>
    <w:rsid w:val="5C3A6E7B"/>
    <w:rsid w:val="5DC0CC23"/>
    <w:rsid w:val="5EC549B1"/>
    <w:rsid w:val="61E43E40"/>
    <w:rsid w:val="62939A65"/>
    <w:rsid w:val="63087225"/>
    <w:rsid w:val="6311C0D8"/>
    <w:rsid w:val="63B310B9"/>
    <w:rsid w:val="640F1318"/>
    <w:rsid w:val="64875517"/>
    <w:rsid w:val="650F40EE"/>
    <w:rsid w:val="657B4127"/>
    <w:rsid w:val="665FA976"/>
    <w:rsid w:val="666C4862"/>
    <w:rsid w:val="67854A4B"/>
    <w:rsid w:val="67BA3080"/>
    <w:rsid w:val="68D805CC"/>
    <w:rsid w:val="695696B7"/>
    <w:rsid w:val="6979703D"/>
    <w:rsid w:val="69BA539E"/>
    <w:rsid w:val="6A10F77C"/>
    <w:rsid w:val="6A10F77C"/>
    <w:rsid w:val="6AD28E45"/>
    <w:rsid w:val="6B0A8213"/>
    <w:rsid w:val="6B69AF5D"/>
    <w:rsid w:val="6C06F6D6"/>
    <w:rsid w:val="6C11304C"/>
    <w:rsid w:val="6C3E153E"/>
    <w:rsid w:val="6C9DED6B"/>
    <w:rsid w:val="6DAA5F11"/>
    <w:rsid w:val="6EE64587"/>
    <w:rsid w:val="6F0455F2"/>
    <w:rsid w:val="6F42F5DE"/>
    <w:rsid w:val="70095123"/>
    <w:rsid w:val="70A82FE0"/>
    <w:rsid w:val="70C193DE"/>
    <w:rsid w:val="70C193DE"/>
    <w:rsid w:val="70DE8AA4"/>
    <w:rsid w:val="71E3F541"/>
    <w:rsid w:val="726FEF9C"/>
    <w:rsid w:val="734D776B"/>
    <w:rsid w:val="7496A2E1"/>
    <w:rsid w:val="74C49385"/>
    <w:rsid w:val="74D44B3B"/>
    <w:rsid w:val="758ACE8E"/>
    <w:rsid w:val="758F204A"/>
    <w:rsid w:val="762C4A93"/>
    <w:rsid w:val="7719F60C"/>
    <w:rsid w:val="7767B76D"/>
    <w:rsid w:val="7846CF1E"/>
    <w:rsid w:val="78E7F2D7"/>
    <w:rsid w:val="7993F6E8"/>
    <w:rsid w:val="7B32F50A"/>
    <w:rsid w:val="7CA808C4"/>
    <w:rsid w:val="7CC258CA"/>
    <w:rsid w:val="7CD85389"/>
    <w:rsid w:val="7E0683F6"/>
    <w:rsid w:val="7E70ABD6"/>
    <w:rsid w:val="7E7FBDEE"/>
    <w:rsid w:val="7EA214B5"/>
    <w:rsid w:val="7EB37963"/>
    <w:rsid w:val="7EBD2579"/>
    <w:rsid w:val="7FDEA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26B4F"/>
  <w14:defaultImageDpi w14:val="300"/>
  <w15:docId w15:val="{62799C9F-F68A-4E51-98C8-A295495C61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styleId="Kop1Char" w:customStyle="1">
    <w:name w:val="Kop 1 Char"/>
    <w:basedOn w:val="Standaardalinea-lettertype"/>
    <w:link w:val="Kop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kstChar" w:customStyle="1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styleId="CitaatChar" w:customStyle="1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CE277E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73B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73BFC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D73BF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3BFC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D73B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footer" Target="footer.xml" Id="R0a1eff187999486f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eader" Target="header.xml" Id="Rbc1a5a025dfd4e70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293b70-8f97-4fd5-978c-83b462d73f85">
      <Terms xmlns="http://schemas.microsoft.com/office/infopath/2007/PartnerControls"/>
    </lcf76f155ced4ddcb4097134ff3c332f>
    <TaxCatchAll xmlns="2a1274f1-0e0e-415f-949a-84b334f233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E03CDC047674A95AF517E69A73607" ma:contentTypeVersion="11" ma:contentTypeDescription="Een nieuw document maken." ma:contentTypeScope="" ma:versionID="6207dbbc139fd1c4d864a221fa6cb69c">
  <xsd:schema xmlns:xsd="http://www.w3.org/2001/XMLSchema" xmlns:xs="http://www.w3.org/2001/XMLSchema" xmlns:p="http://schemas.microsoft.com/office/2006/metadata/properties" xmlns:ns2="51202a96-aa28-40a1-8cbe-0a6550b80cd4" xmlns:ns3="8cd1c27d-502e-4417-8070-e5a9b92b0b97" targetNamespace="http://schemas.microsoft.com/office/2006/metadata/properties" ma:root="true" ma:fieldsID="3dfef81f91a0be55bff5d74789225005" ns2:_="" ns3:_="">
    <xsd:import namespace="51202a96-aa28-40a1-8cbe-0a6550b80cd4"/>
    <xsd:import namespace="8cd1c27d-502e-4417-8070-e5a9b92b0b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02a96-aa28-40a1-8cbe-0a6550b80cd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61d27030-5c4b-46bf-8244-78e253c840b5}" ma:internalName="TaxCatchAll" ma:showField="CatchAllData" ma:web="51202a96-aa28-40a1-8cbe-0a6550b80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c27d-502e-4417-8070-e5a9b92b0b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2acaa0d-a40d-4f73-83f1-5bbc08f3a3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D32A4964FDC4D9BDBE318428B2150" ma:contentTypeVersion="17" ma:contentTypeDescription="Een nieuw document maken." ma:contentTypeScope="" ma:versionID="029cf9a34785c47172bc181f90550f3c">
  <xsd:schema xmlns:xsd="http://www.w3.org/2001/XMLSchema" xmlns:xs="http://www.w3.org/2001/XMLSchema" xmlns:p="http://schemas.microsoft.com/office/2006/metadata/properties" xmlns:ns2="86293b70-8f97-4fd5-978c-83b462d73f85" xmlns:ns3="2a1274f1-0e0e-415f-949a-84b334f2333a" targetNamespace="http://schemas.microsoft.com/office/2006/metadata/properties" ma:root="true" ma:fieldsID="2c5633d04b81674766e4e79ed2fc1a85" ns2:_="" ns3:_="">
    <xsd:import namespace="86293b70-8f97-4fd5-978c-83b462d73f85"/>
    <xsd:import namespace="2a1274f1-0e0e-415f-949a-84b334f23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93b70-8f97-4fd5-978c-83b462d73f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5253302-e1c2-438b-bb47-88303090f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274f1-0e0e-415f-949a-84b334f2333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454ddd7-a142-40af-8639-a6a958cfd68c}" ma:internalName="TaxCatchAll" ma:showField="CatchAllData" ma:web="2a1274f1-0e0e-415f-949a-84b334f23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2E2491-9CA8-4E3E-9AAF-962A3F74AED5}">
  <ds:schemaRefs>
    <ds:schemaRef ds:uri="http://schemas.microsoft.com/office/2006/metadata/properties"/>
    <ds:schemaRef ds:uri="http://schemas.microsoft.com/office/infopath/2007/PartnerControls"/>
    <ds:schemaRef ds:uri="8cd1c27d-502e-4417-8070-e5a9b92b0b97"/>
    <ds:schemaRef ds:uri="51202a96-aa28-40a1-8cbe-0a6550b80cd4"/>
  </ds:schemaRefs>
</ds:datastoreItem>
</file>

<file path=customXml/itemProps2.xml><?xml version="1.0" encoding="utf-8"?>
<ds:datastoreItem xmlns:ds="http://schemas.openxmlformats.org/officeDocument/2006/customXml" ds:itemID="{52EA115A-B113-49D3-A6DC-C3501B2B4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ACBC73-9DA8-46E9-9CBC-3F7AFF8EA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02a96-aa28-40a1-8cbe-0a6550b80cd4"/>
    <ds:schemaRef ds:uri="8cd1c27d-502e-4417-8070-e5a9b92b0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85BD53-AA10-4024-8F9E-5580B06CAC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Sofia  Sacco</lastModifiedBy>
  <revision>36</revision>
  <dcterms:created xsi:type="dcterms:W3CDTF">2026-05-13T15:21:00.0000000Z</dcterms:created>
  <dcterms:modified xsi:type="dcterms:W3CDTF">2026-06-23T14:56:56.1758193Z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0x010100035D32A4964FDC4D9BDBE318428B2150</vt:lpwstr>
  </property>
  <property fmtid="{D5CDD505-2E9C-101B-9397-08002B2CF9AE}" pid="3" name="_dlc_DocIdItemGuid">
    <vt:lpwstr>c38ce624-dacc-496b-b607-2d7147d5f115</vt:lpwstr>
  </property>
  <property fmtid="{D5CDD505-2E9C-101B-9397-08002B2CF9AE}" pid="4" name="MediaServiceImageTags">
    <vt:lpwstr/>
  </property>
</Properties>
</file>