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212BE" w:rsidR="00DB7190" w:rsidP="337CD420" w:rsidRDefault="00CB2B46" w14:paraId="0EA470F1" w14:textId="18959B3D">
      <w:pPr>
        <w:pStyle w:val="Kop2"/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</w:pPr>
      <w:r w:rsidRPr="337CD420" w:rsidR="289D790C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>ONLINE LEEFWERELD</w:t>
      </w:r>
      <w:r w:rsidRPr="337CD420" w:rsidR="289D790C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 xml:space="preserve"> -</w:t>
      </w:r>
      <w:r w:rsidRPr="337CD420" w:rsidR="00CB2B46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 xml:space="preserve"> Kijk eerlijk naar je schermtijd</w:t>
      </w:r>
    </w:p>
    <w:p w:rsidRPr="006212BE" w:rsidR="006212BE" w:rsidP="5763930C" w:rsidRDefault="006212BE" w14:paraId="2C225E52" w14:textId="2A9DA0A0">
      <w:pPr>
        <w:pStyle w:val="Standaard"/>
        <w:rPr>
          <w:rFonts w:ascii="Dubai" w:hAnsi="Dubai" w:eastAsia="Dubai" w:cs="Dubai"/>
          <w:color w:val="6A25D0"/>
          <w:lang w:val="nl-NL"/>
        </w:rPr>
      </w:pPr>
      <w:r w:rsidRPr="5763930C" w:rsidR="006212BE">
        <w:rPr>
          <w:rFonts w:ascii="Dubai" w:hAnsi="Dubai" w:eastAsia="Dubai" w:cs="Dubai"/>
          <w:color w:val="2F023B"/>
          <w:lang w:val="nl-NL"/>
        </w:rPr>
        <w:t>Wil je weten hoeveel tijd je echt op je scherm zit? Deze 4 stappen helpen je daarachter te komen.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 </w:t>
      </w:r>
      <w:r>
        <w:br/>
      </w:r>
      <w:r w:rsidRPr="5763930C" w:rsidR="006212BE">
        <w:rPr>
          <w:rFonts w:ascii="Dubai" w:hAnsi="Dubai" w:eastAsia="Dubai" w:cs="Dubai"/>
          <w:b w:val="1"/>
          <w:bCs w:val="1"/>
          <w:i w:val="1"/>
          <w:iCs w:val="1"/>
          <w:color w:val="6A25D0"/>
          <w:lang w:val="nl-NL"/>
        </w:rPr>
        <w:t>Stap 1</w:t>
      </w:r>
      <w:r w:rsidRPr="5763930C" w:rsidR="006212BE">
        <w:rPr>
          <w:rFonts w:ascii="Dubai" w:hAnsi="Dubai" w:eastAsia="Dubai" w:cs="Dubai"/>
          <w:color w:val="6A25D0"/>
          <w:lang w:val="nl-NL"/>
        </w:rPr>
        <w:t>: Check de cijfers Je telefoon houdt dit al bij. Tijd om te kijken.</w:t>
      </w:r>
      <w:r>
        <w:br/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→ iPhone: Instellingen &gt; Schermtijd</w:t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→ Android: Instellingen &gt; Digitaal welzijn (of Schermtijd, hangt af van je merk)</w:t>
      </w:r>
      <w:r>
        <w:br/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Noteer een week lang:</w:t>
      </w:r>
    </w:p>
    <w:p w:rsidRPr="00EE2ABC" w:rsidR="006212BE" w:rsidP="10B8AAB3" w:rsidRDefault="006212BE" w14:paraId="3D893493" w14:textId="77777777">
      <w:pPr>
        <w:pStyle w:val="Lijstalinea"/>
        <w:numPr>
          <w:ilvl w:val="0"/>
          <w:numId w:val="12"/>
        </w:numPr>
        <w:spacing w:after="160" w:line="278" w:lineRule="auto"/>
        <w:rPr>
          <w:rFonts w:ascii="Dubai" w:hAnsi="Dubai" w:eastAsia="Dubai" w:cs="Dubai"/>
          <w:color w:val="6A25D0"/>
        </w:rPr>
      </w:pPr>
      <w:r w:rsidRPr="10B8AAB3" w:rsidR="006212BE">
        <w:rPr>
          <w:rFonts w:ascii="Dubai" w:hAnsi="Dubai" w:eastAsia="Dubai" w:cs="Dubai"/>
          <w:color w:val="6A25D0"/>
          <w:lang w:val="nl-NL"/>
        </w:rPr>
        <w:t xml:space="preserve">Totale schermtijd per dag (bijv. </w:t>
      </w:r>
      <w:r w:rsidRPr="10B8AAB3" w:rsidR="006212BE">
        <w:rPr>
          <w:rFonts w:ascii="Dubai" w:hAnsi="Dubai" w:eastAsia="Dubai" w:cs="Dubai"/>
          <w:color w:val="6A25D0"/>
        </w:rPr>
        <w:t>7uur 30 min)</w:t>
      </w:r>
    </w:p>
    <w:p w:rsidRPr="006F3DF2" w:rsidR="006212BE" w:rsidP="10B8AAB3" w:rsidRDefault="006212BE" w14:paraId="53B2BB80" w14:textId="77777777">
      <w:pPr>
        <w:pStyle w:val="Lijstalinea"/>
        <w:numPr>
          <w:ilvl w:val="0"/>
          <w:numId w:val="12"/>
        </w:numPr>
        <w:spacing w:after="160" w:line="278" w:lineRule="auto"/>
        <w:rPr>
          <w:rFonts w:ascii="Dubai" w:hAnsi="Dubai" w:eastAsia="Dubai" w:cs="Dubai"/>
          <w:color w:val="6A25D0"/>
        </w:rPr>
      </w:pPr>
      <w:r w:rsidRPr="10B8AAB3" w:rsidR="006212BE">
        <w:rPr>
          <w:rFonts w:ascii="Dubai" w:hAnsi="Dubai" w:eastAsia="Dubai" w:cs="Dubai"/>
          <w:color w:val="6A25D0"/>
        </w:rPr>
        <w:t>Top 3 apps (Instagram? TikTok? YouTube?)</w:t>
      </w:r>
    </w:p>
    <w:p w:rsidRPr="006212BE" w:rsidR="006212BE" w:rsidP="10B8AAB3" w:rsidRDefault="006212BE" w14:paraId="0ACFFE03" w14:textId="77777777">
      <w:pPr>
        <w:pStyle w:val="Lijstalinea"/>
        <w:numPr>
          <w:ilvl w:val="0"/>
          <w:numId w:val="12"/>
        </w:numPr>
        <w:spacing w:after="160" w:line="278" w:lineRule="auto"/>
        <w:rPr>
          <w:rFonts w:ascii="Dubai" w:hAnsi="Dubai" w:eastAsia="Dubai" w:cs="Dubai"/>
          <w:color w:val="6A25D0"/>
          <w:lang w:val="nl-NL"/>
        </w:rPr>
      </w:pPr>
      <w:r w:rsidRPr="10B8AAB3" w:rsidR="006212BE">
        <w:rPr>
          <w:rFonts w:ascii="Dubai" w:hAnsi="Dubai" w:eastAsia="Dubai" w:cs="Dubai"/>
          <w:color w:val="6A25D0"/>
          <w:lang w:val="nl-NL"/>
        </w:rPr>
        <w:t>Hoeveel keer je je telefoon pakt (unlocks)</w:t>
      </w:r>
    </w:p>
    <w:p w:rsidRPr="00EE2ABC" w:rsidR="006212BE" w:rsidP="10B8AAB3" w:rsidRDefault="006212BE" w14:paraId="68506AC4" w14:textId="77777777">
      <w:pPr>
        <w:pStyle w:val="Lijstalinea"/>
        <w:numPr>
          <w:ilvl w:val="0"/>
          <w:numId w:val="12"/>
        </w:numPr>
        <w:spacing w:after="160" w:line="278" w:lineRule="auto"/>
        <w:rPr>
          <w:rFonts w:ascii="Dubai" w:hAnsi="Dubai" w:eastAsia="Dubai" w:cs="Dubai"/>
          <w:b w:val="1"/>
          <w:bCs w:val="1"/>
          <w:color w:val="6A25D0"/>
        </w:rPr>
      </w:pPr>
      <w:r w:rsidRPr="5763930C" w:rsidR="006212BE">
        <w:rPr>
          <w:rFonts w:ascii="Dubai" w:hAnsi="Dubai" w:eastAsia="Dubai" w:cs="Dubai"/>
          <w:color w:val="6A25D0"/>
        </w:rPr>
        <w:t>Hoeveel notificaties je krijgt</w:t>
      </w:r>
    </w:p>
    <w:p w:rsidR="006212BE" w:rsidP="5763930C" w:rsidRDefault="006212BE" w14:paraId="20A20340" w14:textId="252CD6DB">
      <w:pPr>
        <w:pStyle w:val="Lijstalinea"/>
        <w:spacing w:after="160" w:line="278" w:lineRule="auto"/>
        <w:ind w:left="720"/>
        <w:rPr>
          <w:rFonts w:ascii="Dubai" w:hAnsi="Dubai" w:eastAsia="Dubai" w:cs="Dubai"/>
          <w:b w:val="1"/>
          <w:bCs w:val="1"/>
          <w:color w:val="6A25D0"/>
        </w:rPr>
      </w:pPr>
    </w:p>
    <w:p w:rsidR="006212BE" w:rsidP="5763930C" w:rsidRDefault="006212BE" w14:paraId="581224D0" w14:textId="4C187142">
      <w:pPr>
        <w:pStyle w:val="Lijstalinea"/>
        <w:spacing w:after="160" w:line="278" w:lineRule="auto"/>
        <w:ind w:left="720"/>
        <w:rPr>
          <w:rFonts w:ascii="Dubai" w:hAnsi="Dubai" w:eastAsia="Dubai" w:cs="Dubai"/>
          <w:b w:val="1"/>
          <w:bCs w:val="1"/>
          <w:color w:val="6A25D0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728"/>
        <w:gridCol w:w="1965"/>
        <w:gridCol w:w="2043"/>
        <w:gridCol w:w="1413"/>
        <w:gridCol w:w="1491"/>
      </w:tblGrid>
      <w:tr w:rsidR="5763930C" w:rsidTr="5763930C" w14:paraId="6F06B823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580D2950" w14:textId="6840B0AA">
            <w:pPr>
              <w:pStyle w:val="Standaard"/>
              <w:rPr>
                <w:rFonts w:ascii="Dubai" w:hAnsi="Dubai" w:eastAsia="Dubai" w:cs="Dubai"/>
              </w:rPr>
            </w:pPr>
            <w:r w:rsidRPr="5763930C" w:rsidR="09747967">
              <w:rPr>
                <w:rFonts w:ascii="Dubai" w:hAnsi="Dubai" w:eastAsia="Dubai" w:cs="Dubai"/>
              </w:rPr>
              <w:t>Dag</w:t>
            </w:r>
          </w:p>
        </w:tc>
        <w:tc>
          <w:tcPr>
            <w:tcW w:w="1965" w:type="dxa"/>
            <w:tcMar/>
          </w:tcPr>
          <w:p w:rsidR="09747967" w:rsidP="5763930C" w:rsidRDefault="09747967" w14:paraId="0570623B" w14:textId="2BCF0DD8">
            <w:pPr>
              <w:pStyle w:val="Standaard"/>
              <w:rPr>
                <w:rFonts w:ascii="Dubai" w:hAnsi="Dubai" w:eastAsia="Dubai" w:cs="Dubai"/>
                <w:color w:val="3ACCBA"/>
              </w:rPr>
            </w:pPr>
            <w:r w:rsidRPr="5763930C" w:rsidR="09747967">
              <w:rPr>
                <w:rFonts w:ascii="Dubai" w:hAnsi="Dubai" w:eastAsia="Dubai" w:cs="Dubai"/>
                <w:color w:val="3ACCBA"/>
              </w:rPr>
              <w:t>Totale schermtijd</w:t>
            </w:r>
          </w:p>
        </w:tc>
        <w:tc>
          <w:tcPr>
            <w:tcW w:w="2043" w:type="dxa"/>
            <w:tcMar/>
          </w:tcPr>
          <w:p w:rsidR="09747967" w:rsidP="5763930C" w:rsidRDefault="09747967" w14:paraId="56809AD1" w14:textId="02340DE8">
            <w:pPr>
              <w:pStyle w:val="Standaard"/>
              <w:rPr>
                <w:rFonts w:ascii="Dubai" w:hAnsi="Dubai" w:eastAsia="Dubai" w:cs="Dubai"/>
                <w:color w:val="3ACCBA"/>
              </w:rPr>
            </w:pPr>
            <w:r w:rsidRPr="5763930C" w:rsidR="09747967">
              <w:rPr>
                <w:rFonts w:ascii="Dubai" w:hAnsi="Dubai" w:eastAsia="Dubai" w:cs="Dubai"/>
                <w:color w:val="3ACCBA"/>
              </w:rPr>
              <w:t>Top 3 apps</w:t>
            </w:r>
          </w:p>
        </w:tc>
        <w:tc>
          <w:tcPr>
            <w:tcW w:w="1413" w:type="dxa"/>
            <w:tcMar/>
          </w:tcPr>
          <w:p w:rsidR="09747967" w:rsidP="5763930C" w:rsidRDefault="09747967" w14:paraId="103C367F" w14:textId="7DC10719">
            <w:pPr>
              <w:pStyle w:val="Standaard"/>
              <w:rPr>
                <w:rFonts w:ascii="Dubai" w:hAnsi="Dubai" w:eastAsia="Dubai" w:cs="Dubai"/>
                <w:color w:val="3ACCBA"/>
              </w:rPr>
            </w:pPr>
            <w:r w:rsidRPr="5763930C" w:rsidR="09747967">
              <w:rPr>
                <w:rFonts w:ascii="Dubai" w:hAnsi="Dubai" w:eastAsia="Dubai" w:cs="Dubai"/>
                <w:color w:val="3ACCBA"/>
              </w:rPr>
              <w:t>Unlocks</w:t>
            </w:r>
          </w:p>
        </w:tc>
        <w:tc>
          <w:tcPr>
            <w:tcW w:w="1491" w:type="dxa"/>
            <w:tcMar/>
          </w:tcPr>
          <w:p w:rsidR="09747967" w:rsidP="5763930C" w:rsidRDefault="09747967" w14:paraId="298586E9" w14:textId="63CD1905">
            <w:pPr>
              <w:pStyle w:val="Standaard"/>
              <w:rPr>
                <w:rFonts w:ascii="Dubai" w:hAnsi="Dubai" w:eastAsia="Dubai" w:cs="Dubai"/>
                <w:color w:val="3ACCBA"/>
              </w:rPr>
            </w:pPr>
            <w:r w:rsidRPr="5763930C" w:rsidR="09747967">
              <w:rPr>
                <w:rFonts w:ascii="Dubai" w:hAnsi="Dubai" w:eastAsia="Dubai" w:cs="Dubai"/>
                <w:color w:val="3ACCBA"/>
              </w:rPr>
              <w:t>Aantal notificaties</w:t>
            </w:r>
          </w:p>
        </w:tc>
      </w:tr>
      <w:tr w:rsidR="5763930C" w:rsidTr="5763930C" w14:paraId="7E16F2DD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7176CD4F" w14:textId="79F7A8E6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Maandag</w:t>
            </w:r>
          </w:p>
        </w:tc>
        <w:tc>
          <w:tcPr>
            <w:tcW w:w="1965" w:type="dxa"/>
            <w:tcMar/>
          </w:tcPr>
          <w:p w:rsidR="5763930C" w:rsidP="5763930C" w:rsidRDefault="5763930C" w14:paraId="05660EA6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76DA390B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16C6296A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42E0ED9A" w14:textId="12E16C92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4FB33DE4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25E59F45" w14:textId="755F44F9">
            <w:pPr>
              <w:pStyle w:val="Standaard"/>
              <w:rPr>
                <w:rFonts w:ascii="Dubai" w:hAnsi="Dubai" w:eastAsia="Dubai" w:cs="Dubai"/>
              </w:rPr>
            </w:pPr>
          </w:p>
        </w:tc>
      </w:tr>
      <w:tr w:rsidR="5763930C" w:rsidTr="5763930C" w14:paraId="626DF261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7232E3AB" w14:textId="14B14F5C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Dinsdag</w:t>
            </w:r>
          </w:p>
        </w:tc>
        <w:tc>
          <w:tcPr>
            <w:tcW w:w="1965" w:type="dxa"/>
            <w:tcMar/>
          </w:tcPr>
          <w:p w:rsidR="5763930C" w:rsidP="5763930C" w:rsidRDefault="5763930C" w14:paraId="542CC45D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327F2B33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59AA9F3F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6B0BAF2E" w14:textId="6A6978B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11A15CE7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78334BE0" w14:textId="258CD60A">
            <w:pPr>
              <w:pStyle w:val="Standaard"/>
              <w:rPr>
                <w:rFonts w:ascii="Dubai" w:hAnsi="Dubai" w:eastAsia="Dubai" w:cs="Dubai"/>
              </w:rPr>
            </w:pPr>
          </w:p>
        </w:tc>
      </w:tr>
      <w:tr w:rsidR="5763930C" w:rsidTr="5763930C" w14:paraId="5A9FB11C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1ECF4411" w14:textId="4A5103D5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Woensdag</w:t>
            </w:r>
          </w:p>
        </w:tc>
        <w:tc>
          <w:tcPr>
            <w:tcW w:w="1965" w:type="dxa"/>
            <w:tcMar/>
          </w:tcPr>
          <w:p w:rsidR="5763930C" w:rsidP="5763930C" w:rsidRDefault="5763930C" w14:paraId="7BCFD326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5C5739B4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76D90721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7907B3D7" w14:textId="140C6FEB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422D7B92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4BAE170D" w14:textId="4EE14DDA">
            <w:pPr>
              <w:pStyle w:val="Standaard"/>
              <w:rPr>
                <w:rFonts w:ascii="Dubai" w:hAnsi="Dubai" w:eastAsia="Dubai" w:cs="Dubai"/>
              </w:rPr>
            </w:pPr>
          </w:p>
        </w:tc>
      </w:tr>
      <w:tr w:rsidR="5763930C" w:rsidTr="5763930C" w14:paraId="231E7C6B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44ACC3F8" w14:textId="1C7A5795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Donderdag</w:t>
            </w:r>
          </w:p>
        </w:tc>
        <w:tc>
          <w:tcPr>
            <w:tcW w:w="1965" w:type="dxa"/>
            <w:tcMar/>
          </w:tcPr>
          <w:p w:rsidR="5763930C" w:rsidP="5763930C" w:rsidRDefault="5763930C" w14:paraId="69D9D24D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4D976B8D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2249DFB6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3ABCAF4D" w14:textId="02A700E1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79C86996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35ECBD85" w14:textId="79A639A5">
            <w:pPr>
              <w:pStyle w:val="Standaard"/>
              <w:rPr>
                <w:rFonts w:ascii="Dubai" w:hAnsi="Dubai" w:eastAsia="Dubai" w:cs="Dubai"/>
              </w:rPr>
            </w:pPr>
          </w:p>
        </w:tc>
      </w:tr>
      <w:tr w:rsidR="5763930C" w:rsidTr="5763930C" w14:paraId="00ED5FB0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01CEBD66" w14:textId="29C47578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Vrijdag</w:t>
            </w:r>
          </w:p>
        </w:tc>
        <w:tc>
          <w:tcPr>
            <w:tcW w:w="1965" w:type="dxa"/>
            <w:tcMar/>
          </w:tcPr>
          <w:p w:rsidR="5763930C" w:rsidP="5763930C" w:rsidRDefault="5763930C" w14:paraId="7498AE19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7049CA76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7784B8C8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21D902E2" w14:textId="5F2049A2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1CF5A008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2C48F93C" w14:textId="27769891">
            <w:pPr>
              <w:pStyle w:val="Standaard"/>
              <w:rPr>
                <w:rFonts w:ascii="Dubai" w:hAnsi="Dubai" w:eastAsia="Dubai" w:cs="Dubai"/>
              </w:rPr>
            </w:pPr>
          </w:p>
        </w:tc>
      </w:tr>
      <w:tr w:rsidR="5763930C" w:rsidTr="5763930C" w14:paraId="70EA0CE6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3DF370E8" w14:textId="75CD3499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Zaterdag</w:t>
            </w:r>
          </w:p>
        </w:tc>
        <w:tc>
          <w:tcPr>
            <w:tcW w:w="1965" w:type="dxa"/>
            <w:tcMar/>
          </w:tcPr>
          <w:p w:rsidR="5763930C" w:rsidP="5763930C" w:rsidRDefault="5763930C" w14:paraId="27318EEC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4525FCAE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03E7FCB1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24BE0275" w14:textId="77EE6227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50E8BFE7" w14:textId="59DE5BAF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04174942" w14:textId="33D11AF9">
            <w:pPr>
              <w:pStyle w:val="Standaard"/>
              <w:rPr>
                <w:rFonts w:ascii="Dubai" w:hAnsi="Dubai" w:eastAsia="Dubai" w:cs="Dubai"/>
              </w:rPr>
            </w:pPr>
          </w:p>
        </w:tc>
      </w:tr>
      <w:tr w:rsidR="5763930C" w:rsidTr="5763930C" w14:paraId="3A72B517">
        <w:trPr>
          <w:trHeight w:val="300"/>
        </w:trPr>
        <w:tc>
          <w:tcPr>
            <w:tcW w:w="1728" w:type="dxa"/>
            <w:tcMar/>
          </w:tcPr>
          <w:p w:rsidR="09747967" w:rsidP="5763930C" w:rsidRDefault="09747967" w14:paraId="5BAC97F8" w14:textId="24EBF957">
            <w:pPr>
              <w:pStyle w:val="Standaard"/>
              <w:rPr>
                <w:rFonts w:ascii="Dubai" w:hAnsi="Dubai" w:eastAsia="Dubai" w:cs="Dubai"/>
                <w:color w:val="6A25D0"/>
              </w:rPr>
            </w:pPr>
            <w:r w:rsidRPr="5763930C" w:rsidR="09747967">
              <w:rPr>
                <w:rFonts w:ascii="Dubai" w:hAnsi="Dubai" w:eastAsia="Dubai" w:cs="Dubai"/>
                <w:color w:val="6A25D0"/>
              </w:rPr>
              <w:t>Zondag</w:t>
            </w:r>
          </w:p>
        </w:tc>
        <w:tc>
          <w:tcPr>
            <w:tcW w:w="1965" w:type="dxa"/>
            <w:tcMar/>
          </w:tcPr>
          <w:p w:rsidR="5763930C" w:rsidP="5763930C" w:rsidRDefault="5763930C" w14:paraId="4B745051" w14:textId="130CD49C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2043" w:type="dxa"/>
            <w:tcMar/>
          </w:tcPr>
          <w:p w:rsidR="09747967" w:rsidP="5763930C" w:rsidRDefault="09747967" w14:paraId="27910335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1D12390E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9747967" w:rsidP="5763930C" w:rsidRDefault="09747967" w14:paraId="5DACBCAD" w14:textId="3641890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974796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  <w:tc>
          <w:tcPr>
            <w:tcW w:w="1413" w:type="dxa"/>
            <w:tcMar/>
          </w:tcPr>
          <w:p w:rsidR="5763930C" w:rsidP="5763930C" w:rsidRDefault="5763930C" w14:paraId="2B311AFE" w14:textId="512AA940">
            <w:pPr>
              <w:pStyle w:val="Standaard"/>
              <w:rPr>
                <w:rFonts w:ascii="Dubai" w:hAnsi="Dubai" w:eastAsia="Dubai" w:cs="Dubai"/>
              </w:rPr>
            </w:pPr>
          </w:p>
        </w:tc>
        <w:tc>
          <w:tcPr>
            <w:tcW w:w="1491" w:type="dxa"/>
            <w:tcMar/>
          </w:tcPr>
          <w:p w:rsidR="5763930C" w:rsidP="5763930C" w:rsidRDefault="5763930C" w14:paraId="0F9C1F59" w14:textId="60A83304">
            <w:pPr>
              <w:pStyle w:val="Standaard"/>
              <w:rPr>
                <w:rFonts w:ascii="Dubai" w:hAnsi="Dubai" w:eastAsia="Dubai" w:cs="Dubai"/>
              </w:rPr>
            </w:pPr>
          </w:p>
        </w:tc>
      </w:tr>
    </w:tbl>
    <w:p w:rsidR="006212BE" w:rsidP="10B8AAB3" w:rsidRDefault="006212BE" w14:paraId="021F95D7" w14:textId="25925C12">
      <w:pPr/>
      <w:r>
        <w:br/>
      </w:r>
    </w:p>
    <w:p w:rsidR="006212BE" w:rsidP="10B8AAB3" w:rsidRDefault="006212BE" w14:paraId="1942296D" w14:textId="2DA7768C">
      <w:pPr/>
      <w:r>
        <w:br w:type="page"/>
      </w:r>
    </w:p>
    <w:p w:rsidR="006212BE" w:rsidP="5763930C" w:rsidRDefault="006212BE" w14:paraId="60C68AD7" w14:textId="4A85EA83">
      <w:pPr>
        <w:pStyle w:val="Standaard"/>
        <w:rPr>
          <w:rFonts w:ascii="Dubai" w:hAnsi="Dubai" w:eastAsia="Dubai" w:cs="Dubai"/>
          <w:color w:val="6A25D0"/>
          <w:lang w:val="nl-NL"/>
        </w:rPr>
      </w:pPr>
      <w:r w:rsidRPr="5763930C" w:rsidR="006212BE">
        <w:rPr>
          <w:rFonts w:ascii="Dubai" w:hAnsi="Dubai" w:eastAsia="Dubai" w:cs="Dubai"/>
          <w:b w:val="1"/>
          <w:bCs w:val="1"/>
          <w:i w:val="1"/>
          <w:iCs w:val="1"/>
          <w:color w:val="6A25D0"/>
          <w:lang w:val="nl-NL"/>
        </w:rPr>
        <w:t>Stap 2</w:t>
      </w:r>
      <w:r w:rsidRPr="5763930C" w:rsidR="006212BE">
        <w:rPr>
          <w:rFonts w:ascii="Dubai" w:hAnsi="Dubai" w:eastAsia="Dubai" w:cs="Dubai"/>
          <w:b w:val="1"/>
          <w:bCs w:val="1"/>
          <w:color w:val="6A25D0"/>
          <w:lang w:val="nl-NL"/>
        </w:rPr>
        <w:t>: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 Hoe voel je je erna? Kijk naar je top 3 apps. Hoe voel je je nadat je ze gebruikt hebt?</w:t>
      </w:r>
      <w:r>
        <w:br/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Zet een emoji achter elke app:</w:t>
      </w:r>
      <w:r>
        <w:br/>
      </w:r>
      <w:r w:rsidRPr="5763930C" w:rsidR="006212BE">
        <w:rPr>
          <w:rFonts w:ascii="Dubai" w:hAnsi="Dubai" w:eastAsia="Dubai" w:cs="Dubai"/>
          <w:color w:val="6A25D0"/>
        </w:rPr>
        <w:t>😀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 = Goed gevoel (contact met vrienden, iets nuttigs gedaan)</w:t>
      </w:r>
      <w:r>
        <w:br/>
      </w:r>
      <w:r w:rsidRPr="5763930C" w:rsidR="006212BE">
        <w:rPr>
          <w:rFonts w:ascii="Dubai" w:hAnsi="Dubai" w:eastAsia="Dubai" w:cs="Dubai"/>
          <w:color w:val="6A25D0"/>
        </w:rPr>
        <w:t>😐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 = Neutraal (nieuws checken, praktische dingen)</w:t>
      </w:r>
      <w:r>
        <w:br/>
      </w:r>
      <w:r w:rsidRPr="5763930C" w:rsidR="006212BE">
        <w:rPr>
          <w:rFonts w:ascii="Dubai" w:hAnsi="Dubai" w:eastAsia="Dubai" w:cs="Dubai"/>
          <w:color w:val="6A25D0"/>
        </w:rPr>
        <w:t>😞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 = Leeg gevoel (doelloos scrollen, verspilde tijd)</w:t>
      </w:r>
      <w:r>
        <w:br/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6F7FC60A">
        <w:trPr>
          <w:trHeight w:val="300"/>
        </w:trPr>
        <w:tc>
          <w:tcPr>
            <w:tcW w:w="8640" w:type="dxa"/>
            <w:tcMar/>
          </w:tcPr>
          <w:p w:rsidR="5C3A6E7B" w:rsidP="5763930C" w:rsidRDefault="5C3A6E7B" w14:paraId="66E2FE51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5530E80F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562B9A86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6CD11B6A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2D85FAF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55E5C54A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619B27FA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35EE180A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7E7B23A1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27030220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5509B04E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18A23315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C3A6E7B" w:rsidP="5763930C" w:rsidRDefault="5C3A6E7B" w14:paraId="72270725" w14:textId="6E297C87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C3A6E7B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006212BE" w:rsidP="5763930C" w:rsidRDefault="006212BE" w14:paraId="701CCB73" w14:textId="53FA6A00">
      <w:pPr>
        <w:pStyle w:val="Standaard"/>
        <w:rPr>
          <w:rFonts w:ascii="Dubai" w:hAnsi="Dubai" w:eastAsia="Dubai" w:cs="Dubai"/>
          <w:color w:val="6A25D0"/>
        </w:rPr>
      </w:pPr>
      <w:r>
        <w:br/>
      </w:r>
      <w:r w:rsidRPr="5763930C" w:rsidR="006212BE">
        <w:rPr>
          <w:rFonts w:ascii="Dubai" w:hAnsi="Dubai" w:eastAsia="Dubai" w:cs="Dubai"/>
          <w:b w:val="1"/>
          <w:bCs w:val="1"/>
          <w:i w:val="1"/>
          <w:iCs w:val="1"/>
          <w:color w:val="6A25D0"/>
          <w:lang w:val="nl-NL"/>
        </w:rPr>
        <w:t>Stap 3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: Waarom doe ik dit? </w:t>
      </w:r>
      <w:r w:rsidRPr="5763930C" w:rsidR="006212BE">
        <w:rPr>
          <w:rFonts w:ascii="Dubai" w:hAnsi="Dubai" w:eastAsia="Dubai" w:cs="Dubai"/>
          <w:color w:val="6A25D0"/>
        </w:rPr>
        <w:t>Stel jezelf deze vragen:</w:t>
      </w:r>
    </w:p>
    <w:p w:rsidRPr="006212BE" w:rsidR="006212BE" w:rsidP="10B8AAB3" w:rsidRDefault="006212BE" w14:paraId="1BB5EA59" w14:textId="77777777">
      <w:pPr>
        <w:pStyle w:val="Lijstalinea"/>
        <w:numPr>
          <w:ilvl w:val="0"/>
          <w:numId w:val="11"/>
        </w:numPr>
        <w:spacing w:after="160" w:line="278" w:lineRule="auto"/>
        <w:rPr>
          <w:rFonts w:ascii="Dubai" w:hAnsi="Dubai" w:eastAsia="Dubai" w:cs="Dubai"/>
          <w:color w:val="6A25D0"/>
          <w:lang w:val="nl-NL"/>
        </w:rPr>
      </w:pPr>
      <w:r w:rsidRPr="10B8AAB3" w:rsidR="006212BE">
        <w:rPr>
          <w:rFonts w:ascii="Dubai" w:hAnsi="Dubai" w:eastAsia="Dubai" w:cs="Dubai"/>
          <w:color w:val="6A25D0"/>
          <w:lang w:val="nl-NL"/>
        </w:rPr>
        <w:t>Wanneer grijp ik automatisch naar mijn telefoon? (Verveling? Stress? Direct na wakker worden?)</w:t>
      </w:r>
    </w:p>
    <w:p w:rsidRPr="006212BE" w:rsidR="006212BE" w:rsidP="10B8AAB3" w:rsidRDefault="006212BE" w14:paraId="2CEC1DA4" w14:textId="77777777">
      <w:pPr>
        <w:pStyle w:val="Lijstalinea"/>
        <w:numPr>
          <w:ilvl w:val="0"/>
          <w:numId w:val="11"/>
        </w:numPr>
        <w:spacing w:after="160" w:line="278" w:lineRule="auto"/>
        <w:rPr>
          <w:rFonts w:ascii="Dubai" w:hAnsi="Dubai" w:eastAsia="Dubai" w:cs="Dubai"/>
          <w:color w:val="6A25D0"/>
          <w:lang w:val="nl-NL"/>
        </w:rPr>
      </w:pPr>
      <w:r w:rsidRPr="10B8AAB3" w:rsidR="006212BE">
        <w:rPr>
          <w:rFonts w:ascii="Dubai" w:hAnsi="Dubai" w:eastAsia="Dubai" w:cs="Dubai"/>
          <w:color w:val="6A25D0"/>
          <w:lang w:val="nl-NL"/>
        </w:rPr>
        <w:t>Welke app kost me de meeste tijd maar geeft me weinig?</w:t>
      </w:r>
    </w:p>
    <w:p w:rsidRPr="006212BE" w:rsidR="006212BE" w:rsidP="10B8AAB3" w:rsidRDefault="006212BE" w14:paraId="7939F717" w14:textId="77777777">
      <w:pPr>
        <w:pStyle w:val="Lijstalinea"/>
        <w:numPr>
          <w:ilvl w:val="0"/>
          <w:numId w:val="11"/>
        </w:numPr>
        <w:spacing w:after="160" w:line="278" w:lineRule="auto"/>
        <w:rPr>
          <w:rFonts w:ascii="Dubai" w:hAnsi="Dubai" w:eastAsia="Dubai" w:cs="Dubai"/>
          <w:color w:val="6A25D0"/>
          <w:lang w:val="nl-NL"/>
        </w:rPr>
      </w:pPr>
      <w:r w:rsidRPr="5763930C" w:rsidR="006212BE">
        <w:rPr>
          <w:rFonts w:ascii="Dubai" w:hAnsi="Dubai" w:eastAsia="Dubai" w:cs="Dubai"/>
          <w:color w:val="6A25D0"/>
          <w:lang w:val="nl-NL"/>
        </w:rPr>
        <w:t>Word ik afgeleid door notificaties tijdens belangrijke dingen?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2F70B212">
        <w:trPr>
          <w:trHeight w:val="300"/>
        </w:trPr>
        <w:tc>
          <w:tcPr>
            <w:tcW w:w="8640" w:type="dxa"/>
            <w:tcMar/>
          </w:tcPr>
          <w:p w:rsidR="5BA2B9C6" w:rsidP="5763930C" w:rsidRDefault="5BA2B9C6" w14:paraId="72970638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1621DF6D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17DF0FAF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017F2145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1C7A9351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55DEE9CD" w14:textId="43F199D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2B085785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350E46D1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BA2B9C6" w:rsidP="5763930C" w:rsidRDefault="5BA2B9C6" w14:paraId="22BCAEC0" w14:textId="44EC29AE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BA2B9C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6212BE" w:rsidR="006212BE" w:rsidP="10B8AAB3" w:rsidRDefault="006212BE" w14:paraId="3FC91761" w14:textId="334D4CBC">
      <w:pPr>
        <w:rPr>
          <w:rFonts w:ascii="Dubai" w:hAnsi="Dubai" w:eastAsia="Dubai" w:cs="Dubai"/>
          <w:color w:val="6A25D0"/>
          <w:lang w:val="nl-NL"/>
        </w:rPr>
      </w:pPr>
      <w:r>
        <w:br/>
      </w:r>
      <w:r w:rsidRPr="5763930C" w:rsidR="006212BE">
        <w:rPr>
          <w:rFonts w:ascii="Dubai" w:hAnsi="Dubai" w:eastAsia="Dubai" w:cs="Dubai"/>
          <w:b w:val="1"/>
          <w:bCs w:val="1"/>
          <w:i w:val="1"/>
          <w:iCs w:val="1"/>
          <w:color w:val="6A25D0"/>
          <w:lang w:val="nl-NL"/>
        </w:rPr>
        <w:t>Stap 4</w:t>
      </w:r>
      <w:r w:rsidRPr="5763930C" w:rsidR="006212BE">
        <w:rPr>
          <w:rFonts w:ascii="Dubai" w:hAnsi="Dubai" w:eastAsia="Dubai" w:cs="Dubai"/>
          <w:b w:val="1"/>
          <w:bCs w:val="1"/>
          <w:color w:val="6A25D0"/>
          <w:lang w:val="nl-NL"/>
        </w:rPr>
        <w:t>:</w:t>
      </w:r>
      <w:r w:rsidRPr="5763930C" w:rsidR="006212BE">
        <w:rPr>
          <w:rFonts w:ascii="Dubai" w:hAnsi="Dubai" w:eastAsia="Dubai" w:cs="Dubai"/>
          <w:color w:val="6A25D0"/>
          <w:lang w:val="nl-NL"/>
        </w:rPr>
        <w:t xml:space="preserve"> Kies één verandering Kies één ding dat je wilt aanpassen. Klein en haalbaar:</w:t>
      </w:r>
      <w:r>
        <w:br/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Optie A: Zet notificaties van social media uit</w:t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Optie B: Leg je telefoon 1 uur voor het slapen weg</w:t>
      </w:r>
      <w:r>
        <w:br/>
      </w:r>
      <w:r w:rsidRPr="5763930C" w:rsidR="006212BE">
        <w:rPr>
          <w:rFonts w:ascii="Dubai" w:hAnsi="Dubai" w:eastAsia="Dubai" w:cs="Dubai"/>
          <w:color w:val="6A25D0"/>
          <w:lang w:val="nl-NL"/>
        </w:rPr>
        <w:t>Optie C: Gebruik "Focus-modus" tijdens werk of studie</w:t>
      </w:r>
    </w:p>
    <w:p w:rsidRPr="002445A9" w:rsidR="00DB7190" w:rsidRDefault="00CB2B46" w14:paraId="04515709" w14:textId="77777777">
      <w:pPr>
        <w:rPr>
          <w:rFonts w:ascii="Calibri" w:hAnsi="Calibri" w:cs="Calibri"/>
          <w:sz w:val="24"/>
          <w:szCs w:val="24"/>
          <w:lang w:val="nl-NL"/>
        </w:rPr>
      </w:pPr>
      <w:r w:rsidRPr="6BD19225">
        <w:rPr>
          <w:rFonts w:ascii="Calibri" w:hAnsi="Calibri" w:cs="Calibri"/>
          <w:sz w:val="24"/>
          <w:szCs w:val="24"/>
          <w:lang w:val="nl-NL"/>
        </w:rPr>
        <w:br w:type="page"/>
      </w:r>
    </w:p>
    <w:sectPr w:rsidRPr="002445A9" w:rsidR="00DB7190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bc1a5a025dfd4e70"/>
      <w:footerReference w:type="default" r:id="R0a1eff18799948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53749E5A">
      <w:trPr>
        <w:trHeight w:val="300"/>
      </w:trPr>
      <w:tc>
        <w:tcPr>
          <w:tcW w:w="2880" w:type="dxa"/>
          <w:tcMar/>
        </w:tcPr>
        <w:p w:rsidR="10B8AAB3" w:rsidP="10B8AAB3" w:rsidRDefault="10B8AAB3" w14:paraId="72AB9F13" w14:textId="692E00C3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end"/>
          </w:r>
        </w:p>
      </w:tc>
      <w:tc>
        <w:tcPr>
          <w:tcW w:w="2880" w:type="dxa"/>
          <w:tcMar/>
        </w:tcPr>
        <w:p w:rsidR="10B8AAB3" w:rsidP="10B8AAB3" w:rsidRDefault="10B8AAB3" w14:paraId="3D541372" w14:textId="38D452E7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586BFC77" w14:textId="2D46E62C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t>De Mindgym</w:t>
          </w:r>
        </w:p>
      </w:tc>
    </w:tr>
  </w:tbl>
  <w:p w:rsidR="10B8AAB3" w:rsidP="10B8AAB3" w:rsidRDefault="10B8AAB3" w14:paraId="73025C88" w14:textId="5ED280B1">
    <w:pPr>
      <w:pStyle w:val="Voettekst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116576E2">
      <w:trPr>
        <w:trHeight w:val="300"/>
      </w:trPr>
      <w:tc>
        <w:tcPr>
          <w:tcW w:w="2880" w:type="dxa"/>
          <w:tcMar/>
        </w:tcPr>
        <w:p w:rsidR="10B8AAB3" w:rsidP="10B8AAB3" w:rsidRDefault="10B8AAB3" w14:paraId="44D23EA1" w14:textId="52A51CD7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FF MENTAAL</w:t>
          </w:r>
        </w:p>
      </w:tc>
      <w:tc>
        <w:tcPr>
          <w:tcW w:w="2880" w:type="dxa"/>
          <w:tcMar/>
        </w:tcPr>
        <w:p w:rsidR="10B8AAB3" w:rsidP="10B8AAB3" w:rsidRDefault="10B8AAB3" w14:paraId="7CD473A0" w14:textId="3395152A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0BC1DFC8" w14:textId="37A73A3E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Oefeningen</w:t>
          </w:r>
        </w:p>
      </w:tc>
    </w:tr>
  </w:tbl>
  <w:p w:rsidR="10B8AAB3" w:rsidP="10B8AAB3" w:rsidRDefault="10B8AAB3" w14:paraId="39EFA188" w14:textId="571401CA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1793D08"/>
    <w:multiLevelType w:val="multilevel"/>
    <w:tmpl w:val="3DA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05A5751"/>
    <w:multiLevelType w:val="multilevel"/>
    <w:tmpl w:val="1BBA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E47E7F"/>
    <w:multiLevelType w:val="multilevel"/>
    <w:tmpl w:val="45D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DF2708E"/>
    <w:multiLevelType w:val="hybridMultilevel"/>
    <w:tmpl w:val="408460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D43BB"/>
    <w:multiLevelType w:val="hybridMultilevel"/>
    <w:tmpl w:val="A858E7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7787">
    <w:abstractNumId w:val="8"/>
  </w:num>
  <w:num w:numId="2" w16cid:durableId="268897533">
    <w:abstractNumId w:val="6"/>
  </w:num>
  <w:num w:numId="3" w16cid:durableId="614755075">
    <w:abstractNumId w:val="5"/>
  </w:num>
  <w:num w:numId="4" w16cid:durableId="653872448">
    <w:abstractNumId w:val="4"/>
  </w:num>
  <w:num w:numId="5" w16cid:durableId="489638032">
    <w:abstractNumId w:val="7"/>
  </w:num>
  <w:num w:numId="6" w16cid:durableId="1276137729">
    <w:abstractNumId w:val="3"/>
  </w:num>
  <w:num w:numId="7" w16cid:durableId="606617021">
    <w:abstractNumId w:val="2"/>
  </w:num>
  <w:num w:numId="8" w16cid:durableId="613054337">
    <w:abstractNumId w:val="1"/>
  </w:num>
  <w:num w:numId="9" w16cid:durableId="1719620440">
    <w:abstractNumId w:val="0"/>
  </w:num>
  <w:num w:numId="10" w16cid:durableId="508526258">
    <w:abstractNumId w:val="10"/>
  </w:num>
  <w:num w:numId="11" w16cid:durableId="1250625903">
    <w:abstractNumId w:val="12"/>
  </w:num>
  <w:num w:numId="12" w16cid:durableId="516431341">
    <w:abstractNumId w:val="13"/>
  </w:num>
  <w:num w:numId="13" w16cid:durableId="1348369569">
    <w:abstractNumId w:val="11"/>
  </w:num>
  <w:num w:numId="14" w16cid:durableId="1342201504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D42"/>
    <w:rsid w:val="00034616"/>
    <w:rsid w:val="0003630E"/>
    <w:rsid w:val="0006063C"/>
    <w:rsid w:val="000A09F9"/>
    <w:rsid w:val="00147BB2"/>
    <w:rsid w:val="0015074B"/>
    <w:rsid w:val="00165A5F"/>
    <w:rsid w:val="002445A9"/>
    <w:rsid w:val="00250DEE"/>
    <w:rsid w:val="002802C6"/>
    <w:rsid w:val="0029639D"/>
    <w:rsid w:val="00326F90"/>
    <w:rsid w:val="003A1324"/>
    <w:rsid w:val="003E4889"/>
    <w:rsid w:val="003F6B35"/>
    <w:rsid w:val="00445292"/>
    <w:rsid w:val="006212BE"/>
    <w:rsid w:val="006358A1"/>
    <w:rsid w:val="00675EDD"/>
    <w:rsid w:val="006B0320"/>
    <w:rsid w:val="006C08A5"/>
    <w:rsid w:val="006F1A4B"/>
    <w:rsid w:val="0072008E"/>
    <w:rsid w:val="007B641F"/>
    <w:rsid w:val="00813CA5"/>
    <w:rsid w:val="0082018F"/>
    <w:rsid w:val="008B74C4"/>
    <w:rsid w:val="00997D15"/>
    <w:rsid w:val="00A06732"/>
    <w:rsid w:val="00A27359"/>
    <w:rsid w:val="00A28BA5"/>
    <w:rsid w:val="00AA1D8D"/>
    <w:rsid w:val="00AC4968"/>
    <w:rsid w:val="00B272C1"/>
    <w:rsid w:val="00B47730"/>
    <w:rsid w:val="00B71499"/>
    <w:rsid w:val="00B92CDB"/>
    <w:rsid w:val="00BC097C"/>
    <w:rsid w:val="00C40729"/>
    <w:rsid w:val="00CB0664"/>
    <w:rsid w:val="00CB2B46"/>
    <w:rsid w:val="00CE277E"/>
    <w:rsid w:val="00CECA44"/>
    <w:rsid w:val="00CECA44"/>
    <w:rsid w:val="00CF06F4"/>
    <w:rsid w:val="00D3319E"/>
    <w:rsid w:val="00D73BFC"/>
    <w:rsid w:val="00DB7190"/>
    <w:rsid w:val="00DF6AFF"/>
    <w:rsid w:val="00DF73FC"/>
    <w:rsid w:val="00E25A39"/>
    <w:rsid w:val="00F7250B"/>
    <w:rsid w:val="00FA23C2"/>
    <w:rsid w:val="00FC693F"/>
    <w:rsid w:val="015D86D9"/>
    <w:rsid w:val="033D2160"/>
    <w:rsid w:val="03998FC5"/>
    <w:rsid w:val="03B1D08D"/>
    <w:rsid w:val="03EFAA72"/>
    <w:rsid w:val="04DC5827"/>
    <w:rsid w:val="0567F89E"/>
    <w:rsid w:val="074114E5"/>
    <w:rsid w:val="08C0F3F1"/>
    <w:rsid w:val="0925E645"/>
    <w:rsid w:val="09747967"/>
    <w:rsid w:val="09C56B97"/>
    <w:rsid w:val="0A20CF70"/>
    <w:rsid w:val="0AC8A5E7"/>
    <w:rsid w:val="0BE5365F"/>
    <w:rsid w:val="0C25E4BD"/>
    <w:rsid w:val="0C64AE95"/>
    <w:rsid w:val="0C819F9B"/>
    <w:rsid w:val="0C8ACF5D"/>
    <w:rsid w:val="0CFF6EDB"/>
    <w:rsid w:val="0DD67ADD"/>
    <w:rsid w:val="0F40CE48"/>
    <w:rsid w:val="0F40CE48"/>
    <w:rsid w:val="0F5F2FF3"/>
    <w:rsid w:val="100AC9B5"/>
    <w:rsid w:val="107FC62B"/>
    <w:rsid w:val="10B8AAB3"/>
    <w:rsid w:val="1175AC0E"/>
    <w:rsid w:val="11D1E016"/>
    <w:rsid w:val="12049447"/>
    <w:rsid w:val="122F57AC"/>
    <w:rsid w:val="12BA9956"/>
    <w:rsid w:val="1394150D"/>
    <w:rsid w:val="1417CBC2"/>
    <w:rsid w:val="1419F857"/>
    <w:rsid w:val="154392A8"/>
    <w:rsid w:val="15A87AE2"/>
    <w:rsid w:val="1640D3B6"/>
    <w:rsid w:val="1661324F"/>
    <w:rsid w:val="16ADC119"/>
    <w:rsid w:val="16DF6532"/>
    <w:rsid w:val="17279BC2"/>
    <w:rsid w:val="185E8AED"/>
    <w:rsid w:val="1929A3FE"/>
    <w:rsid w:val="19F85614"/>
    <w:rsid w:val="1AECD264"/>
    <w:rsid w:val="1B038BBC"/>
    <w:rsid w:val="1C549B3A"/>
    <w:rsid w:val="1D62F8F0"/>
    <w:rsid w:val="1E3E93B0"/>
    <w:rsid w:val="1EA311B2"/>
    <w:rsid w:val="1EFDD9CB"/>
    <w:rsid w:val="1F8C33D7"/>
    <w:rsid w:val="1FE7972C"/>
    <w:rsid w:val="2050F37E"/>
    <w:rsid w:val="20C1FF88"/>
    <w:rsid w:val="21C458A0"/>
    <w:rsid w:val="22ED8083"/>
    <w:rsid w:val="2400B9D3"/>
    <w:rsid w:val="248DB995"/>
    <w:rsid w:val="2628003F"/>
    <w:rsid w:val="27385C34"/>
    <w:rsid w:val="275B285C"/>
    <w:rsid w:val="27C0E8C7"/>
    <w:rsid w:val="284E383C"/>
    <w:rsid w:val="288FCE74"/>
    <w:rsid w:val="289D790C"/>
    <w:rsid w:val="28A83FF8"/>
    <w:rsid w:val="28DB4BB2"/>
    <w:rsid w:val="29944DAA"/>
    <w:rsid w:val="2B008E67"/>
    <w:rsid w:val="2B88CB8B"/>
    <w:rsid w:val="2C64019D"/>
    <w:rsid w:val="2C64019D"/>
    <w:rsid w:val="2FC0B15E"/>
    <w:rsid w:val="3051D6E5"/>
    <w:rsid w:val="3079F497"/>
    <w:rsid w:val="308E2454"/>
    <w:rsid w:val="312B048F"/>
    <w:rsid w:val="322DCBB3"/>
    <w:rsid w:val="32AC78F3"/>
    <w:rsid w:val="337CD420"/>
    <w:rsid w:val="33AB862C"/>
    <w:rsid w:val="33AF8A19"/>
    <w:rsid w:val="3418BB5B"/>
    <w:rsid w:val="346C0D03"/>
    <w:rsid w:val="36BF6B5B"/>
    <w:rsid w:val="371FAE14"/>
    <w:rsid w:val="37407A90"/>
    <w:rsid w:val="38046454"/>
    <w:rsid w:val="381192EE"/>
    <w:rsid w:val="38685F83"/>
    <w:rsid w:val="3A19C68E"/>
    <w:rsid w:val="3A3D7AE7"/>
    <w:rsid w:val="3A3D7AE7"/>
    <w:rsid w:val="3A7AA724"/>
    <w:rsid w:val="3B6803CC"/>
    <w:rsid w:val="3BF5F48F"/>
    <w:rsid w:val="3C3B972A"/>
    <w:rsid w:val="3C942C50"/>
    <w:rsid w:val="3DC8479E"/>
    <w:rsid w:val="3EB0D2A9"/>
    <w:rsid w:val="3EB0D2A9"/>
    <w:rsid w:val="3EB2196A"/>
    <w:rsid w:val="3F06A386"/>
    <w:rsid w:val="3F270DEA"/>
    <w:rsid w:val="4052BC29"/>
    <w:rsid w:val="412A10D9"/>
    <w:rsid w:val="41A7ED9B"/>
    <w:rsid w:val="41CA8B4D"/>
    <w:rsid w:val="4357EBF4"/>
    <w:rsid w:val="43B457A6"/>
    <w:rsid w:val="444B4003"/>
    <w:rsid w:val="4571AD85"/>
    <w:rsid w:val="45A67A94"/>
    <w:rsid w:val="45AF03A4"/>
    <w:rsid w:val="45D2BB23"/>
    <w:rsid w:val="46742BA6"/>
    <w:rsid w:val="46FEC90E"/>
    <w:rsid w:val="4713F05A"/>
    <w:rsid w:val="4A1FE5E0"/>
    <w:rsid w:val="4A24154F"/>
    <w:rsid w:val="4A7EFDF5"/>
    <w:rsid w:val="4B959D6C"/>
    <w:rsid w:val="4C6A3414"/>
    <w:rsid w:val="4D8228DB"/>
    <w:rsid w:val="4DD41900"/>
    <w:rsid w:val="4EFFFB20"/>
    <w:rsid w:val="50BDDE68"/>
    <w:rsid w:val="519839CE"/>
    <w:rsid w:val="51C142B1"/>
    <w:rsid w:val="51F08FD7"/>
    <w:rsid w:val="524C5459"/>
    <w:rsid w:val="54069475"/>
    <w:rsid w:val="545101CC"/>
    <w:rsid w:val="54AE3A2A"/>
    <w:rsid w:val="54E925E4"/>
    <w:rsid w:val="54E925E4"/>
    <w:rsid w:val="5763930C"/>
    <w:rsid w:val="57FFADBA"/>
    <w:rsid w:val="58347ECF"/>
    <w:rsid w:val="5858DE62"/>
    <w:rsid w:val="5923CAC7"/>
    <w:rsid w:val="5AB3947F"/>
    <w:rsid w:val="5B9ECEFC"/>
    <w:rsid w:val="5BA2B9C6"/>
    <w:rsid w:val="5C3A6E7B"/>
    <w:rsid w:val="5DC0CC23"/>
    <w:rsid w:val="5EC549B1"/>
    <w:rsid w:val="61E43E40"/>
    <w:rsid w:val="62939A65"/>
    <w:rsid w:val="63087225"/>
    <w:rsid w:val="6311C0D8"/>
    <w:rsid w:val="63B310B9"/>
    <w:rsid w:val="640F1318"/>
    <w:rsid w:val="64875517"/>
    <w:rsid w:val="650F40EE"/>
    <w:rsid w:val="657B4127"/>
    <w:rsid w:val="665FA976"/>
    <w:rsid w:val="666C4862"/>
    <w:rsid w:val="67854A4B"/>
    <w:rsid w:val="67BA3080"/>
    <w:rsid w:val="68D805CC"/>
    <w:rsid w:val="695696B7"/>
    <w:rsid w:val="6979703D"/>
    <w:rsid w:val="69BA539E"/>
    <w:rsid w:val="6A10F77C"/>
    <w:rsid w:val="6A10F77C"/>
    <w:rsid w:val="6AD28E45"/>
    <w:rsid w:val="6B0A8213"/>
    <w:rsid w:val="6B69AF5D"/>
    <w:rsid w:val="6BD19225"/>
    <w:rsid w:val="6C06F6D6"/>
    <w:rsid w:val="6C11304C"/>
    <w:rsid w:val="6C3E153E"/>
    <w:rsid w:val="6C9DED6B"/>
    <w:rsid w:val="6DAA5F11"/>
    <w:rsid w:val="6EE64587"/>
    <w:rsid w:val="6F0455F2"/>
    <w:rsid w:val="6F42F5DE"/>
    <w:rsid w:val="70095123"/>
    <w:rsid w:val="70A82FE0"/>
    <w:rsid w:val="70C193DE"/>
    <w:rsid w:val="70C193DE"/>
    <w:rsid w:val="70DE8AA4"/>
    <w:rsid w:val="71E3F541"/>
    <w:rsid w:val="726FEF9C"/>
    <w:rsid w:val="734D776B"/>
    <w:rsid w:val="7496A2E1"/>
    <w:rsid w:val="74C49385"/>
    <w:rsid w:val="74D44B3B"/>
    <w:rsid w:val="758ACE8E"/>
    <w:rsid w:val="758F204A"/>
    <w:rsid w:val="762C4A93"/>
    <w:rsid w:val="7719F60C"/>
    <w:rsid w:val="7767B76D"/>
    <w:rsid w:val="7846CF1E"/>
    <w:rsid w:val="78E7F2D7"/>
    <w:rsid w:val="7993F6E8"/>
    <w:rsid w:val="7B32F50A"/>
    <w:rsid w:val="7CA808C4"/>
    <w:rsid w:val="7CC258CA"/>
    <w:rsid w:val="7CD85389"/>
    <w:rsid w:val="7E0683F6"/>
    <w:rsid w:val="7E70ABD6"/>
    <w:rsid w:val="7E7FBDEE"/>
    <w:rsid w:val="7EA214B5"/>
    <w:rsid w:val="7EB37963"/>
    <w:rsid w:val="7EBD2579"/>
    <w:rsid w:val="7F13AE71"/>
    <w:rsid w:val="7FDEA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26B4F"/>
  <w14:defaultImageDpi w14:val="300"/>
  <w15:docId w15:val="{62799C9F-F68A-4E51-98C8-A295495C61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E277E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3B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3BF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D73BF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BF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73B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footer" Target="footer.xml" Id="R0a1eff187999486f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eader" Target="header.xml" Id="Rbc1a5a025dfd4e70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293b70-8f97-4fd5-978c-83b462d73f85">
      <Terms xmlns="http://schemas.microsoft.com/office/infopath/2007/PartnerControls"/>
    </lcf76f155ced4ddcb4097134ff3c332f>
    <TaxCatchAll xmlns="2a1274f1-0e0e-415f-949a-84b334f23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03CDC047674A95AF517E69A73607" ma:contentTypeVersion="11" ma:contentTypeDescription="Een nieuw document maken." ma:contentTypeScope="" ma:versionID="6207dbbc139fd1c4d864a221fa6cb69c">
  <xsd:schema xmlns:xsd="http://www.w3.org/2001/XMLSchema" xmlns:xs="http://www.w3.org/2001/XMLSchema" xmlns:p="http://schemas.microsoft.com/office/2006/metadata/properties" xmlns:ns2="51202a96-aa28-40a1-8cbe-0a6550b80cd4" xmlns:ns3="8cd1c27d-502e-4417-8070-e5a9b92b0b97" targetNamespace="http://schemas.microsoft.com/office/2006/metadata/properties" ma:root="true" ma:fieldsID="3dfef81f91a0be55bff5d74789225005" ns2:_="" ns3:_="">
    <xsd:import namespace="51202a96-aa28-40a1-8cbe-0a6550b80cd4"/>
    <xsd:import namespace="8cd1c27d-502e-4417-8070-e5a9b92b0b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02a96-aa28-40a1-8cbe-0a6550b80cd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1d27030-5c4b-46bf-8244-78e253c840b5}" ma:internalName="TaxCatchAll" ma:showField="CatchAllData" ma:web="51202a96-aa28-40a1-8cbe-0a6550b8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c27d-502e-4417-8070-e5a9b92b0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2acaa0d-a40d-4f73-83f1-5bbc08f3a3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D32A4964FDC4D9BDBE318428B2150" ma:contentTypeVersion="17" ma:contentTypeDescription="Een nieuw document maken." ma:contentTypeScope="" ma:versionID="029cf9a34785c47172bc181f90550f3c">
  <xsd:schema xmlns:xsd="http://www.w3.org/2001/XMLSchema" xmlns:xs="http://www.w3.org/2001/XMLSchema" xmlns:p="http://schemas.microsoft.com/office/2006/metadata/properties" xmlns:ns2="86293b70-8f97-4fd5-978c-83b462d73f85" xmlns:ns3="2a1274f1-0e0e-415f-949a-84b334f2333a" targetNamespace="http://schemas.microsoft.com/office/2006/metadata/properties" ma:root="true" ma:fieldsID="2c5633d04b81674766e4e79ed2fc1a85" ns2:_="" ns3:_="">
    <xsd:import namespace="86293b70-8f97-4fd5-978c-83b462d73f85"/>
    <xsd:import namespace="2a1274f1-0e0e-415f-949a-84b334f2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3b70-8f97-4fd5-978c-83b462d73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5253302-e1c2-438b-bb47-88303090f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274f1-0e0e-415f-949a-84b334f233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454ddd7-a142-40af-8639-a6a958cfd68c}" ma:internalName="TaxCatchAll" ma:showField="CatchAllData" ma:web="2a1274f1-0e0e-415f-949a-84b334f2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E2491-9CA8-4E3E-9AAF-962A3F74AED5}">
  <ds:schemaRefs>
    <ds:schemaRef ds:uri="http://schemas.microsoft.com/office/2006/metadata/properties"/>
    <ds:schemaRef ds:uri="http://schemas.microsoft.com/office/infopath/2007/PartnerControls"/>
    <ds:schemaRef ds:uri="8cd1c27d-502e-4417-8070-e5a9b92b0b97"/>
    <ds:schemaRef ds:uri="51202a96-aa28-40a1-8cbe-0a6550b80cd4"/>
  </ds:schemaRefs>
</ds:datastoreItem>
</file>

<file path=customXml/itemProps2.xml><?xml version="1.0" encoding="utf-8"?>
<ds:datastoreItem xmlns:ds="http://schemas.openxmlformats.org/officeDocument/2006/customXml" ds:itemID="{52EA115A-B113-49D3-A6DC-C3501B2B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ACBC73-9DA8-46E9-9CBC-3F7AFF8E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02a96-aa28-40a1-8cbe-0a6550b80cd4"/>
    <ds:schemaRef ds:uri="8cd1c27d-502e-4417-8070-e5a9b92b0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5BD53-AA10-4024-8F9E-5580B06CA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Sofia  Sacco</lastModifiedBy>
  <revision>36</revision>
  <dcterms:created xsi:type="dcterms:W3CDTF">2026-05-13T15:21:00.0000000Z</dcterms:created>
  <dcterms:modified xsi:type="dcterms:W3CDTF">2026-06-23T14:53:05.6883600Z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0x010100035D32A4964FDC4D9BDBE318428B2150</vt:lpwstr>
  </property>
  <property fmtid="{D5CDD505-2E9C-101B-9397-08002B2CF9AE}" pid="3" name="_dlc_DocIdItemGuid">
    <vt:lpwstr>c38ce624-dacc-496b-b607-2d7147d5f115</vt:lpwstr>
  </property>
  <property fmtid="{D5CDD505-2E9C-101B-9397-08002B2CF9AE}" pid="4" name="MediaServiceImageTags">
    <vt:lpwstr/>
  </property>
</Properties>
</file>