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B92CDB" w:rsidP="6BD3D563" w:rsidRDefault="00B92CDB" w14:paraId="41F215FB" w14:textId="13CD3ADD">
      <w:pPr>
        <w:pStyle w:val="Kop2"/>
        <w:rPr>
          <w:rFonts w:ascii="Aharoni" w:hAnsi="Aharoni" w:eastAsia="Aharoni" w:cs="Aharoni"/>
          <w:b w:val="1"/>
          <w:bCs w:val="1"/>
          <w:i w:val="0"/>
          <w:iCs w:val="0"/>
          <w:color w:val="3ACCBA"/>
          <w:lang w:val="nl-NL"/>
        </w:rPr>
      </w:pPr>
      <w:r w:rsidRPr="6BD3D563" w:rsidR="00CB2B46">
        <w:rPr>
          <w:rFonts w:ascii="Aharoni" w:hAnsi="Aharoni" w:eastAsia="Aharoni" w:cs="Aharoni"/>
          <w:b w:val="1"/>
          <w:bCs w:val="1"/>
          <w:i w:val="0"/>
          <w:iCs w:val="0"/>
          <w:color w:val="3ACCBA"/>
          <w:lang w:val="nl-NL"/>
        </w:rPr>
        <w:t>Oefening 22 – Focus op waar jij invloed op hebt</w:t>
      </w:r>
    </w:p>
    <w:p w:rsidRPr="00250DEE" w:rsidR="00250DEE" w:rsidP="10B8AAB3" w:rsidRDefault="00250DEE" w14:paraId="78ACFFAF" w14:textId="63C61A76">
      <w:pPr>
        <w:rPr>
          <w:rFonts w:ascii="Dubai" w:hAnsi="Dubai" w:eastAsia="Dubai" w:cs="Dubai"/>
          <w:color w:val="2F023B"/>
          <w:lang w:val="nl-NL"/>
        </w:rPr>
      </w:pPr>
      <w:r w:rsidRPr="10B8AAB3" w:rsidR="00250DEE">
        <w:rPr>
          <w:rFonts w:ascii="Dubai" w:hAnsi="Dubai" w:eastAsia="Dubai" w:cs="Dubai"/>
          <w:color w:val="2F023B"/>
          <w:lang w:val="nl-NL"/>
        </w:rPr>
        <w:t>Sommige dingen kun je veranderen, andere niet. Het helpt om dat verschil te herkennen.</w:t>
      </w:r>
    </w:p>
    <w:p w:rsidR="00DB7190" w:rsidP="10B8AAB3" w:rsidRDefault="00CB2B46" w14:paraId="619DDD3C" w14:textId="77777777">
      <w:pPr>
        <w:rPr>
          <w:rFonts w:ascii="Dubai" w:hAnsi="Dubai" w:eastAsia="Dubai" w:cs="Dubai"/>
          <w:b w:val="1"/>
          <w:bCs w:val="1"/>
          <w:color w:val="6A25D0"/>
          <w:sz w:val="24"/>
          <w:szCs w:val="24"/>
          <w:lang w:val="nl-NL"/>
        </w:rPr>
      </w:pPr>
      <w:r w:rsidRPr="5763930C" w:rsidR="00CB2B46">
        <w:rPr>
          <w:rFonts w:ascii="Dubai" w:hAnsi="Dubai" w:eastAsia="Dubai" w:cs="Dubai"/>
          <w:b w:val="1"/>
          <w:bCs w:val="1"/>
          <w:color w:val="6A25D0"/>
          <w:sz w:val="24"/>
          <w:szCs w:val="24"/>
          <w:lang w:val="nl-NL"/>
        </w:rPr>
        <w:t>Waar heb ik invloed op?</w:t>
      </w:r>
    </w:p>
    <w:tbl>
      <w:tblPr>
        <w:tblStyle w:val="Tabelraster"/>
        <w:tblW w:w="0" w:type="auto"/>
        <w:tblBorders>
          <w:top w:val="dashed" w:color="6A25D0" w:sz="2"/>
          <w:left w:val="dashed" w:color="6A25D0" w:sz="2"/>
          <w:bottom w:val="dashed" w:color="6A25D0" w:sz="2"/>
          <w:right w:val="dashed" w:color="6A25D0" w:sz="2"/>
        </w:tblBorders>
        <w:tblLook w:val="06A0" w:firstRow="1" w:lastRow="0" w:firstColumn="1" w:lastColumn="0" w:noHBand="1" w:noVBand="1"/>
      </w:tblPr>
      <w:tblGrid>
        <w:gridCol w:w="8640"/>
      </w:tblGrid>
      <w:tr w:rsidR="5763930C" w:rsidTr="5763930C" w14:paraId="2FC8D2F6">
        <w:trPr>
          <w:trHeight w:val="300"/>
        </w:trPr>
        <w:tc>
          <w:tcPr>
            <w:tcW w:w="8640" w:type="dxa"/>
            <w:tcMar/>
          </w:tcPr>
          <w:p w:rsidR="28DB4BB2" w:rsidP="5763930C" w:rsidRDefault="28DB4BB2" w14:paraId="3E535B37" w14:textId="04EBFF66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5763930C" w:rsidR="28DB4BB2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28DB4BB2" w:rsidP="5763930C" w:rsidRDefault="28DB4BB2" w14:paraId="5DE996DB" w14:textId="51F8DD2A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5763930C" w:rsidR="28DB4BB2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28DB4BB2" w:rsidP="5763930C" w:rsidRDefault="28DB4BB2" w14:paraId="3D44FE4D" w14:textId="3A8B1329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5763930C" w:rsidR="28DB4BB2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28DB4BB2" w:rsidP="5763930C" w:rsidRDefault="28DB4BB2" w14:paraId="55EBA414" w14:textId="1C89D874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5763930C" w:rsidR="28DB4BB2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</w:tc>
      </w:tr>
    </w:tbl>
    <w:p w:rsidR="5763930C" w:rsidP="5763930C" w:rsidRDefault="5763930C" w14:paraId="0AB360B1" w14:textId="3B77F86F">
      <w:pPr>
        <w:pStyle w:val="Standaard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Dubai" w:hAnsi="Dubai" w:eastAsia="Dubai" w:cs="Dubai"/>
          <w:color w:val="6A25D0"/>
          <w:sz w:val="24"/>
          <w:szCs w:val="24"/>
          <w:lang w:val="nl-NL"/>
        </w:rPr>
      </w:pPr>
    </w:p>
    <w:p w:rsidR="00DB7190" w:rsidP="5763930C" w:rsidRDefault="00CB2B46" w14:paraId="2D1988DD" w14:textId="77777777">
      <w:pPr>
        <w:ind w:left="0"/>
        <w:rPr>
          <w:rFonts w:ascii="Dubai" w:hAnsi="Dubai" w:eastAsia="Dubai" w:cs="Dubai"/>
          <w:b w:val="1"/>
          <w:bCs w:val="1"/>
          <w:color w:val="6A25D0"/>
          <w:sz w:val="24"/>
          <w:szCs w:val="24"/>
          <w:lang w:val="nl-NL"/>
        </w:rPr>
      </w:pPr>
      <w:r w:rsidRPr="5763930C" w:rsidR="00CB2B46">
        <w:rPr>
          <w:rFonts w:ascii="Dubai" w:hAnsi="Dubai" w:eastAsia="Dubai" w:cs="Dubai"/>
          <w:b w:val="1"/>
          <w:bCs w:val="1"/>
          <w:color w:val="6A25D0"/>
          <w:sz w:val="24"/>
          <w:szCs w:val="24"/>
          <w:lang w:val="nl-NL"/>
        </w:rPr>
        <w:t>Waar heb ik geen invloed op?</w:t>
      </w:r>
    </w:p>
    <w:tbl>
      <w:tblPr>
        <w:tblStyle w:val="Tabelraster"/>
        <w:tblW w:w="0" w:type="auto"/>
        <w:tblBorders>
          <w:top w:val="dashed" w:color="6A25D0" w:sz="2"/>
          <w:left w:val="dashed" w:color="6A25D0" w:sz="2"/>
          <w:bottom w:val="dashed" w:color="6A25D0" w:sz="2"/>
          <w:right w:val="dashed" w:color="6A25D0" w:sz="2"/>
        </w:tblBorders>
        <w:tblLook w:val="06A0" w:firstRow="1" w:lastRow="0" w:firstColumn="1" w:lastColumn="0" w:noHBand="1" w:noVBand="1"/>
      </w:tblPr>
      <w:tblGrid>
        <w:gridCol w:w="8640"/>
      </w:tblGrid>
      <w:tr w:rsidR="5763930C" w:rsidTr="5763930C" w14:paraId="31ADF6CD">
        <w:trPr>
          <w:trHeight w:val="300"/>
        </w:trPr>
        <w:tc>
          <w:tcPr>
            <w:tcW w:w="8640" w:type="dxa"/>
            <w:tcMar/>
          </w:tcPr>
          <w:p w:rsidR="45A67A94" w:rsidP="5763930C" w:rsidRDefault="45A67A94" w14:paraId="43055A07" w14:textId="04EBFF66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5763930C" w:rsidR="45A67A94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45A67A94" w:rsidP="5763930C" w:rsidRDefault="45A67A94" w14:paraId="57EFEAD2" w14:textId="51F8DD2A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5763930C" w:rsidR="45A67A94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45A67A94" w:rsidP="5763930C" w:rsidRDefault="45A67A94" w14:paraId="7D31DDE7" w14:textId="5C8A0CFB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5763930C" w:rsidR="45A67A94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45A67A94" w:rsidP="5763930C" w:rsidRDefault="45A67A94" w14:paraId="36AC0AA5" w14:textId="392596AE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5763930C" w:rsidR="45A67A94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</w:tc>
      </w:tr>
    </w:tbl>
    <w:p w:rsidR="5763930C" w:rsidP="5763930C" w:rsidRDefault="5763930C" w14:paraId="0B7960DC" w14:textId="6881BCD1">
      <w:pPr>
        <w:pStyle w:val="Standaard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Dubai" w:hAnsi="Dubai" w:eastAsia="Dubai" w:cs="Dubai"/>
          <w:color w:val="6A25D0"/>
          <w:sz w:val="24"/>
          <w:szCs w:val="24"/>
          <w:lang w:val="nl-NL"/>
        </w:rPr>
      </w:pPr>
    </w:p>
    <w:p w:rsidR="00DB7190" w:rsidP="5763930C" w:rsidRDefault="00CB2B46" w14:paraId="67A56387" w14:textId="77777777">
      <w:pPr>
        <w:ind w:left="0"/>
        <w:rPr>
          <w:rFonts w:ascii="Dubai" w:hAnsi="Dubai" w:eastAsia="Dubai" w:cs="Dubai"/>
          <w:b w:val="1"/>
          <w:bCs w:val="1"/>
          <w:color w:val="6A25D0"/>
          <w:sz w:val="24"/>
          <w:szCs w:val="24"/>
          <w:lang w:val="nl-NL"/>
        </w:rPr>
      </w:pPr>
      <w:r w:rsidRPr="5763930C" w:rsidR="00CB2B46">
        <w:rPr>
          <w:rFonts w:ascii="Dubai" w:hAnsi="Dubai" w:eastAsia="Dubai" w:cs="Dubai"/>
          <w:b w:val="1"/>
          <w:bCs w:val="1"/>
          <w:color w:val="6A25D0"/>
          <w:sz w:val="24"/>
          <w:szCs w:val="24"/>
          <w:lang w:val="nl-NL"/>
        </w:rPr>
        <w:t>Waar wil ik mijn aandacht meer op richten?</w:t>
      </w:r>
    </w:p>
    <w:tbl>
      <w:tblPr>
        <w:tblStyle w:val="Tabelraster"/>
        <w:tblW w:w="0" w:type="auto"/>
        <w:tblBorders>
          <w:top w:val="dashed" w:color="6A25D0" w:sz="2"/>
          <w:left w:val="dashed" w:color="6A25D0" w:sz="2"/>
          <w:bottom w:val="dashed" w:color="6A25D0" w:sz="2"/>
          <w:right w:val="dashed" w:color="6A25D0" w:sz="2"/>
        </w:tblBorders>
        <w:tblLook w:val="06A0" w:firstRow="1" w:lastRow="0" w:firstColumn="1" w:lastColumn="0" w:noHBand="1" w:noVBand="1"/>
      </w:tblPr>
      <w:tblGrid>
        <w:gridCol w:w="8640"/>
      </w:tblGrid>
      <w:tr w:rsidR="5763930C" w:rsidTr="5763930C" w14:paraId="7EF3DFD9">
        <w:trPr>
          <w:trHeight w:val="300"/>
        </w:trPr>
        <w:tc>
          <w:tcPr>
            <w:tcW w:w="8640" w:type="dxa"/>
            <w:tcMar/>
          </w:tcPr>
          <w:p w:rsidR="45D2BB23" w:rsidP="5763930C" w:rsidRDefault="45D2BB23" w14:paraId="0A9FD2F9" w14:textId="04EBFF66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5763930C" w:rsidR="45D2BB23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45D2BB23" w:rsidP="5763930C" w:rsidRDefault="45D2BB23" w14:paraId="1D3F4C22" w14:textId="51F8DD2A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5763930C" w:rsidR="45D2BB23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45D2BB23" w:rsidP="5763930C" w:rsidRDefault="45D2BB23" w14:paraId="7E56F289" w14:textId="3A8B1329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5763930C" w:rsidR="45D2BB23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45D2BB23" w:rsidP="5763930C" w:rsidRDefault="45D2BB23" w14:paraId="1C5ECB23" w14:textId="3F30BC68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5763930C" w:rsidR="45D2BB23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</w:tc>
      </w:tr>
    </w:tbl>
    <w:p w:rsidR="5763930C" w:rsidP="5763930C" w:rsidRDefault="5763930C" w14:paraId="7F89943D" w14:textId="28562993">
      <w:pPr>
        <w:pStyle w:val="Standaard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Dubai" w:hAnsi="Dubai" w:eastAsia="Dubai" w:cs="Dubai"/>
          <w:b w:val="1"/>
          <w:bCs w:val="1"/>
          <w:color w:val="2F023B"/>
          <w:sz w:val="24"/>
          <w:szCs w:val="24"/>
          <w:lang w:val="nl-NL"/>
        </w:rPr>
      </w:pPr>
      <w:r w:rsidR="41CA8B4D">
        <w:drawing>
          <wp:anchor distT="0" distB="0" distL="114300" distR="114300" simplePos="0" relativeHeight="251658240" behindDoc="0" locked="0" layoutInCell="1" allowOverlap="1" wp14:editId="5EA51331" wp14:anchorId="76FC69D3">
            <wp:simplePos x="0" y="0"/>
            <wp:positionH relativeFrom="column">
              <wp:posOffset>904875</wp:posOffset>
            </wp:positionH>
            <wp:positionV relativeFrom="paragraph">
              <wp:posOffset>38100</wp:posOffset>
            </wp:positionV>
            <wp:extent cx="3705225" cy="3705225"/>
            <wp:effectExtent l="0" t="0" r="0" b="0"/>
            <wp:wrapNone/>
            <wp:docPr id="160023268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00232682" name="Picture 1600232682"/>
                    <pic:cNvPicPr/>
                  </pic:nvPicPr>
                  <pic:blipFill>
                    <a:blip xmlns:r="http://schemas.openxmlformats.org/officeDocument/2006/relationships" r:embed="rId117407637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052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5763930C" w:rsidP="5763930C" w:rsidRDefault="5763930C" w14:paraId="43D75FC0" w14:textId="1742338A">
      <w:pPr>
        <w:ind w:left="0"/>
        <w:rPr>
          <w:rFonts w:ascii="Dubai" w:hAnsi="Dubai" w:eastAsia="Dubai" w:cs="Dubai"/>
          <w:b w:val="1"/>
          <w:bCs w:val="1"/>
          <w:color w:val="auto"/>
          <w:sz w:val="24"/>
          <w:szCs w:val="24"/>
          <w:highlight w:val="yellow"/>
          <w:lang w:val="nl-NL"/>
        </w:rPr>
      </w:pPr>
    </w:p>
    <w:p w:rsidR="5763930C" w:rsidP="5763930C" w:rsidRDefault="5763930C" w14:paraId="47706203" w14:textId="0701C8FE">
      <w:pPr>
        <w:pStyle w:val="Standaard"/>
        <w:jc w:val="center"/>
      </w:pPr>
    </w:p>
    <w:p w:rsidRPr="002445A9" w:rsidR="00DB7190" w:rsidRDefault="00CB2B46" w14:paraId="679B5627" w14:textId="77777777">
      <w:pPr>
        <w:rPr>
          <w:rFonts w:ascii="Calibri" w:hAnsi="Calibri" w:cs="Calibri"/>
          <w:sz w:val="24"/>
          <w:szCs w:val="24"/>
          <w:lang w:val="nl-NL"/>
        </w:rPr>
      </w:pPr>
      <w:r w:rsidRPr="002445A9">
        <w:rPr>
          <w:rFonts w:ascii="Calibri" w:hAnsi="Calibri" w:cs="Calibri"/>
          <w:sz w:val="24"/>
          <w:szCs w:val="24"/>
          <w:lang w:val="nl-NL"/>
        </w:rPr>
        <w:br w:type="page"/>
      </w:r>
    </w:p>
    <w:p w:rsidRPr="002445A9" w:rsidR="00DB7190" w:rsidP="10B8AAB3" w:rsidRDefault="00CB2B46" w14:paraId="4D44F8A0" w14:textId="77777777">
      <w:pPr>
        <w:pStyle w:val="Kop2"/>
        <w:rPr>
          <w:rFonts w:ascii="Aharoni" w:hAnsi="Aharoni" w:eastAsia="Aharoni" w:cs="Aharoni"/>
          <w:b w:val="1"/>
          <w:bCs w:val="1"/>
          <w:i w:val="0"/>
          <w:iCs w:val="0"/>
          <w:color w:val="3ACCBA"/>
          <w:sz w:val="24"/>
          <w:szCs w:val="24"/>
          <w:lang w:val="nl-NL"/>
        </w:rPr>
      </w:pPr>
      <w:r w:rsidRPr="10B8AAB3" w:rsidR="00CB2B46">
        <w:rPr>
          <w:rFonts w:ascii="Aharoni" w:hAnsi="Aharoni" w:eastAsia="Aharoni" w:cs="Aharoni"/>
          <w:b w:val="1"/>
          <w:bCs w:val="1"/>
          <w:i w:val="0"/>
          <w:iCs w:val="0"/>
          <w:color w:val="3ACCBA"/>
          <w:sz w:val="24"/>
          <w:szCs w:val="24"/>
          <w:lang w:val="nl-NL"/>
        </w:rPr>
        <w:t>Oefening 23 – Maak een groot probleem kleiner</w:t>
      </w:r>
    </w:p>
    <w:p w:rsidRPr="00A27359" w:rsidR="00A27359" w:rsidP="5763930C" w:rsidRDefault="00A27359" w14:paraId="3798118F" w14:textId="2043222D">
      <w:pPr>
        <w:pStyle w:val="Standaard"/>
        <w:rPr>
          <w:rFonts w:ascii="Dubai" w:hAnsi="Dubai" w:eastAsia="Dubai" w:cs="Dubai"/>
          <w:color w:val="2F023B"/>
          <w:lang w:val="nl-NL"/>
        </w:rPr>
      </w:pPr>
      <w:r w:rsidRPr="5763930C" w:rsidR="00A27359">
        <w:rPr>
          <w:rFonts w:ascii="Dubai" w:hAnsi="Dubai" w:eastAsia="Dubai" w:cs="Dubai"/>
          <w:color w:val="2F023B"/>
          <w:lang w:val="nl-NL"/>
        </w:rPr>
        <w:t>Grote problemen voelen vaak zwaar. Je brein probeert alles tegelijk op te lossen. Dat werkt niet. Daarom helpt het om ze in kleinere stukken te verdelen.</w:t>
      </w:r>
    </w:p>
    <w:p w:rsidRPr="00A27359" w:rsidR="00A27359" w:rsidP="10B8AAB3" w:rsidRDefault="00A27359" w14:paraId="24DC54EC" w14:textId="57A175DE">
      <w:pPr>
        <w:rPr>
          <w:rFonts w:ascii="Dubai" w:hAnsi="Dubai" w:eastAsia="Dubai" w:cs="Dubai"/>
          <w:color w:val="6A25D0"/>
          <w:lang w:val="nl-NL"/>
        </w:rPr>
      </w:pPr>
      <w:r w:rsidRPr="41CA8B4D" w:rsidR="00A27359">
        <w:rPr>
          <w:rFonts w:ascii="Dubai" w:hAnsi="Dubai" w:eastAsia="Dubai" w:cs="Dubai"/>
          <w:b w:val="1"/>
          <w:bCs w:val="1"/>
          <w:i w:val="1"/>
          <w:iCs w:val="1"/>
          <w:color w:val="6A25D0"/>
          <w:lang w:val="nl-NL"/>
        </w:rPr>
        <w:t>Stap 1:</w:t>
      </w:r>
      <w:r>
        <w:br/>
      </w:r>
      <w:r w:rsidRPr="41CA8B4D" w:rsidR="00A27359">
        <w:rPr>
          <w:rFonts w:ascii="Dubai" w:hAnsi="Dubai" w:eastAsia="Dubai" w:cs="Dubai"/>
          <w:color w:val="6A25D0"/>
          <w:lang w:val="nl-NL"/>
        </w:rPr>
        <w:t>Schrijf het probleem in één zin op.</w:t>
      </w:r>
      <w:r w:rsidRPr="41CA8B4D" w:rsidR="185E8AED">
        <w:rPr>
          <w:rFonts w:ascii="Dubai" w:hAnsi="Dubai" w:eastAsia="Dubai" w:cs="Dubai"/>
          <w:color w:val="6A25D0"/>
          <w:lang w:val="nl-NL"/>
        </w:rPr>
        <w:t xml:space="preserve"> </w:t>
      </w:r>
      <w:r w:rsidRPr="41CA8B4D" w:rsidR="00A27359">
        <w:rPr>
          <w:rFonts w:ascii="Dubai" w:hAnsi="Dubai" w:eastAsia="Dubai" w:cs="Dubai"/>
          <w:color w:val="6A25D0"/>
          <w:lang w:val="nl-NL"/>
        </w:rPr>
        <w:t>Wat zit je dwars? Een zin is genoeg.</w:t>
      </w:r>
    </w:p>
    <w:tbl>
      <w:tblPr>
        <w:tblStyle w:val="Tabelraster"/>
        <w:tblW w:w="0" w:type="auto"/>
        <w:tblBorders>
          <w:top w:val="dashed" w:color="6A25D0" w:sz="2"/>
          <w:left w:val="dashed" w:color="6A25D0" w:sz="2"/>
          <w:bottom w:val="dashed" w:color="6A25D0" w:sz="2"/>
          <w:right w:val="dashed" w:color="6A25D0" w:sz="2"/>
        </w:tblBorders>
        <w:tblLook w:val="06A0" w:firstRow="1" w:lastRow="0" w:firstColumn="1" w:lastColumn="0" w:noHBand="1" w:noVBand="1"/>
      </w:tblPr>
      <w:tblGrid>
        <w:gridCol w:w="8640"/>
      </w:tblGrid>
      <w:tr w:rsidR="41CA8B4D" w:rsidTr="1417CBC2" w14:paraId="00F8CE90">
        <w:trPr>
          <w:trHeight w:val="300"/>
        </w:trPr>
        <w:tc>
          <w:tcPr>
            <w:tcW w:w="8640" w:type="dxa"/>
            <w:tcMar/>
          </w:tcPr>
          <w:p w:rsidR="41CA8B4D" w:rsidP="1417CBC2" w:rsidRDefault="41CA8B4D" w14:paraId="74D00679" w14:textId="6B4A220A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</w:p>
          <w:p w:rsidR="41CA8B4D" w:rsidP="1417CBC2" w:rsidRDefault="41CA8B4D" w14:paraId="54D5653E" w14:textId="41634B3D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7E70ABD6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</w:tc>
      </w:tr>
    </w:tbl>
    <w:p w:rsidR="41CA8B4D" w:rsidP="41CA8B4D" w:rsidRDefault="41CA8B4D" w14:paraId="172E1446" w14:textId="47682292">
      <w:pPr>
        <w:pStyle w:val="Standaard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Dubai" w:hAnsi="Dubai" w:eastAsia="Dubai" w:cs="Dubai"/>
          <w:color w:val="6A25D0"/>
          <w:lang w:val="nl-NL"/>
        </w:rPr>
      </w:pPr>
    </w:p>
    <w:p w:rsidRPr="00A27359" w:rsidR="00A27359" w:rsidP="41CA8B4D" w:rsidRDefault="00A27359" w14:paraId="33B2A758" w14:textId="77777777">
      <w:pPr>
        <w:ind w:left="0"/>
        <w:rPr>
          <w:rFonts w:ascii="Dubai" w:hAnsi="Dubai" w:eastAsia="Dubai" w:cs="Dubai"/>
          <w:color w:val="6A25D0"/>
          <w:lang w:val="nl-NL"/>
        </w:rPr>
      </w:pPr>
      <w:r w:rsidRPr="41CA8B4D" w:rsidR="00A27359">
        <w:rPr>
          <w:rFonts w:ascii="Dubai" w:hAnsi="Dubai" w:eastAsia="Dubai" w:cs="Dubai"/>
          <w:b w:val="1"/>
          <w:bCs w:val="1"/>
          <w:i w:val="1"/>
          <w:iCs w:val="1"/>
          <w:color w:val="6A25D0"/>
          <w:lang w:val="nl-NL"/>
        </w:rPr>
        <w:t>Stap 2:</w:t>
      </w:r>
      <w:r>
        <w:br/>
      </w:r>
      <w:r w:rsidRPr="41CA8B4D" w:rsidR="00A27359">
        <w:rPr>
          <w:rFonts w:ascii="Dubai" w:hAnsi="Dubai" w:eastAsia="Dubai" w:cs="Dubai"/>
          <w:color w:val="6A25D0"/>
          <w:lang w:val="nl-NL"/>
        </w:rPr>
        <w:t>Maak het kleiner. Vraag jezelf af:</w:t>
      </w:r>
    </w:p>
    <w:p w:rsidRPr="00A27359" w:rsidR="00A27359" w:rsidP="10B8AAB3" w:rsidRDefault="00A27359" w14:paraId="67CAAAFD" w14:textId="77777777">
      <w:pPr>
        <w:numPr>
          <w:ilvl w:val="0"/>
          <w:numId w:val="13"/>
        </w:numPr>
        <w:spacing w:after="160" w:line="278" w:lineRule="auto"/>
        <w:rPr>
          <w:rFonts w:ascii="Dubai" w:hAnsi="Dubai" w:eastAsia="Dubai" w:cs="Dubai"/>
          <w:color w:val="6A25D0"/>
          <w:lang w:val="nl-NL"/>
        </w:rPr>
      </w:pPr>
      <w:r w:rsidRPr="10B8AAB3" w:rsidR="00A27359">
        <w:rPr>
          <w:rFonts w:ascii="Dubai" w:hAnsi="Dubai" w:eastAsia="Dubai" w:cs="Dubai"/>
          <w:color w:val="6A25D0"/>
          <w:lang w:val="nl-NL"/>
        </w:rPr>
        <w:t xml:space="preserve">Waar gaat dit echt over? </w:t>
      </w:r>
    </w:p>
    <w:p w:rsidRPr="00A27359" w:rsidR="00A27359" w:rsidP="10B8AAB3" w:rsidRDefault="00A27359" w14:paraId="650EABD0" w14:textId="77777777">
      <w:pPr>
        <w:numPr>
          <w:ilvl w:val="0"/>
          <w:numId w:val="13"/>
        </w:numPr>
        <w:spacing w:after="160" w:line="278" w:lineRule="auto"/>
        <w:rPr>
          <w:rFonts w:ascii="Dubai" w:hAnsi="Dubai" w:eastAsia="Dubai" w:cs="Dubai"/>
          <w:color w:val="6A25D0"/>
          <w:lang w:val="nl-NL"/>
        </w:rPr>
      </w:pPr>
      <w:r w:rsidRPr="1417CBC2" w:rsidR="00A27359">
        <w:rPr>
          <w:rFonts w:ascii="Dubai" w:hAnsi="Dubai" w:eastAsia="Dubai" w:cs="Dubai"/>
          <w:color w:val="6A25D0"/>
          <w:lang w:val="nl-NL"/>
        </w:rPr>
        <w:t>Welke losse stukjes zitten hierin?</w:t>
      </w:r>
    </w:p>
    <w:tbl>
      <w:tblPr>
        <w:tblStyle w:val="Tabelraster"/>
        <w:tblW w:w="0" w:type="auto"/>
        <w:tblBorders>
          <w:top w:val="dashed" w:color="6A25D0" w:sz="2"/>
          <w:left w:val="dashed" w:color="6A25D0" w:sz="2"/>
          <w:bottom w:val="dashed" w:color="6A25D0" w:sz="2"/>
          <w:right w:val="dashed" w:color="6A25D0" w:sz="2"/>
        </w:tblBorders>
        <w:tblLook w:val="06A0" w:firstRow="1" w:lastRow="0" w:firstColumn="1" w:lastColumn="0" w:noHBand="1" w:noVBand="1"/>
      </w:tblPr>
      <w:tblGrid>
        <w:gridCol w:w="8640"/>
      </w:tblGrid>
      <w:tr w:rsidR="1417CBC2" w:rsidTr="1417CBC2" w14:paraId="0E22A8C2">
        <w:trPr>
          <w:trHeight w:val="300"/>
        </w:trPr>
        <w:tc>
          <w:tcPr>
            <w:tcW w:w="8640" w:type="dxa"/>
            <w:tcMar/>
          </w:tcPr>
          <w:p w:rsidR="1417CBC2" w:rsidP="1417CBC2" w:rsidRDefault="1417CBC2" w14:paraId="4A2AF756" w14:textId="0B567D8C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</w:p>
          <w:p w:rsidR="7E0683F6" w:rsidP="1417CBC2" w:rsidRDefault="7E0683F6" w14:paraId="6CAB5EF5" w14:textId="732DC9E6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7E0683F6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</w:tc>
      </w:tr>
    </w:tbl>
    <w:p w:rsidR="1417CBC2" w:rsidP="1417CBC2" w:rsidRDefault="1417CBC2" w14:paraId="21F89E04" w14:textId="789A9896">
      <w:pPr>
        <w:pStyle w:val="Standaard"/>
        <w:suppressLineNumbers w:val="0"/>
        <w:bidi w:val="0"/>
        <w:spacing w:before="0" w:beforeAutospacing="off" w:after="160" w:afterAutospacing="off" w:line="278" w:lineRule="auto"/>
        <w:ind w:left="720" w:right="0"/>
        <w:jc w:val="left"/>
        <w:rPr>
          <w:rFonts w:ascii="Dubai" w:hAnsi="Dubai" w:eastAsia="Dubai" w:cs="Dubai"/>
          <w:color w:val="6A25D0"/>
          <w:lang w:val="nl-NL"/>
        </w:rPr>
      </w:pPr>
    </w:p>
    <w:p w:rsidRPr="00A27359" w:rsidR="00A27359" w:rsidP="1417CBC2" w:rsidRDefault="00A27359" w14:paraId="7EE226B9" w14:textId="77777777">
      <w:pPr>
        <w:ind w:left="0"/>
        <w:rPr>
          <w:rFonts w:ascii="Dubai" w:hAnsi="Dubai" w:eastAsia="Dubai" w:cs="Dubai"/>
          <w:color w:val="6A25D0"/>
          <w:lang w:val="nl-NL"/>
        </w:rPr>
      </w:pPr>
      <w:r w:rsidRPr="1417CBC2" w:rsidR="00A27359">
        <w:rPr>
          <w:rFonts w:ascii="Dubai" w:hAnsi="Dubai" w:eastAsia="Dubai" w:cs="Dubai"/>
          <w:b w:val="1"/>
          <w:bCs w:val="1"/>
          <w:i w:val="1"/>
          <w:iCs w:val="1"/>
          <w:color w:val="6A25D0"/>
          <w:lang w:val="nl-NL"/>
        </w:rPr>
        <w:t>Stap 3:</w:t>
      </w:r>
      <w:r>
        <w:br/>
      </w:r>
      <w:r w:rsidRPr="1417CBC2" w:rsidR="00A27359">
        <w:rPr>
          <w:rFonts w:ascii="Dubai" w:hAnsi="Dubai" w:eastAsia="Dubai" w:cs="Dubai"/>
          <w:color w:val="6A25D0"/>
          <w:lang w:val="nl-NL"/>
        </w:rPr>
        <w:t>Bedenk per stukje één kleine stap die je kunt zetten.</w:t>
      </w:r>
    </w:p>
    <w:p w:rsidRPr="00A27359" w:rsidR="00A27359" w:rsidP="10B8AAB3" w:rsidRDefault="00A27359" w14:paraId="44F47115" w14:textId="77777777">
      <w:pPr>
        <w:rPr>
          <w:rFonts w:ascii="Dubai" w:hAnsi="Dubai" w:eastAsia="Dubai" w:cs="Dubai"/>
          <w:color w:val="6A25D0"/>
          <w:lang w:val="nl-NL"/>
        </w:rPr>
      </w:pPr>
      <w:r w:rsidRPr="10B8AAB3" w:rsidR="00A27359">
        <w:rPr>
          <w:rFonts w:ascii="Dubai" w:hAnsi="Dubai" w:eastAsia="Dubai" w:cs="Dubai"/>
          <w:color w:val="6A25D0"/>
          <w:lang w:val="nl-NL"/>
        </w:rPr>
        <w:t>Kies daarna één eerste stap en begin daarmee.</w:t>
      </w:r>
    </w:p>
    <w:p w:rsidRPr="00A27359" w:rsidR="00A27359" w:rsidP="10B8AAB3" w:rsidRDefault="00A27359" w14:paraId="70A2FF6E" w14:textId="77777777">
      <w:pPr>
        <w:rPr>
          <w:rFonts w:ascii="Dubai" w:hAnsi="Dubai" w:eastAsia="Dubai" w:cs="Dubai"/>
          <w:color w:val="6A25D0"/>
          <w:lang w:val="nl-NL"/>
        </w:rPr>
      </w:pPr>
      <w:r w:rsidRPr="1417CBC2" w:rsidR="00A27359">
        <w:rPr>
          <w:rFonts w:ascii="Dubai" w:hAnsi="Dubai" w:eastAsia="Dubai" w:cs="Dubai"/>
          <w:color w:val="6A25D0"/>
          <w:lang w:val="nl-NL"/>
        </w:rPr>
        <w:t>Je hoeft niet alles tegelijk op te lossen.</w:t>
      </w:r>
    </w:p>
    <w:tbl>
      <w:tblPr>
        <w:tblStyle w:val="Tabelraster"/>
        <w:tblW w:w="0" w:type="auto"/>
        <w:tblBorders>
          <w:top w:val="dashed" w:color="6A25D0" w:sz="2"/>
          <w:left w:val="dashed" w:color="6A25D0" w:sz="2"/>
          <w:bottom w:val="dashed" w:color="6A25D0" w:sz="2"/>
          <w:right w:val="dashed" w:color="6A25D0" w:sz="2"/>
        </w:tblBorders>
        <w:tblLook w:val="06A0" w:firstRow="1" w:lastRow="0" w:firstColumn="1" w:lastColumn="0" w:noHBand="1" w:noVBand="1"/>
      </w:tblPr>
      <w:tblGrid>
        <w:gridCol w:w="8640"/>
      </w:tblGrid>
      <w:tr w:rsidR="1417CBC2" w:rsidTr="1417CBC2" w14:paraId="30082611">
        <w:trPr>
          <w:trHeight w:val="300"/>
        </w:trPr>
        <w:tc>
          <w:tcPr>
            <w:tcW w:w="8640" w:type="dxa"/>
            <w:tcMar/>
          </w:tcPr>
          <w:p w:rsidR="1417CBC2" w:rsidP="1417CBC2" w:rsidRDefault="1417CBC2" w14:paraId="02D28439" w14:textId="5AAAC45E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</w:p>
          <w:p w:rsidR="63B310B9" w:rsidP="1417CBC2" w:rsidRDefault="63B310B9" w14:paraId="3D70EBA8" w14:textId="1C00C09A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63B310B9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</w:tc>
      </w:tr>
    </w:tbl>
    <w:p w:rsidRPr="00A27359" w:rsidR="00A27359" w:rsidP="1417CBC2" w:rsidRDefault="00A27359" w14:paraId="11F52866" w14:textId="3F28DBAD">
      <w:pPr>
        <w:pStyle w:val="Standaard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Dubai" w:hAnsi="Dubai" w:eastAsia="Dubai" w:cs="Dubai"/>
          <w:color w:val="6A25D0"/>
          <w:lang w:val="nl-NL"/>
        </w:rPr>
      </w:pPr>
    </w:p>
    <w:tbl>
      <w:tblPr>
        <w:tblStyle w:val="Tabelraster"/>
        <w:tblW w:w="0" w:type="auto"/>
        <w:tblBorders>
          <w:top w:val="dashed" w:color="6A25D0" w:sz="2"/>
          <w:left w:val="dashed" w:color="6A25D0" w:sz="2"/>
          <w:bottom w:val="dashed" w:color="6A25D0" w:sz="2"/>
          <w:right w:val="dashed" w:color="6A25D0" w:sz="2"/>
        </w:tblBorders>
        <w:tblLook w:val="06A0" w:firstRow="1" w:lastRow="0" w:firstColumn="1" w:lastColumn="0" w:noHBand="1" w:noVBand="1"/>
      </w:tblPr>
      <w:tblGrid>
        <w:gridCol w:w="8640"/>
      </w:tblGrid>
      <w:tr w:rsidR="1417CBC2" w:rsidTr="1417CBC2" w14:paraId="4A7ADABA">
        <w:trPr>
          <w:trHeight w:val="300"/>
        </w:trPr>
        <w:tc>
          <w:tcPr>
            <w:tcW w:w="8640" w:type="dxa"/>
            <w:tcMar/>
          </w:tcPr>
          <w:p w:rsidR="1417CBC2" w:rsidP="1417CBC2" w:rsidRDefault="1417CBC2" w14:paraId="41652CDA" w14:textId="5AAAC45E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</w:p>
          <w:p w:rsidR="4EFFFB20" w:rsidP="1417CBC2" w:rsidRDefault="4EFFFB20" w14:paraId="73499943" w14:textId="6B1A3F6C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4EFFFB20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</w:tc>
      </w:tr>
    </w:tbl>
    <w:p w:rsidRPr="00A27359" w:rsidR="00A27359" w:rsidP="1417CBC2" w:rsidRDefault="00A27359" w14:paraId="5FA4F75C" w14:textId="7C962D6E">
      <w:pPr>
        <w:ind w:left="0"/>
      </w:pPr>
    </w:p>
    <w:tbl>
      <w:tblPr>
        <w:tblStyle w:val="Tabelraster"/>
        <w:tblW w:w="0" w:type="auto"/>
        <w:tblBorders>
          <w:top w:val="dashed" w:color="6A25D0" w:sz="2"/>
          <w:left w:val="dashed" w:color="6A25D0" w:sz="2"/>
          <w:bottom w:val="dashed" w:color="6A25D0" w:sz="2"/>
          <w:right w:val="dashed" w:color="6A25D0" w:sz="2"/>
        </w:tblBorders>
        <w:tblLook w:val="06A0" w:firstRow="1" w:lastRow="0" w:firstColumn="1" w:lastColumn="0" w:noHBand="1" w:noVBand="1"/>
      </w:tblPr>
      <w:tblGrid>
        <w:gridCol w:w="8640"/>
      </w:tblGrid>
      <w:tr w:rsidR="1417CBC2" w:rsidTr="1417CBC2" w14:paraId="45244646">
        <w:trPr>
          <w:trHeight w:val="300"/>
        </w:trPr>
        <w:tc>
          <w:tcPr>
            <w:tcW w:w="8640" w:type="dxa"/>
            <w:tcMar/>
          </w:tcPr>
          <w:p w:rsidR="1417CBC2" w:rsidP="1417CBC2" w:rsidRDefault="1417CBC2" w14:paraId="35184823" w14:textId="5AAAC45E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</w:p>
          <w:p w:rsidR="4EFFFB20" w:rsidP="1417CBC2" w:rsidRDefault="4EFFFB20" w14:paraId="06765F73" w14:textId="229AB627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4EFFFB20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</w:tc>
      </w:tr>
    </w:tbl>
    <w:p w:rsidRPr="00A27359" w:rsidR="00A27359" w:rsidP="1417CBC2" w:rsidRDefault="00A27359" w14:paraId="0D662AFF" w14:textId="374D745C">
      <w:pPr>
        <w:pStyle w:val="Standaard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tbl>
      <w:tblPr>
        <w:tblStyle w:val="Tabelraster"/>
        <w:bidiVisual w:val="0"/>
        <w:tblW w:w="0" w:type="auto"/>
        <w:tblBorders>
          <w:top w:val="dashed" w:color="6A25D0" w:sz="2"/>
          <w:left w:val="dashed" w:color="6A25D0" w:sz="2"/>
          <w:bottom w:val="dashed" w:color="6A25D0" w:sz="2"/>
          <w:right w:val="dashed" w:color="6A25D0" w:sz="2"/>
        </w:tblBorders>
        <w:tblLook w:val="06A0" w:firstRow="1" w:lastRow="0" w:firstColumn="1" w:lastColumn="0" w:noHBand="1" w:noVBand="1"/>
      </w:tblPr>
      <w:tblGrid>
        <w:gridCol w:w="8640"/>
      </w:tblGrid>
      <w:tr w:rsidR="1417CBC2" w:rsidTr="1417CBC2" w14:paraId="353916FC">
        <w:trPr>
          <w:trHeight w:val="300"/>
        </w:trPr>
        <w:tc>
          <w:tcPr>
            <w:tcW w:w="8640" w:type="dxa"/>
            <w:tcMar/>
          </w:tcPr>
          <w:p w:rsidR="1417CBC2" w:rsidP="1417CBC2" w:rsidRDefault="1417CBC2" w14:paraId="6F5B944D" w14:textId="5AAAC45E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</w:p>
          <w:p w:rsidR="4EFFFB20" w:rsidP="1417CBC2" w:rsidRDefault="4EFFFB20" w14:paraId="247CA64D" w14:textId="6FB6672D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4EFFFB20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</w:tc>
      </w:tr>
    </w:tbl>
    <w:p w:rsidRPr="00A27359" w:rsidR="00A27359" w:rsidP="1417CBC2" w:rsidRDefault="00A27359" w14:paraId="1CCE3E89" w14:textId="0BBB0452">
      <w:pPr>
        <w:pStyle w:val="Standaard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</w:p>
    <w:p w:rsidRPr="00A27359" w:rsidR="00A27359" w:rsidP="1417CBC2" w:rsidRDefault="00A27359" w14:paraId="51FC5DE9" w14:textId="35AFE5C0">
      <w:pPr>
        <w:ind w:left="0"/>
      </w:pPr>
      <w:r>
        <w:br w:type="page"/>
      </w:r>
    </w:p>
    <w:p w:rsidRPr="00A27359" w:rsidR="00A27359" w:rsidP="1417CBC2" w:rsidRDefault="00A27359" w14:paraId="1423B6AA" w14:textId="7EB2CDDD">
      <w:pPr>
        <w:pStyle w:val="Standaard"/>
        <w:ind w:left="0"/>
        <w:rPr>
          <w:rFonts w:ascii="Dubai" w:hAnsi="Dubai" w:eastAsia="Dubai" w:cs="Dubai"/>
          <w:color w:val="6A25D0"/>
          <w:lang w:val="nl-NL"/>
        </w:rPr>
      </w:pPr>
      <w:r w:rsidRPr="1417CBC2" w:rsidR="00A27359">
        <w:rPr>
          <w:rFonts w:ascii="Dubai" w:hAnsi="Dubai" w:eastAsia="Dubai" w:cs="Dubai"/>
          <w:b w:val="1"/>
          <w:bCs w:val="1"/>
          <w:i w:val="1"/>
          <w:iCs w:val="1"/>
          <w:color w:val="6A25D0"/>
          <w:lang w:val="nl-NL"/>
        </w:rPr>
        <w:t>Stap 4:</w:t>
      </w:r>
      <w:r w:rsidRPr="1417CBC2" w:rsidR="00A27359">
        <w:rPr>
          <w:rFonts w:ascii="Dubai" w:hAnsi="Dubai" w:eastAsia="Dubai" w:cs="Dubai"/>
          <w:color w:val="6A25D0"/>
          <w:lang w:val="nl-NL"/>
        </w:rPr>
        <w:t xml:space="preserve"> </w:t>
      </w:r>
      <w:r>
        <w:br/>
      </w:r>
      <w:r w:rsidRPr="1417CBC2" w:rsidR="657B4127">
        <w:rPr>
          <w:rFonts w:ascii="Dubai" w:hAnsi="Dubai" w:eastAsia="Dubai" w:cs="Dubai"/>
          <w:color w:val="6A25D0"/>
          <w:lang w:val="nl-NL"/>
        </w:rPr>
        <w:t xml:space="preserve">Sta even stil. </w:t>
      </w:r>
      <w:r w:rsidRPr="1417CBC2" w:rsidR="3B6803CC">
        <w:rPr>
          <w:rFonts w:ascii="Dubai" w:hAnsi="Dubai" w:eastAsia="Dubai" w:cs="Dubai"/>
          <w:color w:val="6A25D0"/>
          <w:lang w:val="nl-NL"/>
        </w:rPr>
        <w:t xml:space="preserve">Check </w:t>
      </w:r>
      <w:r w:rsidRPr="1417CBC2" w:rsidR="00A27359">
        <w:rPr>
          <w:rFonts w:ascii="Dubai" w:hAnsi="Dubai" w:eastAsia="Dubai" w:cs="Dubai"/>
          <w:color w:val="6A25D0"/>
          <w:lang w:val="nl-NL"/>
        </w:rPr>
        <w:t>wat er al gelukt is. Dat telt. Ook als het klein voelt.</w:t>
      </w:r>
      <w:r>
        <w:br/>
      </w:r>
      <w:r w:rsidRPr="1417CBC2" w:rsidR="00A27359">
        <w:rPr>
          <w:rFonts w:ascii="Dubai" w:hAnsi="Dubai" w:eastAsia="Dubai" w:cs="Dubai"/>
          <w:color w:val="auto"/>
          <w:lang w:val="nl-NL"/>
        </w:rPr>
        <w:t>Bijvoorbeeld</w:t>
      </w:r>
      <w:r w:rsidRPr="1417CBC2" w:rsidR="665FA976">
        <w:rPr>
          <w:rFonts w:ascii="Dubai" w:hAnsi="Dubai" w:eastAsia="Dubai" w:cs="Dubai"/>
          <w:color w:val="auto"/>
          <w:lang w:val="nl-NL"/>
        </w:rPr>
        <w:t>:</w:t>
      </w:r>
      <w:r>
        <w:br/>
      </w:r>
      <w:r w:rsidRPr="1417CBC2" w:rsidR="00A27359">
        <w:rPr>
          <w:rFonts w:ascii="Dubai" w:hAnsi="Dubai" w:eastAsia="Dubai" w:cs="Dubai"/>
          <w:color w:val="auto"/>
          <w:lang w:val="nl-NL"/>
        </w:rPr>
        <w:t>Het probleem:</w:t>
      </w:r>
      <w:r>
        <w:br/>
      </w:r>
      <w:r w:rsidRPr="1417CBC2" w:rsidR="00A27359">
        <w:rPr>
          <w:rFonts w:ascii="Dubai" w:hAnsi="Dubai" w:eastAsia="Dubai" w:cs="Dubai"/>
          <w:color w:val="auto"/>
          <w:lang w:val="nl-NL"/>
        </w:rPr>
        <w:t>‘Ik heb ruzie met mijn beste vriend en dat zit me dwars.’</w:t>
      </w:r>
      <w:r>
        <w:br/>
      </w:r>
      <w:r>
        <w:br/>
      </w:r>
      <w:r w:rsidRPr="1417CBC2" w:rsidR="00A27359">
        <w:rPr>
          <w:rFonts w:ascii="Dubai" w:hAnsi="Dubai" w:eastAsia="Dubai" w:cs="Dubai"/>
          <w:color w:val="auto"/>
          <w:lang w:val="nl-NL"/>
        </w:rPr>
        <w:t>In stukjes:</w:t>
      </w:r>
      <w:r>
        <w:br/>
      </w:r>
      <w:r w:rsidRPr="1417CBC2" w:rsidR="00A27359">
        <w:rPr>
          <w:rFonts w:ascii="Dubai" w:hAnsi="Dubai" w:eastAsia="Dubai" w:cs="Dubai"/>
          <w:color w:val="auto"/>
          <w:lang w:val="nl-NL"/>
        </w:rPr>
        <w:t>Wat voel ik eigenlijk? (</w:t>
      </w:r>
      <w:r w:rsidRPr="1417CBC2" w:rsidR="00A27359">
        <w:rPr>
          <w:rFonts w:ascii="Dubai" w:hAnsi="Dubai" w:eastAsia="Dubai" w:cs="Dubai"/>
          <w:color w:val="auto"/>
          <w:lang w:val="nl-NL"/>
        </w:rPr>
        <w:t>boos</w:t>
      </w:r>
      <w:r w:rsidRPr="1417CBC2" w:rsidR="00A27359">
        <w:rPr>
          <w:rFonts w:ascii="Dubai" w:hAnsi="Dubai" w:eastAsia="Dubai" w:cs="Dubai"/>
          <w:color w:val="auto"/>
          <w:lang w:val="nl-NL"/>
        </w:rPr>
        <w:t>, verdrietig, teleurgesteld)</w:t>
      </w:r>
      <w:r>
        <w:br/>
      </w:r>
      <w:r w:rsidRPr="1417CBC2" w:rsidR="00A27359">
        <w:rPr>
          <w:rFonts w:ascii="Dubai" w:hAnsi="Dubai" w:eastAsia="Dubai" w:cs="Dubai"/>
          <w:color w:val="auto"/>
          <w:lang w:val="nl-NL"/>
        </w:rPr>
        <w:t>Wat ging er mis? (</w:t>
      </w:r>
      <w:r w:rsidRPr="1417CBC2" w:rsidR="00A27359">
        <w:rPr>
          <w:rFonts w:ascii="Dubai" w:hAnsi="Dubai" w:eastAsia="Dubai" w:cs="Dubai"/>
          <w:color w:val="auto"/>
          <w:lang w:val="nl-NL"/>
        </w:rPr>
        <w:t>die</w:t>
      </w:r>
      <w:r w:rsidRPr="1417CBC2" w:rsidR="00A27359">
        <w:rPr>
          <w:rFonts w:ascii="Dubai" w:hAnsi="Dubai" w:eastAsia="Dubai" w:cs="Dubai"/>
          <w:color w:val="auto"/>
          <w:lang w:val="nl-NL"/>
        </w:rPr>
        <w:t xml:space="preserve"> opmerking, mijn reactie)</w:t>
      </w:r>
      <w:r>
        <w:br/>
      </w:r>
      <w:r w:rsidRPr="1417CBC2" w:rsidR="00A27359">
        <w:rPr>
          <w:rFonts w:ascii="Dubai" w:hAnsi="Dubai" w:eastAsia="Dubai" w:cs="Dubai"/>
          <w:color w:val="auto"/>
          <w:lang w:val="nl-NL"/>
        </w:rPr>
        <w:t>Wat is mijn aandeel?</w:t>
      </w:r>
      <w:r>
        <w:br/>
      </w:r>
      <w:r w:rsidRPr="1417CBC2" w:rsidR="00A27359">
        <w:rPr>
          <w:rFonts w:ascii="Dubai" w:hAnsi="Dubai" w:eastAsia="Dubai" w:cs="Dubai"/>
          <w:color w:val="auto"/>
          <w:lang w:val="nl-NL"/>
        </w:rPr>
        <w:t>Wat wil ik nu echt? (</w:t>
      </w:r>
      <w:r w:rsidRPr="1417CBC2" w:rsidR="00A27359">
        <w:rPr>
          <w:rFonts w:ascii="Dubai" w:hAnsi="Dubai" w:eastAsia="Dubai" w:cs="Dubai"/>
          <w:color w:val="auto"/>
          <w:lang w:val="nl-NL"/>
        </w:rPr>
        <w:t>rust</w:t>
      </w:r>
      <w:r w:rsidRPr="1417CBC2" w:rsidR="00A27359">
        <w:rPr>
          <w:rFonts w:ascii="Dubai" w:hAnsi="Dubai" w:eastAsia="Dubai" w:cs="Dubai"/>
          <w:color w:val="auto"/>
          <w:lang w:val="nl-NL"/>
        </w:rPr>
        <w:t>, duidelijkheid, sorry zeggen)</w:t>
      </w:r>
      <w:r>
        <w:br/>
      </w:r>
      <w:r w:rsidRPr="1417CBC2" w:rsidR="00A27359">
        <w:rPr>
          <w:rFonts w:ascii="Dubai" w:hAnsi="Dubai" w:eastAsia="Dubai" w:cs="Dubai"/>
          <w:color w:val="auto"/>
          <w:lang w:val="nl-NL"/>
        </w:rPr>
        <w:t>Wat is een kleine stap?</w:t>
      </w:r>
      <w:r>
        <w:br/>
      </w:r>
      <w:r>
        <w:br/>
      </w:r>
      <w:r w:rsidRPr="1417CBC2" w:rsidR="00A27359">
        <w:rPr>
          <w:rFonts w:ascii="Dubai" w:hAnsi="Dubai" w:eastAsia="Dubai" w:cs="Dubai"/>
          <w:color w:val="auto"/>
          <w:lang w:val="nl-NL"/>
        </w:rPr>
        <w:t>Mogelijke acties:</w:t>
      </w:r>
      <w:r>
        <w:br/>
      </w:r>
      <w:r w:rsidRPr="1417CBC2" w:rsidR="00A27359">
        <w:rPr>
          <w:rFonts w:ascii="Dubai" w:hAnsi="Dubai" w:eastAsia="Dubai" w:cs="Dubai"/>
          <w:color w:val="auto"/>
          <w:lang w:val="nl-NL"/>
        </w:rPr>
        <w:t>een kort appje sturen</w:t>
      </w:r>
      <w:r>
        <w:br/>
      </w:r>
      <w:r w:rsidRPr="1417CBC2" w:rsidR="00A27359">
        <w:rPr>
          <w:rFonts w:ascii="Dubai" w:hAnsi="Dubai" w:eastAsia="Dubai" w:cs="Dubai"/>
          <w:color w:val="auto"/>
          <w:lang w:val="nl-NL"/>
        </w:rPr>
        <w:t>vragen of jullie kunnen praten</w:t>
      </w:r>
      <w:r>
        <w:br/>
      </w:r>
      <w:r w:rsidRPr="1417CBC2" w:rsidR="00A27359">
        <w:rPr>
          <w:rFonts w:ascii="Dubai" w:hAnsi="Dubai" w:eastAsia="Dubai" w:cs="Dubai"/>
          <w:color w:val="auto"/>
          <w:lang w:val="nl-NL"/>
        </w:rPr>
        <w:t>even afstand nemen</w:t>
      </w:r>
      <w:r>
        <w:br/>
      </w:r>
      <w:r>
        <w:br/>
      </w:r>
      <w:r w:rsidRPr="1417CBC2" w:rsidR="00A27359">
        <w:rPr>
          <w:rFonts w:ascii="Dubai" w:hAnsi="Dubai" w:eastAsia="Dubai" w:cs="Dubai"/>
          <w:color w:val="6A25D0"/>
          <w:lang w:val="nl-NL"/>
        </w:rPr>
        <w:t>Kies er één. Zet die stap. De rest komt later.</w:t>
      </w:r>
      <w:r>
        <w:br/>
      </w:r>
      <w:r w:rsidRPr="1417CBC2" w:rsidR="00A27359">
        <w:rPr>
          <w:rFonts w:ascii="Dubai" w:hAnsi="Dubai" w:eastAsia="Dubai" w:cs="Dubai"/>
          <w:color w:val="6A25D0"/>
          <w:lang w:val="nl-NL"/>
        </w:rPr>
        <w:t>Reminder: een probleem oplossen hoeft niet in één keer.  </w:t>
      </w:r>
    </w:p>
    <w:tbl>
      <w:tblPr>
        <w:tblStyle w:val="Tabelraster"/>
        <w:tblW w:w="0" w:type="auto"/>
        <w:tblBorders>
          <w:top w:val="dashed" w:color="6A25D0" w:sz="2"/>
          <w:left w:val="dashed" w:color="6A25D0" w:sz="2"/>
          <w:bottom w:val="dashed" w:color="6A25D0" w:sz="2"/>
          <w:right w:val="dashed" w:color="6A25D0" w:sz="2"/>
        </w:tblBorders>
        <w:tblLook w:val="06A0" w:firstRow="1" w:lastRow="0" w:firstColumn="1" w:lastColumn="0" w:noHBand="1" w:noVBand="1"/>
      </w:tblPr>
      <w:tblGrid>
        <w:gridCol w:w="8640"/>
      </w:tblGrid>
      <w:tr w:rsidR="1417CBC2" w:rsidTr="1417CBC2" w14:paraId="27B1B645">
        <w:trPr>
          <w:trHeight w:val="300"/>
        </w:trPr>
        <w:tc>
          <w:tcPr>
            <w:tcW w:w="8640" w:type="dxa"/>
            <w:tcMar/>
          </w:tcPr>
          <w:p w:rsidR="3051D6E5" w:rsidP="1417CBC2" w:rsidRDefault="3051D6E5" w14:paraId="7772F3C4" w14:textId="47C9CE02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3051D6E5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3051D6E5" w:rsidP="1417CBC2" w:rsidRDefault="3051D6E5" w14:paraId="61F478A4" w14:textId="51F8DD2A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3051D6E5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3051D6E5" w:rsidP="1417CBC2" w:rsidRDefault="3051D6E5" w14:paraId="7BC26622" w14:textId="3A8B1329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3051D6E5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3051D6E5" w:rsidP="1417CBC2" w:rsidRDefault="3051D6E5" w14:paraId="00BC9E8E" w14:textId="1C89D874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3051D6E5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3051D6E5" w:rsidP="1417CBC2" w:rsidRDefault="3051D6E5" w14:paraId="5A2D0546" w14:textId="04EBFF66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3051D6E5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3051D6E5" w:rsidP="1417CBC2" w:rsidRDefault="3051D6E5" w14:paraId="339E74AF" w14:textId="51F8DD2A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3051D6E5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3051D6E5" w:rsidP="1417CBC2" w:rsidRDefault="3051D6E5" w14:paraId="4FE610B4" w14:textId="3A8B1329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3051D6E5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3051D6E5" w:rsidP="1417CBC2" w:rsidRDefault="3051D6E5" w14:paraId="21C21018" w14:textId="1C89D874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3051D6E5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3051D6E5" w:rsidP="1417CBC2" w:rsidRDefault="3051D6E5" w14:paraId="3A5453DD" w14:textId="04EBFF66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3051D6E5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3051D6E5" w:rsidP="1417CBC2" w:rsidRDefault="3051D6E5" w14:paraId="413CA758" w14:textId="51F8DD2A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3051D6E5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3051D6E5" w:rsidP="1417CBC2" w:rsidRDefault="3051D6E5" w14:paraId="22E0C389" w14:textId="3A8B1329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3051D6E5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3051D6E5" w:rsidP="1417CBC2" w:rsidRDefault="3051D6E5" w14:paraId="2C143CA7" w14:textId="1C89D874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3051D6E5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3051D6E5" w:rsidP="1417CBC2" w:rsidRDefault="3051D6E5" w14:paraId="3B027C68" w14:textId="04EBFF66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3051D6E5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3051D6E5" w:rsidP="1417CBC2" w:rsidRDefault="3051D6E5" w14:paraId="0F8A931B" w14:textId="51F8DD2A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3051D6E5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3051D6E5" w:rsidP="1417CBC2" w:rsidRDefault="3051D6E5" w14:paraId="2CB1168C" w14:textId="3A8B1329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3051D6E5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3051D6E5" w:rsidP="1417CBC2" w:rsidRDefault="3051D6E5" w14:paraId="4C04205A" w14:textId="12517258">
            <w:pPr>
              <w:pStyle w:val="Standaard"/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</w:pPr>
            <w:r w:rsidRPr="1417CBC2" w:rsidR="3051D6E5">
              <w:rPr>
                <w:rFonts w:ascii="Dubai" w:hAnsi="Dubai" w:eastAsia="Dubai" w:cs="Dubai"/>
                <w:b w:val="1"/>
                <w:bCs w:val="1"/>
                <w:i w:val="0"/>
                <w:iCs w:val="0"/>
                <w:color w:val="3ACCBA"/>
                <w:sz w:val="24"/>
                <w:szCs w:val="24"/>
                <w:lang w:val="nl-NL"/>
              </w:rPr>
              <w:t>.</w:t>
            </w:r>
          </w:p>
          <w:p w:rsidR="1417CBC2" w:rsidP="1417CBC2" w:rsidRDefault="1417CBC2" w14:paraId="47D1B069" w14:textId="1C044A1F">
            <w:pPr>
              <w:pStyle w:val="Standaard"/>
              <w:rPr>
                <w:rFonts w:ascii="Dubai" w:hAnsi="Dubai" w:eastAsia="Dubai" w:cs="Dubai"/>
                <w:color w:val="6A25D0"/>
                <w:lang w:val="nl-NL"/>
              </w:rPr>
            </w:pPr>
          </w:p>
        </w:tc>
      </w:tr>
    </w:tbl>
    <w:p w:rsidR="1417CBC2" w:rsidP="1417CBC2" w:rsidRDefault="1417CBC2" w14:paraId="32A79DB5" w14:textId="53728B67">
      <w:pPr>
        <w:pStyle w:val="Standaard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Dubai" w:hAnsi="Dubai" w:eastAsia="Dubai" w:cs="Dubai"/>
          <w:color w:val="6A25D0"/>
          <w:lang w:val="nl-NL"/>
        </w:rPr>
      </w:pPr>
    </w:p>
    <w:p w:rsidR="00A27359" w:rsidP="1417CBC2" w:rsidRDefault="00A27359" w14:paraId="367B8A1B" w14:textId="77777777">
      <w:pPr>
        <w:ind w:left="0"/>
        <w:rPr>
          <w:rFonts w:ascii="Calibri" w:hAnsi="Calibri" w:eastAsia="ＭＳ ゴシック" w:cs="Calibri" w:eastAsiaTheme="majorEastAsia"/>
          <w:b w:val="1"/>
          <w:bCs w:val="1"/>
          <w:color w:val="4F81BD" w:themeColor="accent1"/>
          <w:sz w:val="24"/>
          <w:szCs w:val="24"/>
          <w:lang w:val="nl-NL"/>
        </w:rPr>
      </w:pPr>
      <w:r w:rsidRPr="6BD3D563">
        <w:rPr>
          <w:rFonts w:ascii="Calibri" w:hAnsi="Calibri" w:cs="Calibri"/>
          <w:sz w:val="24"/>
          <w:szCs w:val="24"/>
          <w:lang w:val="nl-NL"/>
        </w:rPr>
        <w:br w:type="page"/>
      </w:r>
    </w:p>
    <w:sectPr w:rsidRPr="002445A9" w:rsidR="00DB7190" w:rsidSect="00034616">
      <w:pgSz w:w="12240" w:h="15840" w:orient="portrait"/>
      <w:pgMar w:top="1440" w:right="1800" w:bottom="1440" w:left="1800" w:header="720" w:footer="720" w:gutter="0"/>
      <w:cols w:space="720"/>
      <w:docGrid w:linePitch="360"/>
      <w:headerReference w:type="default" r:id="Rbc1a5a025dfd4e70"/>
      <w:footerReference w:type="default" r:id="R0a1eff187999486f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10B8AAB3" w:rsidTr="10B8AAB3" w14:paraId="53749E5A">
      <w:trPr>
        <w:trHeight w:val="300"/>
      </w:trPr>
      <w:tc>
        <w:tcPr>
          <w:tcW w:w="2880" w:type="dxa"/>
          <w:tcMar/>
        </w:tcPr>
        <w:p w:rsidR="10B8AAB3" w:rsidP="10B8AAB3" w:rsidRDefault="10B8AAB3" w14:paraId="72AB9F13" w14:textId="692E00C3">
          <w:pPr>
            <w:pStyle w:val="Koptekst"/>
            <w:bidi w:val="0"/>
            <w:ind w:left="-115"/>
            <w:jc w:val="left"/>
            <w:rPr>
              <w:rFonts w:ascii="Aharoni" w:hAnsi="Aharoni" w:eastAsia="Aharoni" w:cs="Aharoni"/>
              <w:b w:val="1"/>
              <w:bCs w:val="1"/>
              <w:i w:val="0"/>
              <w:iCs w:val="0"/>
              <w:color w:val="3ACCBA"/>
            </w:rPr>
          </w:pPr>
          <w:r w:rsidRPr="10B8AAB3">
            <w:rPr>
              <w:rFonts w:ascii="Aharoni" w:hAnsi="Aharoni" w:eastAsia="Aharoni" w:cs="Aharoni"/>
              <w:b w:val="1"/>
              <w:bCs w:val="1"/>
              <w:i w:val="0"/>
              <w:iCs w:val="0"/>
              <w:color w:val="3ACCBA"/>
            </w:rPr>
            <w:fldChar w:fldCharType="begin"/>
          </w:r>
          <w:r>
            <w:instrText xml:space="preserve">PAGE</w:instrText>
          </w:r>
          <w:r>
            <w:fldChar w:fldCharType="separate"/>
          </w:r>
          <w:r w:rsidRPr="10B8AAB3">
            <w:rPr>
              <w:rFonts w:ascii="Aharoni" w:hAnsi="Aharoni" w:eastAsia="Aharoni" w:cs="Aharoni"/>
              <w:b w:val="1"/>
              <w:bCs w:val="1"/>
              <w:i w:val="0"/>
              <w:iCs w:val="0"/>
              <w:color w:val="3ACCBA"/>
            </w:rPr>
            <w:fldChar w:fldCharType="end"/>
          </w:r>
        </w:p>
      </w:tc>
      <w:tc>
        <w:tcPr>
          <w:tcW w:w="2880" w:type="dxa"/>
          <w:tcMar/>
        </w:tcPr>
        <w:p w:rsidR="10B8AAB3" w:rsidP="10B8AAB3" w:rsidRDefault="10B8AAB3" w14:paraId="3D541372" w14:textId="38D452E7">
          <w:pPr>
            <w:pStyle w:val="Koptekst"/>
            <w:bidi w:val="0"/>
            <w:jc w:val="center"/>
          </w:pPr>
        </w:p>
      </w:tc>
      <w:tc>
        <w:tcPr>
          <w:tcW w:w="2880" w:type="dxa"/>
          <w:tcMar/>
        </w:tcPr>
        <w:p w:rsidR="10B8AAB3" w:rsidP="10B8AAB3" w:rsidRDefault="10B8AAB3" w14:paraId="586BFC77" w14:textId="2D46E62C">
          <w:pPr>
            <w:pStyle w:val="Koptekst"/>
            <w:bidi w:val="0"/>
            <w:ind w:right="-115"/>
            <w:jc w:val="right"/>
            <w:rPr>
              <w:rFonts w:ascii="Aharoni" w:hAnsi="Aharoni" w:eastAsia="Aharoni" w:cs="Aharoni"/>
              <w:b w:val="1"/>
              <w:bCs w:val="1"/>
              <w:i w:val="0"/>
              <w:iCs w:val="0"/>
              <w:color w:val="3ACCBA"/>
            </w:rPr>
          </w:pPr>
          <w:r w:rsidRPr="10B8AAB3" w:rsidR="10B8AAB3">
            <w:rPr>
              <w:rFonts w:ascii="Aharoni" w:hAnsi="Aharoni" w:eastAsia="Aharoni" w:cs="Aharoni"/>
              <w:b w:val="1"/>
              <w:bCs w:val="1"/>
              <w:i w:val="0"/>
              <w:iCs w:val="0"/>
              <w:color w:val="3ACCBA"/>
            </w:rPr>
            <w:t>De Mindgym</w:t>
          </w:r>
        </w:p>
      </w:tc>
    </w:tr>
  </w:tbl>
  <w:p w:rsidR="10B8AAB3" w:rsidP="10B8AAB3" w:rsidRDefault="10B8AAB3" w14:paraId="73025C88" w14:textId="5ED280B1">
    <w:pPr>
      <w:pStyle w:val="Voettekst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10B8AAB3" w:rsidTr="10B8AAB3" w14:paraId="116576E2">
      <w:trPr>
        <w:trHeight w:val="300"/>
      </w:trPr>
      <w:tc>
        <w:tcPr>
          <w:tcW w:w="2880" w:type="dxa"/>
          <w:tcMar/>
        </w:tcPr>
        <w:p w:rsidR="10B8AAB3" w:rsidP="10B8AAB3" w:rsidRDefault="10B8AAB3" w14:paraId="44D23EA1" w14:textId="52A51CD7">
          <w:pPr>
            <w:pStyle w:val="Koptekst"/>
            <w:bidi w:val="0"/>
            <w:ind w:left="-115"/>
            <w:jc w:val="left"/>
            <w:rPr>
              <w:rFonts w:ascii="Aharoni" w:hAnsi="Aharoni" w:eastAsia="Aharoni" w:cs="Aharoni"/>
              <w:b w:val="1"/>
              <w:bCs w:val="1"/>
              <w:i w:val="0"/>
              <w:iCs w:val="0"/>
              <w:color w:val="6A25D0"/>
            </w:rPr>
          </w:pPr>
          <w:r w:rsidRPr="10B8AAB3" w:rsidR="10B8AAB3">
            <w:rPr>
              <w:rFonts w:ascii="Aharoni" w:hAnsi="Aharoni" w:eastAsia="Aharoni" w:cs="Aharoni"/>
              <w:b w:val="1"/>
              <w:bCs w:val="1"/>
              <w:i w:val="0"/>
              <w:iCs w:val="0"/>
              <w:color w:val="6A25D0"/>
            </w:rPr>
            <w:t>FF MENTAAL</w:t>
          </w:r>
        </w:p>
      </w:tc>
      <w:tc>
        <w:tcPr>
          <w:tcW w:w="2880" w:type="dxa"/>
          <w:tcMar/>
        </w:tcPr>
        <w:p w:rsidR="10B8AAB3" w:rsidP="10B8AAB3" w:rsidRDefault="10B8AAB3" w14:paraId="7CD473A0" w14:textId="3395152A">
          <w:pPr>
            <w:pStyle w:val="Koptekst"/>
            <w:bidi w:val="0"/>
            <w:jc w:val="center"/>
          </w:pPr>
        </w:p>
      </w:tc>
      <w:tc>
        <w:tcPr>
          <w:tcW w:w="2880" w:type="dxa"/>
          <w:tcMar/>
        </w:tcPr>
        <w:p w:rsidR="10B8AAB3" w:rsidP="10B8AAB3" w:rsidRDefault="10B8AAB3" w14:paraId="0BC1DFC8" w14:textId="37A73A3E">
          <w:pPr>
            <w:pStyle w:val="Koptekst"/>
            <w:bidi w:val="0"/>
            <w:ind w:right="-115"/>
            <w:jc w:val="right"/>
            <w:rPr>
              <w:rFonts w:ascii="Aharoni" w:hAnsi="Aharoni" w:eastAsia="Aharoni" w:cs="Aharoni"/>
              <w:b w:val="1"/>
              <w:bCs w:val="1"/>
              <w:i w:val="0"/>
              <w:iCs w:val="0"/>
              <w:color w:val="6A25D0"/>
            </w:rPr>
          </w:pPr>
          <w:r w:rsidRPr="10B8AAB3" w:rsidR="10B8AAB3">
            <w:rPr>
              <w:rFonts w:ascii="Aharoni" w:hAnsi="Aharoni" w:eastAsia="Aharoni" w:cs="Aharoni"/>
              <w:b w:val="1"/>
              <w:bCs w:val="1"/>
              <w:i w:val="0"/>
              <w:iCs w:val="0"/>
              <w:color w:val="6A25D0"/>
            </w:rPr>
            <w:t>Oefeningen</w:t>
          </w:r>
        </w:p>
      </w:tc>
    </w:tr>
  </w:tbl>
  <w:p w:rsidR="10B8AAB3" w:rsidP="10B8AAB3" w:rsidRDefault="10B8AAB3" w14:paraId="39EFA188" w14:textId="571401CA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1793D08"/>
    <w:multiLevelType w:val="multilevel"/>
    <w:tmpl w:val="3DA2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05A5751"/>
    <w:multiLevelType w:val="multilevel"/>
    <w:tmpl w:val="1BBA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28E47E7F"/>
    <w:multiLevelType w:val="multilevel"/>
    <w:tmpl w:val="45DC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4DF2708E"/>
    <w:multiLevelType w:val="hybridMultilevel"/>
    <w:tmpl w:val="408460D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FBD43BB"/>
    <w:multiLevelType w:val="hybridMultilevel"/>
    <w:tmpl w:val="A858E72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7357787">
    <w:abstractNumId w:val="8"/>
  </w:num>
  <w:num w:numId="2" w16cid:durableId="268897533">
    <w:abstractNumId w:val="6"/>
  </w:num>
  <w:num w:numId="3" w16cid:durableId="614755075">
    <w:abstractNumId w:val="5"/>
  </w:num>
  <w:num w:numId="4" w16cid:durableId="653872448">
    <w:abstractNumId w:val="4"/>
  </w:num>
  <w:num w:numId="5" w16cid:durableId="489638032">
    <w:abstractNumId w:val="7"/>
  </w:num>
  <w:num w:numId="6" w16cid:durableId="1276137729">
    <w:abstractNumId w:val="3"/>
  </w:num>
  <w:num w:numId="7" w16cid:durableId="606617021">
    <w:abstractNumId w:val="2"/>
  </w:num>
  <w:num w:numId="8" w16cid:durableId="613054337">
    <w:abstractNumId w:val="1"/>
  </w:num>
  <w:num w:numId="9" w16cid:durableId="1719620440">
    <w:abstractNumId w:val="0"/>
  </w:num>
  <w:num w:numId="10" w16cid:durableId="508526258">
    <w:abstractNumId w:val="10"/>
  </w:num>
  <w:num w:numId="11" w16cid:durableId="1250625903">
    <w:abstractNumId w:val="12"/>
  </w:num>
  <w:num w:numId="12" w16cid:durableId="516431341">
    <w:abstractNumId w:val="13"/>
  </w:num>
  <w:num w:numId="13" w16cid:durableId="1348369569">
    <w:abstractNumId w:val="11"/>
  </w:num>
  <w:num w:numId="14" w16cid:durableId="1342201504">
    <w:abstractNumId w:val="9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3D42"/>
    <w:rsid w:val="00034616"/>
    <w:rsid w:val="0003630E"/>
    <w:rsid w:val="0006063C"/>
    <w:rsid w:val="000A09F9"/>
    <w:rsid w:val="00147BB2"/>
    <w:rsid w:val="0015074B"/>
    <w:rsid w:val="00165A5F"/>
    <w:rsid w:val="002445A9"/>
    <w:rsid w:val="00250DEE"/>
    <w:rsid w:val="002802C6"/>
    <w:rsid w:val="0029639D"/>
    <w:rsid w:val="00326F90"/>
    <w:rsid w:val="003A1324"/>
    <w:rsid w:val="003E4889"/>
    <w:rsid w:val="003F6B35"/>
    <w:rsid w:val="00445292"/>
    <w:rsid w:val="006212BE"/>
    <w:rsid w:val="006358A1"/>
    <w:rsid w:val="00675EDD"/>
    <w:rsid w:val="006B0320"/>
    <w:rsid w:val="006C08A5"/>
    <w:rsid w:val="006F1A4B"/>
    <w:rsid w:val="0072008E"/>
    <w:rsid w:val="007B641F"/>
    <w:rsid w:val="00813CA5"/>
    <w:rsid w:val="0082018F"/>
    <w:rsid w:val="008B74C4"/>
    <w:rsid w:val="00997D15"/>
    <w:rsid w:val="00A06732"/>
    <w:rsid w:val="00A27359"/>
    <w:rsid w:val="00A28BA5"/>
    <w:rsid w:val="00AA1D8D"/>
    <w:rsid w:val="00AC4968"/>
    <w:rsid w:val="00B272C1"/>
    <w:rsid w:val="00B47730"/>
    <w:rsid w:val="00B71499"/>
    <w:rsid w:val="00B92CDB"/>
    <w:rsid w:val="00BC097C"/>
    <w:rsid w:val="00C40729"/>
    <w:rsid w:val="00CB0664"/>
    <w:rsid w:val="00CB2B46"/>
    <w:rsid w:val="00CE277E"/>
    <w:rsid w:val="00CECA44"/>
    <w:rsid w:val="00CECA44"/>
    <w:rsid w:val="00CF06F4"/>
    <w:rsid w:val="00D3319E"/>
    <w:rsid w:val="00D73BFC"/>
    <w:rsid w:val="00DB7190"/>
    <w:rsid w:val="00DF6AFF"/>
    <w:rsid w:val="00DF73FC"/>
    <w:rsid w:val="00E25A39"/>
    <w:rsid w:val="00F7250B"/>
    <w:rsid w:val="00FA23C2"/>
    <w:rsid w:val="00FC693F"/>
    <w:rsid w:val="015D86D9"/>
    <w:rsid w:val="033D2160"/>
    <w:rsid w:val="03998FC5"/>
    <w:rsid w:val="03B1D08D"/>
    <w:rsid w:val="03EFAA72"/>
    <w:rsid w:val="04DC5827"/>
    <w:rsid w:val="0567F89E"/>
    <w:rsid w:val="074114E5"/>
    <w:rsid w:val="08C0F3F1"/>
    <w:rsid w:val="0925E645"/>
    <w:rsid w:val="09747967"/>
    <w:rsid w:val="09C56B97"/>
    <w:rsid w:val="0A20CF70"/>
    <w:rsid w:val="0BE5365F"/>
    <w:rsid w:val="0C25E4BD"/>
    <w:rsid w:val="0C64AE95"/>
    <w:rsid w:val="0C819F9B"/>
    <w:rsid w:val="0C8ACF5D"/>
    <w:rsid w:val="0CFF6EDB"/>
    <w:rsid w:val="0DD67ADD"/>
    <w:rsid w:val="0F40CE48"/>
    <w:rsid w:val="0F40CE48"/>
    <w:rsid w:val="0F5F2FF3"/>
    <w:rsid w:val="100AC9B5"/>
    <w:rsid w:val="107FC62B"/>
    <w:rsid w:val="10B8AAB3"/>
    <w:rsid w:val="1175AC0E"/>
    <w:rsid w:val="11D1E016"/>
    <w:rsid w:val="12049447"/>
    <w:rsid w:val="122F57AC"/>
    <w:rsid w:val="12BA9956"/>
    <w:rsid w:val="1394150D"/>
    <w:rsid w:val="1417CBC2"/>
    <w:rsid w:val="1419F857"/>
    <w:rsid w:val="154392A8"/>
    <w:rsid w:val="15A87AE2"/>
    <w:rsid w:val="1640D3B6"/>
    <w:rsid w:val="1661324F"/>
    <w:rsid w:val="168FB461"/>
    <w:rsid w:val="16ADC119"/>
    <w:rsid w:val="16DF6532"/>
    <w:rsid w:val="17279BC2"/>
    <w:rsid w:val="185E8AED"/>
    <w:rsid w:val="1929A3FE"/>
    <w:rsid w:val="19F85614"/>
    <w:rsid w:val="1AECD264"/>
    <w:rsid w:val="1B038BBC"/>
    <w:rsid w:val="1C549B3A"/>
    <w:rsid w:val="1D62F8F0"/>
    <w:rsid w:val="1E3E93B0"/>
    <w:rsid w:val="1EA311B2"/>
    <w:rsid w:val="1EFDD9CB"/>
    <w:rsid w:val="1F8C33D7"/>
    <w:rsid w:val="1FE7972C"/>
    <w:rsid w:val="2050F37E"/>
    <w:rsid w:val="20C1FF88"/>
    <w:rsid w:val="21C458A0"/>
    <w:rsid w:val="22ED8083"/>
    <w:rsid w:val="2400B9D3"/>
    <w:rsid w:val="248DB995"/>
    <w:rsid w:val="2628003F"/>
    <w:rsid w:val="27385C34"/>
    <w:rsid w:val="275B285C"/>
    <w:rsid w:val="27C0E8C7"/>
    <w:rsid w:val="284E383C"/>
    <w:rsid w:val="288FCE74"/>
    <w:rsid w:val="28A83FF8"/>
    <w:rsid w:val="28DB4BB2"/>
    <w:rsid w:val="29944DAA"/>
    <w:rsid w:val="2B008E67"/>
    <w:rsid w:val="2B88CB8B"/>
    <w:rsid w:val="2C64019D"/>
    <w:rsid w:val="2C64019D"/>
    <w:rsid w:val="2FC0B15E"/>
    <w:rsid w:val="3051D6E5"/>
    <w:rsid w:val="3079F497"/>
    <w:rsid w:val="308E2454"/>
    <w:rsid w:val="312B048F"/>
    <w:rsid w:val="322DCBB3"/>
    <w:rsid w:val="32AC78F3"/>
    <w:rsid w:val="33AB862C"/>
    <w:rsid w:val="33AF8A19"/>
    <w:rsid w:val="3418BB5B"/>
    <w:rsid w:val="346C0D03"/>
    <w:rsid w:val="36BF6B5B"/>
    <w:rsid w:val="371FAE14"/>
    <w:rsid w:val="37407A90"/>
    <w:rsid w:val="38046454"/>
    <w:rsid w:val="381192EE"/>
    <w:rsid w:val="38685F83"/>
    <w:rsid w:val="3A19C68E"/>
    <w:rsid w:val="3A3D7AE7"/>
    <w:rsid w:val="3A3D7AE7"/>
    <w:rsid w:val="3A7AA724"/>
    <w:rsid w:val="3B6803CC"/>
    <w:rsid w:val="3BF5F48F"/>
    <w:rsid w:val="3C3B972A"/>
    <w:rsid w:val="3C942C50"/>
    <w:rsid w:val="3DC8479E"/>
    <w:rsid w:val="3EB0D2A9"/>
    <w:rsid w:val="3EB0D2A9"/>
    <w:rsid w:val="3EB2196A"/>
    <w:rsid w:val="3F06A386"/>
    <w:rsid w:val="3F270DEA"/>
    <w:rsid w:val="4052BC29"/>
    <w:rsid w:val="412A10D9"/>
    <w:rsid w:val="41A7ED9B"/>
    <w:rsid w:val="41CA8B4D"/>
    <w:rsid w:val="4357EBF4"/>
    <w:rsid w:val="43B457A6"/>
    <w:rsid w:val="444B4003"/>
    <w:rsid w:val="4571AD85"/>
    <w:rsid w:val="45A67A94"/>
    <w:rsid w:val="45AF03A4"/>
    <w:rsid w:val="45D2BB23"/>
    <w:rsid w:val="46742BA6"/>
    <w:rsid w:val="46FEC90E"/>
    <w:rsid w:val="4713F05A"/>
    <w:rsid w:val="4A1FE5E0"/>
    <w:rsid w:val="4A24154F"/>
    <w:rsid w:val="4A7EFDF5"/>
    <w:rsid w:val="4B959D6C"/>
    <w:rsid w:val="4C6A3414"/>
    <w:rsid w:val="4D8228DB"/>
    <w:rsid w:val="4DD41900"/>
    <w:rsid w:val="4EFFFB20"/>
    <w:rsid w:val="50BDDE68"/>
    <w:rsid w:val="515E41A2"/>
    <w:rsid w:val="519839CE"/>
    <w:rsid w:val="51C142B1"/>
    <w:rsid w:val="51F08FD7"/>
    <w:rsid w:val="524C5459"/>
    <w:rsid w:val="54069475"/>
    <w:rsid w:val="545101CC"/>
    <w:rsid w:val="54AE3A2A"/>
    <w:rsid w:val="54E925E4"/>
    <w:rsid w:val="54E925E4"/>
    <w:rsid w:val="5763930C"/>
    <w:rsid w:val="57FFADBA"/>
    <w:rsid w:val="58347ECF"/>
    <w:rsid w:val="5858DE62"/>
    <w:rsid w:val="5923CAC7"/>
    <w:rsid w:val="5AB3947F"/>
    <w:rsid w:val="5B9ECEFC"/>
    <w:rsid w:val="5BA2B9C6"/>
    <w:rsid w:val="5C3A6E7B"/>
    <w:rsid w:val="5DC0CC23"/>
    <w:rsid w:val="5EC549B1"/>
    <w:rsid w:val="61E43E40"/>
    <w:rsid w:val="6277512F"/>
    <w:rsid w:val="62939A65"/>
    <w:rsid w:val="63087225"/>
    <w:rsid w:val="6311C0D8"/>
    <w:rsid w:val="63B310B9"/>
    <w:rsid w:val="640F1318"/>
    <w:rsid w:val="64875517"/>
    <w:rsid w:val="650F40EE"/>
    <w:rsid w:val="657B4127"/>
    <w:rsid w:val="665FA976"/>
    <w:rsid w:val="666C4862"/>
    <w:rsid w:val="67854A4B"/>
    <w:rsid w:val="67BA3080"/>
    <w:rsid w:val="68D805CC"/>
    <w:rsid w:val="695696B7"/>
    <w:rsid w:val="6979703D"/>
    <w:rsid w:val="69BA539E"/>
    <w:rsid w:val="6A10F77C"/>
    <w:rsid w:val="6A10F77C"/>
    <w:rsid w:val="6AD28E45"/>
    <w:rsid w:val="6B0A8213"/>
    <w:rsid w:val="6B69AF5D"/>
    <w:rsid w:val="6BD3D563"/>
    <w:rsid w:val="6C06F6D6"/>
    <w:rsid w:val="6C11304C"/>
    <w:rsid w:val="6C3E153E"/>
    <w:rsid w:val="6C9DED6B"/>
    <w:rsid w:val="6DAA5F11"/>
    <w:rsid w:val="6EE64587"/>
    <w:rsid w:val="6F0455F2"/>
    <w:rsid w:val="6F42F5DE"/>
    <w:rsid w:val="70095123"/>
    <w:rsid w:val="70A82FE0"/>
    <w:rsid w:val="70C193DE"/>
    <w:rsid w:val="70C193DE"/>
    <w:rsid w:val="70DE8AA4"/>
    <w:rsid w:val="71E3F541"/>
    <w:rsid w:val="726FEF9C"/>
    <w:rsid w:val="734D776B"/>
    <w:rsid w:val="7496A2E1"/>
    <w:rsid w:val="74C49385"/>
    <w:rsid w:val="74D44B3B"/>
    <w:rsid w:val="758ACE8E"/>
    <w:rsid w:val="758F204A"/>
    <w:rsid w:val="762C4A93"/>
    <w:rsid w:val="7719F60C"/>
    <w:rsid w:val="7767B76D"/>
    <w:rsid w:val="7846CF1E"/>
    <w:rsid w:val="78E7F2D7"/>
    <w:rsid w:val="7993F6E8"/>
    <w:rsid w:val="7B32F50A"/>
    <w:rsid w:val="7CA808C4"/>
    <w:rsid w:val="7CC258CA"/>
    <w:rsid w:val="7CD85389"/>
    <w:rsid w:val="7E0683F6"/>
    <w:rsid w:val="7E70ABD6"/>
    <w:rsid w:val="7E7FBDEE"/>
    <w:rsid w:val="7EA214B5"/>
    <w:rsid w:val="7EB37963"/>
    <w:rsid w:val="7EBD2579"/>
    <w:rsid w:val="7FDEA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326B4F"/>
  <w14:defaultImageDpi w14:val="300"/>
  <w15:docId w15:val="{62799C9F-F68A-4E51-98C8-A295495C615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styleId="Kop1Char" w:customStyle="1">
    <w:name w:val="Kop 1 Char"/>
    <w:basedOn w:val="Standaardalinea-lettertype"/>
    <w:link w:val="Kop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kstChar" w:customStyle="1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styleId="CitaatChar" w:customStyle="1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Standaardalinea-lettertype"/>
    <w:uiPriority w:val="99"/>
    <w:unhideWhenUsed/>
    <w:rsid w:val="00CE277E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73B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73BFC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D73BF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73BFC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D73B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6/09/relationships/commentsIds" Target="commentsIds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microsoft.com/office/2011/relationships/commentsExtended" Target="commentsExtended.xml" Id="rId12" /><Relationship Type="http://schemas.openxmlformats.org/officeDocument/2006/relationships/theme" Target="theme/theme1.xml" Id="rId17" /><Relationship Type="http://schemas.openxmlformats.org/officeDocument/2006/relationships/footer" Target="footer.xml" Id="R0a1eff187999486f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header" Target="header.xml" Id="Rbc1a5a025dfd4e70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image" Target="/media/image2.png" Id="rId1174076378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293b70-8f97-4fd5-978c-83b462d73f85">
      <Terms xmlns="http://schemas.microsoft.com/office/infopath/2007/PartnerControls"/>
    </lcf76f155ced4ddcb4097134ff3c332f>
    <TaxCatchAll xmlns="2a1274f1-0e0e-415f-949a-84b334f233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E03CDC047674A95AF517E69A73607" ma:contentTypeVersion="11" ma:contentTypeDescription="Een nieuw document maken." ma:contentTypeScope="" ma:versionID="6207dbbc139fd1c4d864a221fa6cb69c">
  <xsd:schema xmlns:xsd="http://www.w3.org/2001/XMLSchema" xmlns:xs="http://www.w3.org/2001/XMLSchema" xmlns:p="http://schemas.microsoft.com/office/2006/metadata/properties" xmlns:ns2="51202a96-aa28-40a1-8cbe-0a6550b80cd4" xmlns:ns3="8cd1c27d-502e-4417-8070-e5a9b92b0b97" targetNamespace="http://schemas.microsoft.com/office/2006/metadata/properties" ma:root="true" ma:fieldsID="3dfef81f91a0be55bff5d74789225005" ns2:_="" ns3:_="">
    <xsd:import namespace="51202a96-aa28-40a1-8cbe-0a6550b80cd4"/>
    <xsd:import namespace="8cd1c27d-502e-4417-8070-e5a9b92b0b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02a96-aa28-40a1-8cbe-0a6550b80cd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61d27030-5c4b-46bf-8244-78e253c840b5}" ma:internalName="TaxCatchAll" ma:showField="CatchAllData" ma:web="51202a96-aa28-40a1-8cbe-0a6550b80c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1c27d-502e-4417-8070-e5a9b92b0b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c2acaa0d-a40d-4f73-83f1-5bbc08f3a3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5D32A4964FDC4D9BDBE318428B2150" ma:contentTypeVersion="17" ma:contentTypeDescription="Een nieuw document maken." ma:contentTypeScope="" ma:versionID="029cf9a34785c47172bc181f90550f3c">
  <xsd:schema xmlns:xsd="http://www.w3.org/2001/XMLSchema" xmlns:xs="http://www.w3.org/2001/XMLSchema" xmlns:p="http://schemas.microsoft.com/office/2006/metadata/properties" xmlns:ns2="86293b70-8f97-4fd5-978c-83b462d73f85" xmlns:ns3="2a1274f1-0e0e-415f-949a-84b334f2333a" targetNamespace="http://schemas.microsoft.com/office/2006/metadata/properties" ma:root="true" ma:fieldsID="2c5633d04b81674766e4e79ed2fc1a85" ns2:_="" ns3:_="">
    <xsd:import namespace="86293b70-8f97-4fd5-978c-83b462d73f85"/>
    <xsd:import namespace="2a1274f1-0e0e-415f-949a-84b334f233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93b70-8f97-4fd5-978c-83b462d73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5253302-e1c2-438b-bb47-88303090fb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274f1-0e0e-415f-949a-84b334f2333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454ddd7-a142-40af-8639-a6a958cfd68c}" ma:internalName="TaxCatchAll" ma:showField="CatchAllData" ma:web="2a1274f1-0e0e-415f-949a-84b334f233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2E2491-9CA8-4E3E-9AAF-962A3F74AED5}">
  <ds:schemaRefs>
    <ds:schemaRef ds:uri="http://schemas.microsoft.com/office/2006/metadata/properties"/>
    <ds:schemaRef ds:uri="http://schemas.microsoft.com/office/infopath/2007/PartnerControls"/>
    <ds:schemaRef ds:uri="8cd1c27d-502e-4417-8070-e5a9b92b0b97"/>
    <ds:schemaRef ds:uri="51202a96-aa28-40a1-8cbe-0a6550b80cd4"/>
  </ds:schemaRefs>
</ds:datastoreItem>
</file>

<file path=customXml/itemProps2.xml><?xml version="1.0" encoding="utf-8"?>
<ds:datastoreItem xmlns:ds="http://schemas.openxmlformats.org/officeDocument/2006/customXml" ds:itemID="{52EA115A-B113-49D3-A6DC-C3501B2B4F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ACBC73-9DA8-46E9-9CBC-3F7AFF8EA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02a96-aa28-40a1-8cbe-0a6550b80cd4"/>
    <ds:schemaRef ds:uri="8cd1c27d-502e-4417-8070-e5a9b92b0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285BD53-AA10-4024-8F9E-5580B06CAC7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Yvonne Kuijt</lastModifiedBy>
  <revision>35</revision>
  <dcterms:created xsi:type="dcterms:W3CDTF">2026-05-13T15:21:00.0000000Z</dcterms:created>
  <dcterms:modified xsi:type="dcterms:W3CDTF">2026-06-09T14:19:39.0633612Z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0x010100035D32A4964FDC4D9BDBE318428B2150</vt:lpwstr>
  </property>
  <property fmtid="{D5CDD505-2E9C-101B-9397-08002B2CF9AE}" pid="3" name="_dlc_DocIdItemGuid">
    <vt:lpwstr>c38ce624-dacc-496b-b607-2d7147d5f115</vt:lpwstr>
  </property>
  <property fmtid="{D5CDD505-2E9C-101B-9397-08002B2CF9AE}" pid="4" name="MediaServiceImageTags">
    <vt:lpwstr/>
  </property>
</Properties>
</file>