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F6B35" w:rsidR="00DB7190" w:rsidP="6A7EA8E3" w:rsidRDefault="00CB2B46" w14:paraId="78AD0600" w14:textId="6DB316F4">
      <w:pPr>
        <w:pStyle w:val="Kop2"/>
        <w:suppressLineNumbers w:val="0"/>
        <w:spacing w:before="0" w:beforeAutospacing="off" w:after="160" w:afterAutospacing="off" w:line="278" w:lineRule="auto"/>
        <w:ind w:left="0" w:right="0"/>
        <w:jc w:val="left"/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</w:pPr>
      <w:r w:rsidRPr="6A7EA8E3" w:rsidR="473E574E">
        <w:rPr>
          <w:rFonts w:ascii="Aharoni" w:hAnsi="Aharoni" w:eastAsia="Aharoni" w:cs="Aharoni"/>
          <w:b w:val="1"/>
          <w:bCs w:val="1"/>
          <w:i w:val="0"/>
          <w:iCs w:val="0"/>
          <w:caps w:val="0"/>
          <w:smallCaps w:val="0"/>
          <w:noProof w:val="0"/>
          <w:color w:val="3ACCBA"/>
          <w:sz w:val="31"/>
          <w:szCs w:val="31"/>
          <w:lang w:val="nl-NL"/>
        </w:rPr>
        <w:t>GEZONDE VOEDING</w:t>
      </w:r>
      <w:r w:rsidRPr="6A7EA8E3" w:rsidR="644F1631">
        <w:rPr>
          <w:rFonts w:ascii="Aharoni" w:hAnsi="Aharoni" w:eastAsia="Aharoni" w:cs="Aharoni"/>
          <w:b w:val="1"/>
          <w:bCs w:val="1"/>
          <w:i w:val="0"/>
          <w:iCs w:val="0"/>
          <w:caps w:val="0"/>
          <w:smallCaps w:val="0"/>
          <w:noProof w:val="0"/>
          <w:color w:val="3ACCBA"/>
          <w:sz w:val="31"/>
          <w:szCs w:val="31"/>
          <w:lang w:val="nl-NL"/>
        </w:rPr>
        <w:t xml:space="preserve"> -</w:t>
      </w:r>
      <w:r w:rsidRPr="6A7EA8E3" w:rsidR="00CB2B46">
        <w:rPr>
          <w:rFonts w:ascii="Aharoni" w:hAnsi="Aharoni" w:eastAsia="Aharoni" w:cs="Aharoni"/>
          <w:b w:val="1"/>
          <w:bCs w:val="1"/>
          <w:i w:val="0"/>
          <w:iCs w:val="0"/>
          <w:color w:val="3ACCBA"/>
          <w:lang w:val="nl-NL"/>
        </w:rPr>
        <w:t xml:space="preserve"> Kijk eens naar wat je eet en drinkt</w:t>
      </w:r>
    </w:p>
    <w:p w:rsidRPr="002445A9" w:rsidR="00DB7190" w:rsidP="5763930C" w:rsidRDefault="00CB2B46" w14:paraId="20CC1EB2" w14:textId="2B04E8E0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  <w:r w:rsidRPr="5763930C" w:rsidR="00CB2B46">
        <w:rPr>
          <w:rFonts w:ascii="Dubai" w:hAnsi="Dubai" w:eastAsia="Dubai" w:cs="Dubai"/>
          <w:color w:val="2F023B"/>
          <w:sz w:val="24"/>
          <w:szCs w:val="24"/>
          <w:lang w:val="nl-NL"/>
        </w:rPr>
        <w:t xml:space="preserve">Gebruik dit invulblad om </w:t>
      </w:r>
      <w:r w:rsidRPr="5763930C" w:rsidR="003F6B35">
        <w:rPr>
          <w:rFonts w:ascii="Dubai" w:hAnsi="Dubai" w:eastAsia="Dubai" w:cs="Dubai"/>
          <w:color w:val="2F023B"/>
          <w:sz w:val="24"/>
          <w:szCs w:val="24"/>
          <w:lang w:val="nl-NL"/>
        </w:rPr>
        <w:t>inzicht te krijgen in wat jij op een dag binnenkrijgt</w:t>
      </w:r>
      <w:r w:rsidRPr="5763930C" w:rsidR="00CB2B46">
        <w:rPr>
          <w:rFonts w:ascii="Dubai" w:hAnsi="Dubai" w:eastAsia="Dubai" w:cs="Dubai"/>
          <w:color w:val="2F023B"/>
          <w:sz w:val="24"/>
          <w:szCs w:val="24"/>
          <w:lang w:val="nl-NL"/>
        </w:rPr>
        <w:t>. Er zijn geen goede of foute antwoorden.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485"/>
        <w:gridCol w:w="1350"/>
        <w:gridCol w:w="1365"/>
        <w:gridCol w:w="1650"/>
        <w:gridCol w:w="1380"/>
        <w:gridCol w:w="1515"/>
      </w:tblGrid>
      <w:tr w:rsidR="5763930C" w:rsidTr="5763930C" w14:paraId="08663BD4">
        <w:trPr>
          <w:trHeight w:val="300"/>
        </w:trPr>
        <w:tc>
          <w:tcPr>
            <w:tcW w:w="1485" w:type="dxa"/>
            <w:tcMar/>
          </w:tcPr>
          <w:p w:rsidR="3DC8479E" w:rsidP="5763930C" w:rsidRDefault="3DC8479E" w14:paraId="3DDE5CC7" w14:textId="323EF2BF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</w:pPr>
            <w:r w:rsidRPr="5763930C" w:rsidR="3DC8479E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MAANDAG</w:t>
            </w:r>
          </w:p>
        </w:tc>
        <w:tc>
          <w:tcPr>
            <w:tcW w:w="1350" w:type="dxa"/>
            <w:tcMar/>
          </w:tcPr>
          <w:p w:rsidR="107FC62B" w:rsidP="5763930C" w:rsidRDefault="107FC62B" w14:paraId="6DF76891" w14:textId="0C9BC975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Ochtend</w:t>
            </w:r>
          </w:p>
        </w:tc>
        <w:tc>
          <w:tcPr>
            <w:tcW w:w="1365" w:type="dxa"/>
            <w:tcMar/>
          </w:tcPr>
          <w:p w:rsidR="107FC62B" w:rsidP="5763930C" w:rsidRDefault="107FC62B" w14:paraId="4632C03B" w14:textId="55155C4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Middag</w:t>
            </w:r>
          </w:p>
        </w:tc>
        <w:tc>
          <w:tcPr>
            <w:tcW w:w="1650" w:type="dxa"/>
            <w:tcMar/>
          </w:tcPr>
          <w:p w:rsidR="107FC62B" w:rsidP="5763930C" w:rsidRDefault="107FC62B" w14:paraId="4639B234" w14:textId="588CBA5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Tussendoor</w:t>
            </w:r>
          </w:p>
        </w:tc>
        <w:tc>
          <w:tcPr>
            <w:tcW w:w="1380" w:type="dxa"/>
            <w:tcMar/>
          </w:tcPr>
          <w:p w:rsidR="107FC62B" w:rsidP="5763930C" w:rsidRDefault="107FC62B" w14:paraId="70091060" w14:textId="1C7BE467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Avond</w:t>
            </w:r>
          </w:p>
        </w:tc>
        <w:tc>
          <w:tcPr>
            <w:tcW w:w="1515" w:type="dxa"/>
            <w:tcMar/>
          </w:tcPr>
          <w:p w:rsidR="107FC62B" w:rsidP="5763930C" w:rsidRDefault="107FC62B" w14:paraId="608D7292" w14:textId="07DD2416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Na het avondeten</w:t>
            </w:r>
          </w:p>
        </w:tc>
      </w:tr>
      <w:tr w:rsidR="5763930C" w:rsidTr="5763930C" w14:paraId="1FE5AC74">
        <w:trPr>
          <w:trHeight w:val="300"/>
        </w:trPr>
        <w:tc>
          <w:tcPr>
            <w:tcW w:w="1485" w:type="dxa"/>
            <w:tcMar/>
          </w:tcPr>
          <w:p w:rsidR="107FC62B" w:rsidP="5763930C" w:rsidRDefault="107FC62B" w14:paraId="6F9D5863" w14:textId="4CCCD6F0">
            <w:pPr>
              <w:ind w:left="0"/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Hoeveel maaltijden eet ik op een dag?</w:t>
            </w:r>
          </w:p>
          <w:p w:rsidR="5763930C" w:rsidP="5763930C" w:rsidRDefault="5763930C" w14:paraId="63AF6BD6" w14:textId="39FC935A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6A7C2962" w14:textId="4B7D793F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3A6A2F5C" w14:textId="0ADAC32B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5763930C" w:rsidP="5763930C" w:rsidRDefault="5763930C" w14:paraId="38E28A12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5763930C" w:rsidP="5763930C" w:rsidRDefault="5763930C" w14:paraId="39B3ED6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5763930C" w:rsidP="5763930C" w:rsidRDefault="5763930C" w14:paraId="3630A464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5763930C" w:rsidP="5763930C" w:rsidRDefault="5763930C" w14:paraId="28B2008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5763930C" w:rsidP="5763930C" w:rsidRDefault="5763930C" w14:paraId="5819C2D3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5763930C" w:rsidTr="5763930C" w14:paraId="5170B714">
        <w:trPr>
          <w:trHeight w:val="300"/>
        </w:trPr>
        <w:tc>
          <w:tcPr>
            <w:tcW w:w="1485" w:type="dxa"/>
            <w:tcMar/>
          </w:tcPr>
          <w:p w:rsidR="107FC62B" w:rsidP="5763930C" w:rsidRDefault="107FC62B" w14:paraId="2EE35B88" w14:textId="6BA741D9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Welke snacks eet ik vaak?</w:t>
            </w:r>
          </w:p>
          <w:p w:rsidR="5763930C" w:rsidP="5763930C" w:rsidRDefault="5763930C" w14:paraId="3E933308" w14:textId="5A3AF86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3F415707" w14:textId="2BA586A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3420D972" w14:textId="37E9A841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5763930C" w:rsidP="5763930C" w:rsidRDefault="5763930C" w14:paraId="0DACA84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5763930C" w:rsidP="5763930C" w:rsidRDefault="5763930C" w14:paraId="3C176CE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5763930C" w:rsidP="5763930C" w:rsidRDefault="5763930C" w14:paraId="492053B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5763930C" w:rsidP="5763930C" w:rsidRDefault="5763930C" w14:paraId="448E9F4D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5763930C" w:rsidP="5763930C" w:rsidRDefault="5763930C" w14:paraId="5DDFD90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5763930C" w:rsidTr="5763930C" w14:paraId="1CF75A2F">
        <w:trPr>
          <w:trHeight w:val="300"/>
        </w:trPr>
        <w:tc>
          <w:tcPr>
            <w:tcW w:w="1485" w:type="dxa"/>
            <w:tcMar/>
          </w:tcPr>
          <w:p w:rsidR="107FC62B" w:rsidP="5763930C" w:rsidRDefault="107FC62B" w14:paraId="6EA44DE1" w14:textId="51B7CDDD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5763930C" w:rsidR="107FC62B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Wat drink ik meestal?</w:t>
            </w:r>
          </w:p>
          <w:p w:rsidR="5763930C" w:rsidP="5763930C" w:rsidRDefault="5763930C" w14:paraId="38AFD40A" w14:textId="1F1D8BB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2AA5DCDB" w14:textId="4FEA28A2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61E3F483" w14:textId="4140BA57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59F9186F" w14:textId="6CCC577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5763930C" w:rsidP="5763930C" w:rsidRDefault="5763930C" w14:paraId="176A582D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5763930C" w:rsidP="5763930C" w:rsidRDefault="5763930C" w14:paraId="77EF9C6D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5763930C" w:rsidP="5763930C" w:rsidRDefault="5763930C" w14:paraId="4F7E7522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5763930C" w:rsidP="5763930C" w:rsidRDefault="5763930C" w14:paraId="6F724150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5763930C" w:rsidP="5763930C" w:rsidRDefault="5763930C" w14:paraId="1A82E40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</w:tbl>
    <w:p w:rsidR="5763930C" w:rsidRDefault="5763930C" w14:paraId="6A5E1E6A" w14:textId="69F7BD13"/>
    <w:p w:rsidR="107FC62B" w:rsidP="5763930C" w:rsidRDefault="107FC62B" w14:paraId="475BAD4F" w14:textId="215F274C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5763930C" w:rsidR="107FC62B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valt mij op?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5763930C" w:rsidTr="5763930C" w14:paraId="42791306">
        <w:trPr>
          <w:trHeight w:val="300"/>
        </w:trPr>
        <w:tc>
          <w:tcPr>
            <w:tcW w:w="8640" w:type="dxa"/>
            <w:tcMar/>
          </w:tcPr>
          <w:p w:rsidR="5923CAC7" w:rsidP="5763930C" w:rsidRDefault="5923CAC7" w14:paraId="233A8631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923CA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923CAC7" w:rsidP="5763930C" w:rsidRDefault="5923CAC7" w14:paraId="19E4D1AA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923CA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923CAC7" w:rsidP="5763930C" w:rsidRDefault="5923CAC7" w14:paraId="4076D3F5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923CA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923CAC7" w:rsidP="5763930C" w:rsidRDefault="5923CAC7" w14:paraId="23462A63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923CA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923CAC7" w:rsidP="5763930C" w:rsidRDefault="5923CAC7" w14:paraId="39A1108D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923CA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923CAC7" w:rsidP="5763930C" w:rsidRDefault="5923CAC7" w14:paraId="65A38027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923CA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923CAC7" w:rsidP="5763930C" w:rsidRDefault="5923CAC7" w14:paraId="331D2872" w14:textId="24DF1E0D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5923CAC7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003F6B35" w:rsidP="10B8AAB3" w:rsidRDefault="003F6B35" w14:paraId="53FA7B5A" w14:textId="77777777">
      <w:pPr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="003F6B35" w:rsidRDefault="003F6B35" w14:paraId="00688DFE" w14:textId="77777777">
      <w:pPr>
        <w:rPr>
          <w:rFonts w:ascii="Calibri" w:hAnsi="Calibri" w:cs="Calibri" w:eastAsiaTheme="majorEastAsia"/>
          <w:b/>
          <w:bCs/>
          <w:color w:val="4F81BD" w:themeColor="accent1"/>
          <w:sz w:val="24"/>
          <w:szCs w:val="24"/>
          <w:lang w:val="nl-NL"/>
        </w:rPr>
      </w:pPr>
      <w:r w:rsidRPr="5763930C">
        <w:rPr>
          <w:rFonts w:ascii="Calibri" w:hAnsi="Calibri" w:cs="Calibri"/>
          <w:sz w:val="24"/>
          <w:szCs w:val="24"/>
          <w:lang w:val="nl-NL"/>
        </w:rPr>
        <w:br w:type="page"/>
      </w:r>
    </w:p>
    <w:p w:rsidRPr="006212BE" w:rsidR="00DB7190" w:rsidP="5763930C" w:rsidRDefault="00CB2B46" w14:paraId="5C5725D9" w14:textId="25C44D14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485"/>
        <w:gridCol w:w="1350"/>
        <w:gridCol w:w="1365"/>
        <w:gridCol w:w="1650"/>
        <w:gridCol w:w="1380"/>
        <w:gridCol w:w="1515"/>
      </w:tblGrid>
      <w:tr w:rsidR="5763930C" w:rsidTr="5763930C" w14:paraId="0D8D1EC7">
        <w:trPr>
          <w:trHeight w:val="300"/>
        </w:trPr>
        <w:tc>
          <w:tcPr>
            <w:tcW w:w="1485" w:type="dxa"/>
            <w:tcMar/>
          </w:tcPr>
          <w:p w:rsidR="1C549B3A" w:rsidP="5763930C" w:rsidRDefault="1C549B3A" w14:paraId="57443F42" w14:textId="2B2C877E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</w:pPr>
            <w:r w:rsidRPr="5763930C" w:rsidR="1C549B3A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DINS</w:t>
            </w:r>
            <w:r w:rsidRPr="5763930C" w:rsidR="5763930C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DAG</w:t>
            </w:r>
          </w:p>
        </w:tc>
        <w:tc>
          <w:tcPr>
            <w:tcW w:w="1350" w:type="dxa"/>
            <w:tcMar/>
          </w:tcPr>
          <w:p w:rsidR="5763930C" w:rsidP="5763930C" w:rsidRDefault="5763930C" w14:paraId="46FC6A49" w14:textId="0C9BC975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Ochtend</w:t>
            </w:r>
          </w:p>
        </w:tc>
        <w:tc>
          <w:tcPr>
            <w:tcW w:w="1365" w:type="dxa"/>
            <w:tcMar/>
          </w:tcPr>
          <w:p w:rsidR="5763930C" w:rsidP="5763930C" w:rsidRDefault="5763930C" w14:paraId="4E2C7B46" w14:textId="55155C4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Middag</w:t>
            </w:r>
          </w:p>
        </w:tc>
        <w:tc>
          <w:tcPr>
            <w:tcW w:w="1650" w:type="dxa"/>
            <w:tcMar/>
          </w:tcPr>
          <w:p w:rsidR="5763930C" w:rsidP="5763930C" w:rsidRDefault="5763930C" w14:paraId="232822F7" w14:textId="588CBA5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Tussendoor</w:t>
            </w:r>
          </w:p>
        </w:tc>
        <w:tc>
          <w:tcPr>
            <w:tcW w:w="1380" w:type="dxa"/>
            <w:tcMar/>
          </w:tcPr>
          <w:p w:rsidR="5763930C" w:rsidP="5763930C" w:rsidRDefault="5763930C" w14:paraId="6E3D97AF" w14:textId="1C7BE467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Avond</w:t>
            </w:r>
          </w:p>
        </w:tc>
        <w:tc>
          <w:tcPr>
            <w:tcW w:w="1515" w:type="dxa"/>
            <w:tcMar/>
          </w:tcPr>
          <w:p w:rsidR="5763930C" w:rsidP="5763930C" w:rsidRDefault="5763930C" w14:paraId="747509C3" w14:textId="07DD2416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Na het avondeten</w:t>
            </w:r>
          </w:p>
        </w:tc>
      </w:tr>
      <w:tr w:rsidR="5763930C" w:rsidTr="5763930C" w14:paraId="32E12179">
        <w:trPr>
          <w:trHeight w:val="300"/>
        </w:trPr>
        <w:tc>
          <w:tcPr>
            <w:tcW w:w="1485" w:type="dxa"/>
            <w:tcMar/>
          </w:tcPr>
          <w:p w:rsidR="5763930C" w:rsidP="5763930C" w:rsidRDefault="5763930C" w14:paraId="3908D868" w14:textId="4CCCD6F0">
            <w:pPr>
              <w:ind w:left="0"/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Hoeveel maaltijden eet ik op een dag?</w:t>
            </w:r>
          </w:p>
          <w:p w:rsidR="5763930C" w:rsidP="5763930C" w:rsidRDefault="5763930C" w14:paraId="13DBB90F" w14:textId="39FC935A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1336FE10" w14:textId="4B7D793F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629BB047" w14:textId="0ADAC32B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5763930C" w:rsidP="5763930C" w:rsidRDefault="5763930C" w14:paraId="706FC33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5763930C" w:rsidP="5763930C" w:rsidRDefault="5763930C" w14:paraId="63E5618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5763930C" w:rsidP="5763930C" w:rsidRDefault="5763930C" w14:paraId="5518099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5763930C" w:rsidP="5763930C" w:rsidRDefault="5763930C" w14:paraId="47492284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5763930C" w:rsidP="5763930C" w:rsidRDefault="5763930C" w14:paraId="5A1BA7E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5763930C" w:rsidTr="5763930C" w14:paraId="29905B87">
        <w:trPr>
          <w:trHeight w:val="300"/>
        </w:trPr>
        <w:tc>
          <w:tcPr>
            <w:tcW w:w="1485" w:type="dxa"/>
            <w:tcMar/>
          </w:tcPr>
          <w:p w:rsidR="5763930C" w:rsidP="5763930C" w:rsidRDefault="5763930C" w14:paraId="35B79ECB" w14:textId="6BA741D9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Welke snacks eet ik vaak?</w:t>
            </w:r>
          </w:p>
          <w:p w:rsidR="5763930C" w:rsidP="5763930C" w:rsidRDefault="5763930C" w14:paraId="7813A7EF" w14:textId="5A3AF86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0F6DDA9C" w14:textId="2BA586A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04FCBEE7" w14:textId="37E9A841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5763930C" w:rsidP="5763930C" w:rsidRDefault="5763930C" w14:paraId="4D742A66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5763930C" w:rsidP="5763930C" w:rsidRDefault="5763930C" w14:paraId="0B764FF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5763930C" w:rsidP="5763930C" w:rsidRDefault="5763930C" w14:paraId="5D1EDBD6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5763930C" w:rsidP="5763930C" w:rsidRDefault="5763930C" w14:paraId="35B9F10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5763930C" w:rsidP="5763930C" w:rsidRDefault="5763930C" w14:paraId="75ACF1C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5763930C" w:rsidTr="5763930C" w14:paraId="4B9656BB">
        <w:trPr>
          <w:trHeight w:val="300"/>
        </w:trPr>
        <w:tc>
          <w:tcPr>
            <w:tcW w:w="1485" w:type="dxa"/>
            <w:tcMar/>
          </w:tcPr>
          <w:p w:rsidR="5763930C" w:rsidP="5763930C" w:rsidRDefault="5763930C" w14:paraId="145992E4" w14:textId="51B7CDDD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5763930C" w:rsidR="5763930C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Wat drink ik meestal?</w:t>
            </w:r>
          </w:p>
          <w:p w:rsidR="5763930C" w:rsidP="5763930C" w:rsidRDefault="5763930C" w14:paraId="2FAF28CF" w14:textId="1F1D8BB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07EF2169" w14:textId="4FEA28A2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4F06A4A2" w14:textId="4140BA57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5763930C" w:rsidP="5763930C" w:rsidRDefault="5763930C" w14:paraId="5387FBF8" w14:textId="6CCC577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5763930C" w:rsidP="5763930C" w:rsidRDefault="5763930C" w14:paraId="40FC87E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5763930C" w:rsidP="5763930C" w:rsidRDefault="5763930C" w14:paraId="5A8E1233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5763930C" w:rsidP="5763930C" w:rsidRDefault="5763930C" w14:paraId="60783237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5763930C" w:rsidP="5763930C" w:rsidRDefault="5763930C" w14:paraId="2AE9FF91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5763930C" w:rsidP="5763930C" w:rsidRDefault="5763930C" w14:paraId="5D7D6E77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</w:tbl>
    <w:p w:rsidRPr="006212BE" w:rsidR="00DB7190" w:rsidP="5763930C" w:rsidRDefault="00CB2B46" w14:paraId="479DF8F2" w14:textId="69F7BD13">
      <w:pPr/>
    </w:p>
    <w:p w:rsidRPr="006212BE" w:rsidR="00DB7190" w:rsidP="5763930C" w:rsidRDefault="00CB2B46" w14:paraId="265B701C" w14:textId="215F274C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5763930C" w:rsidR="1EFDD9CB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valt mij op?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5763930C" w:rsidTr="5763930C" w14:paraId="70A332C9">
        <w:trPr>
          <w:trHeight w:val="300"/>
        </w:trPr>
        <w:tc>
          <w:tcPr>
            <w:tcW w:w="8640" w:type="dxa"/>
            <w:tcMar/>
          </w:tcPr>
          <w:p w:rsidR="762C4A93" w:rsidP="5763930C" w:rsidRDefault="762C4A93" w14:paraId="2605DA85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62C4A9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62C4A93" w:rsidP="5763930C" w:rsidRDefault="762C4A93" w14:paraId="31A6791F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62C4A9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62C4A93" w:rsidP="5763930C" w:rsidRDefault="762C4A93" w14:paraId="237838DB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62C4A9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62C4A93" w:rsidP="5763930C" w:rsidRDefault="762C4A93" w14:paraId="7ADB3D1C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62C4A9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62C4A93" w:rsidP="5763930C" w:rsidRDefault="762C4A93" w14:paraId="6B82AEDF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62C4A9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62C4A93" w:rsidP="5763930C" w:rsidRDefault="762C4A93" w14:paraId="48E468EC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62C4A9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762C4A93" w:rsidP="5763930C" w:rsidRDefault="762C4A93" w14:paraId="259CD111" w14:textId="0720559D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5763930C" w:rsidR="762C4A93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5763930C" w:rsidP="5763930C" w:rsidRDefault="5763930C" w14:paraId="76C6D1D9" w14:textId="33D8F6BF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</w:tr>
    </w:tbl>
    <w:p w:rsidRPr="006212BE" w:rsidR="00DB7190" w:rsidP="5763930C" w:rsidRDefault="00CB2B46" w14:paraId="39931572" w14:textId="6A92B4F1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="1417CBC2" w:rsidRDefault="1417CBC2" w14:paraId="0C4A73F7" w14:textId="62CDED73">
      <w:r>
        <w:br w:type="page"/>
      </w:r>
    </w:p>
    <w:p w:rsidR="1417CBC2" w:rsidP="1417CBC2" w:rsidRDefault="1417CBC2" w14:paraId="6ABF7A7B" w14:textId="25C44D14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560"/>
        <w:gridCol w:w="1275"/>
        <w:gridCol w:w="1365"/>
        <w:gridCol w:w="1650"/>
        <w:gridCol w:w="1380"/>
        <w:gridCol w:w="1515"/>
      </w:tblGrid>
      <w:tr w:rsidR="1417CBC2" w:rsidTr="1417CBC2" w14:paraId="166BD69D">
        <w:trPr>
          <w:trHeight w:val="300"/>
        </w:trPr>
        <w:tc>
          <w:tcPr>
            <w:tcW w:w="1560" w:type="dxa"/>
            <w:tcMar/>
          </w:tcPr>
          <w:p w:rsidR="2FC0B15E" w:rsidP="1417CBC2" w:rsidRDefault="2FC0B15E" w14:paraId="0A81BDE3" w14:textId="7C41599E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</w:pPr>
            <w:r w:rsidRPr="1417CBC2" w:rsidR="2FC0B15E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WOENSD</w:t>
            </w:r>
            <w:r w:rsidRPr="1417CBC2" w:rsidR="1417CBC2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AG</w:t>
            </w:r>
          </w:p>
        </w:tc>
        <w:tc>
          <w:tcPr>
            <w:tcW w:w="1275" w:type="dxa"/>
            <w:tcMar/>
          </w:tcPr>
          <w:p w:rsidR="1417CBC2" w:rsidP="1417CBC2" w:rsidRDefault="1417CBC2" w14:paraId="4FE8C226" w14:textId="0C9BC975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Ochtend</w:t>
            </w:r>
          </w:p>
        </w:tc>
        <w:tc>
          <w:tcPr>
            <w:tcW w:w="1365" w:type="dxa"/>
            <w:tcMar/>
          </w:tcPr>
          <w:p w:rsidR="1417CBC2" w:rsidP="1417CBC2" w:rsidRDefault="1417CBC2" w14:paraId="7608E18B" w14:textId="55155C4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Middag</w:t>
            </w:r>
          </w:p>
        </w:tc>
        <w:tc>
          <w:tcPr>
            <w:tcW w:w="1650" w:type="dxa"/>
            <w:tcMar/>
          </w:tcPr>
          <w:p w:rsidR="1417CBC2" w:rsidP="1417CBC2" w:rsidRDefault="1417CBC2" w14:paraId="526B3C7A" w14:textId="588CBA5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Tussendoor</w:t>
            </w:r>
          </w:p>
        </w:tc>
        <w:tc>
          <w:tcPr>
            <w:tcW w:w="1380" w:type="dxa"/>
            <w:tcMar/>
          </w:tcPr>
          <w:p w:rsidR="1417CBC2" w:rsidP="1417CBC2" w:rsidRDefault="1417CBC2" w14:paraId="52D34DBF" w14:textId="1C7BE467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Avond</w:t>
            </w:r>
          </w:p>
        </w:tc>
        <w:tc>
          <w:tcPr>
            <w:tcW w:w="1515" w:type="dxa"/>
            <w:tcMar/>
          </w:tcPr>
          <w:p w:rsidR="1417CBC2" w:rsidP="1417CBC2" w:rsidRDefault="1417CBC2" w14:paraId="1E8E20E8" w14:textId="07DD2416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Na het avondeten</w:t>
            </w:r>
          </w:p>
        </w:tc>
      </w:tr>
      <w:tr w:rsidR="1417CBC2" w:rsidTr="1417CBC2" w14:paraId="7496E29B">
        <w:trPr>
          <w:trHeight w:val="300"/>
        </w:trPr>
        <w:tc>
          <w:tcPr>
            <w:tcW w:w="1560" w:type="dxa"/>
            <w:tcMar/>
          </w:tcPr>
          <w:p w:rsidR="1417CBC2" w:rsidP="1417CBC2" w:rsidRDefault="1417CBC2" w14:paraId="2BFF660D" w14:textId="4CCCD6F0">
            <w:pPr>
              <w:ind w:left="0"/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Hoeveel maaltijden eet ik op een dag?</w:t>
            </w:r>
          </w:p>
          <w:p w:rsidR="1417CBC2" w:rsidP="1417CBC2" w:rsidRDefault="1417CBC2" w14:paraId="4FF78480" w14:textId="39FC935A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052BD83B" w14:textId="4B7D793F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6042B0E7" w14:textId="0ADAC32B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  <w:tcMar/>
          </w:tcPr>
          <w:p w:rsidR="1417CBC2" w:rsidP="1417CBC2" w:rsidRDefault="1417CBC2" w14:paraId="35BA14F7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5D609B6D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22521221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32B6DD98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74186BEE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53FF7C7D">
        <w:trPr>
          <w:trHeight w:val="300"/>
        </w:trPr>
        <w:tc>
          <w:tcPr>
            <w:tcW w:w="1560" w:type="dxa"/>
            <w:tcMar/>
          </w:tcPr>
          <w:p w:rsidR="1417CBC2" w:rsidP="1417CBC2" w:rsidRDefault="1417CBC2" w14:paraId="631CAD30" w14:textId="6BA741D9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Welke snacks eet ik vaak?</w:t>
            </w:r>
          </w:p>
          <w:p w:rsidR="1417CBC2" w:rsidP="1417CBC2" w:rsidRDefault="1417CBC2" w14:paraId="54136834" w14:textId="5A3AF86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347613B8" w14:textId="2BA586A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5BC9CAD6" w14:textId="37E9A841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  <w:tcMar/>
          </w:tcPr>
          <w:p w:rsidR="1417CBC2" w:rsidP="1417CBC2" w:rsidRDefault="1417CBC2" w14:paraId="48432EB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2EC06B3E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5F8C405D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0CCDF604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001297E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7AD0F44F">
        <w:trPr>
          <w:trHeight w:val="300"/>
        </w:trPr>
        <w:tc>
          <w:tcPr>
            <w:tcW w:w="1560" w:type="dxa"/>
            <w:tcMar/>
          </w:tcPr>
          <w:p w:rsidR="1417CBC2" w:rsidP="1417CBC2" w:rsidRDefault="1417CBC2" w14:paraId="7BD79675" w14:textId="51B7CDDD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Wat drink ik meestal?</w:t>
            </w:r>
          </w:p>
          <w:p w:rsidR="1417CBC2" w:rsidP="1417CBC2" w:rsidRDefault="1417CBC2" w14:paraId="3FA516E4" w14:textId="1F1D8BB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16E800B3" w14:textId="4FEA28A2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6CCF58B8" w14:textId="4140BA57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4D31EC14" w14:textId="6CCC577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275" w:type="dxa"/>
            <w:tcMar/>
          </w:tcPr>
          <w:p w:rsidR="1417CBC2" w:rsidP="1417CBC2" w:rsidRDefault="1417CBC2" w14:paraId="1EA37B64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461992AB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4E02197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5780A5FD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144E435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</w:tbl>
    <w:p w:rsidR="1417CBC2" w:rsidRDefault="1417CBC2" w14:paraId="1D09FD10" w14:textId="69F7BD13"/>
    <w:p w:rsidR="08C0F3F1" w:rsidP="1417CBC2" w:rsidRDefault="08C0F3F1" w14:paraId="7365985B" w14:textId="215F274C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417CBC2" w:rsidR="08C0F3F1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valt mij op?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417CBC2" w:rsidTr="1417CBC2" w14:paraId="1121C5B7">
        <w:trPr>
          <w:trHeight w:val="300"/>
        </w:trPr>
        <w:tc>
          <w:tcPr>
            <w:tcW w:w="8640" w:type="dxa"/>
            <w:tcMar/>
          </w:tcPr>
          <w:p w:rsidR="08C0F3F1" w:rsidP="1417CBC2" w:rsidRDefault="08C0F3F1" w14:paraId="1C5D02B0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8C0F3F1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8C0F3F1" w:rsidP="1417CBC2" w:rsidRDefault="08C0F3F1" w14:paraId="186A949F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8C0F3F1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8C0F3F1" w:rsidP="1417CBC2" w:rsidRDefault="08C0F3F1" w14:paraId="22CE4BE0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8C0F3F1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8C0F3F1" w:rsidP="1417CBC2" w:rsidRDefault="08C0F3F1" w14:paraId="60A17156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8C0F3F1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8C0F3F1" w:rsidP="1417CBC2" w:rsidRDefault="08C0F3F1" w14:paraId="1EF1E87C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8C0F3F1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8C0F3F1" w:rsidP="1417CBC2" w:rsidRDefault="08C0F3F1" w14:paraId="72E6E358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8C0F3F1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8C0F3F1" w:rsidP="1417CBC2" w:rsidRDefault="08C0F3F1" w14:paraId="70E50094" w14:textId="049166A2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8C0F3F1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="1417CBC2" w:rsidP="1417CBC2" w:rsidRDefault="1417CBC2" w14:paraId="39D3EFBC" w14:textId="6A92B4F1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="1417CBC2" w:rsidP="1417CBC2" w:rsidRDefault="1417CBC2" w14:paraId="5EBE5DD0" w14:textId="66D38816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6212BE" w:rsidR="00DB7190" w:rsidP="5763930C" w:rsidRDefault="00CB2B46" w14:paraId="09F78B97" w14:textId="124D18C0">
      <w:pPr>
        <w:ind w:left="0"/>
      </w:pPr>
      <w:r>
        <w:br w:type="page"/>
      </w:r>
    </w:p>
    <w:p w:rsidRPr="006212BE" w:rsidR="00DB7190" w:rsidP="1417CBC2" w:rsidRDefault="00CB2B46" w14:paraId="4A6BF159" w14:textId="25C44D14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695"/>
        <w:gridCol w:w="1215"/>
        <w:gridCol w:w="1380"/>
        <w:gridCol w:w="1560"/>
        <w:gridCol w:w="1380"/>
        <w:gridCol w:w="1515"/>
      </w:tblGrid>
      <w:tr w:rsidR="1417CBC2" w:rsidTr="1417CBC2" w14:paraId="71DE5EA7">
        <w:trPr>
          <w:trHeight w:val="300"/>
        </w:trPr>
        <w:tc>
          <w:tcPr>
            <w:tcW w:w="1695" w:type="dxa"/>
            <w:tcMar/>
          </w:tcPr>
          <w:p w:rsidR="19F85614" w:rsidP="1417CBC2" w:rsidRDefault="19F85614" w14:paraId="7BE982A2" w14:textId="492665E3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</w:pPr>
            <w:r w:rsidRPr="1417CBC2" w:rsidR="19F85614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DONDER</w:t>
            </w:r>
            <w:r w:rsidRPr="1417CBC2" w:rsidR="1417CBC2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DAG</w:t>
            </w:r>
          </w:p>
        </w:tc>
        <w:tc>
          <w:tcPr>
            <w:tcW w:w="1215" w:type="dxa"/>
            <w:tcMar/>
          </w:tcPr>
          <w:p w:rsidR="1417CBC2" w:rsidP="1417CBC2" w:rsidRDefault="1417CBC2" w14:paraId="3EDB239D" w14:textId="0C9BC975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Ochtend</w:t>
            </w:r>
          </w:p>
        </w:tc>
        <w:tc>
          <w:tcPr>
            <w:tcW w:w="1380" w:type="dxa"/>
            <w:tcMar/>
          </w:tcPr>
          <w:p w:rsidR="1417CBC2" w:rsidP="1417CBC2" w:rsidRDefault="1417CBC2" w14:paraId="6204FB3F" w14:textId="55155C4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Middag</w:t>
            </w:r>
          </w:p>
        </w:tc>
        <w:tc>
          <w:tcPr>
            <w:tcW w:w="1560" w:type="dxa"/>
            <w:tcMar/>
          </w:tcPr>
          <w:p w:rsidR="1417CBC2" w:rsidP="1417CBC2" w:rsidRDefault="1417CBC2" w14:paraId="764F5E95" w14:textId="588CBA5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Tussendoor</w:t>
            </w:r>
          </w:p>
        </w:tc>
        <w:tc>
          <w:tcPr>
            <w:tcW w:w="1380" w:type="dxa"/>
            <w:tcMar/>
          </w:tcPr>
          <w:p w:rsidR="1417CBC2" w:rsidP="1417CBC2" w:rsidRDefault="1417CBC2" w14:paraId="6150253F" w14:textId="1C7BE467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Avond</w:t>
            </w:r>
          </w:p>
        </w:tc>
        <w:tc>
          <w:tcPr>
            <w:tcW w:w="1515" w:type="dxa"/>
            <w:tcMar/>
          </w:tcPr>
          <w:p w:rsidR="1417CBC2" w:rsidP="1417CBC2" w:rsidRDefault="1417CBC2" w14:paraId="2AC38BC0" w14:textId="07DD2416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Na het avondeten</w:t>
            </w:r>
          </w:p>
        </w:tc>
      </w:tr>
      <w:tr w:rsidR="1417CBC2" w:rsidTr="1417CBC2" w14:paraId="1C10DD64">
        <w:trPr>
          <w:trHeight w:val="300"/>
        </w:trPr>
        <w:tc>
          <w:tcPr>
            <w:tcW w:w="1695" w:type="dxa"/>
            <w:tcMar/>
          </w:tcPr>
          <w:p w:rsidR="1417CBC2" w:rsidP="1417CBC2" w:rsidRDefault="1417CBC2" w14:paraId="3D08616C" w14:textId="4CCCD6F0">
            <w:pPr>
              <w:ind w:left="0"/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Hoeveel maaltijden eet ik op een dag?</w:t>
            </w:r>
          </w:p>
          <w:p w:rsidR="1417CBC2" w:rsidP="1417CBC2" w:rsidRDefault="1417CBC2" w14:paraId="6AA1F535" w14:textId="39FC935A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4534F206" w14:textId="4B7D793F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25D7EBDB" w14:textId="0ADAC32B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215" w:type="dxa"/>
            <w:tcMar/>
          </w:tcPr>
          <w:p w:rsidR="1417CBC2" w:rsidP="1417CBC2" w:rsidRDefault="1417CBC2" w14:paraId="0C2495F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201A4AA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  <w:tcMar/>
          </w:tcPr>
          <w:p w:rsidR="1417CBC2" w:rsidP="1417CBC2" w:rsidRDefault="1417CBC2" w14:paraId="0F5C564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0E32B54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6414C08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3CDD9F22">
        <w:trPr>
          <w:trHeight w:val="300"/>
        </w:trPr>
        <w:tc>
          <w:tcPr>
            <w:tcW w:w="1695" w:type="dxa"/>
            <w:tcMar/>
          </w:tcPr>
          <w:p w:rsidR="1417CBC2" w:rsidP="1417CBC2" w:rsidRDefault="1417CBC2" w14:paraId="04D38500" w14:textId="6BA741D9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Welke snacks eet ik vaak?</w:t>
            </w:r>
          </w:p>
          <w:p w:rsidR="1417CBC2" w:rsidP="1417CBC2" w:rsidRDefault="1417CBC2" w14:paraId="2AFBE45B" w14:textId="5A3AF86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66EBCBF0" w14:textId="2BA586A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19FC1E16" w14:textId="37E9A841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215" w:type="dxa"/>
            <w:tcMar/>
          </w:tcPr>
          <w:p w:rsidR="1417CBC2" w:rsidP="1417CBC2" w:rsidRDefault="1417CBC2" w14:paraId="31C7ED7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5E2B3616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  <w:tcMar/>
          </w:tcPr>
          <w:p w:rsidR="1417CBC2" w:rsidP="1417CBC2" w:rsidRDefault="1417CBC2" w14:paraId="7850245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40B4021B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47C00C5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68AD2667">
        <w:trPr>
          <w:trHeight w:val="300"/>
        </w:trPr>
        <w:tc>
          <w:tcPr>
            <w:tcW w:w="1695" w:type="dxa"/>
            <w:tcMar/>
          </w:tcPr>
          <w:p w:rsidR="1417CBC2" w:rsidP="1417CBC2" w:rsidRDefault="1417CBC2" w14:paraId="5C05F663" w14:textId="51B7CDDD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Wat drink ik meestal?</w:t>
            </w:r>
          </w:p>
          <w:p w:rsidR="1417CBC2" w:rsidP="1417CBC2" w:rsidRDefault="1417CBC2" w14:paraId="09AF3832" w14:textId="1F1D8BB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05409F3D" w14:textId="4FEA28A2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36BAE367" w14:textId="4140BA57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3AD10875" w14:textId="6CCC577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215" w:type="dxa"/>
            <w:tcMar/>
          </w:tcPr>
          <w:p w:rsidR="1417CBC2" w:rsidP="1417CBC2" w:rsidRDefault="1417CBC2" w14:paraId="395B4977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0ABD34A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60" w:type="dxa"/>
            <w:tcMar/>
          </w:tcPr>
          <w:p w:rsidR="1417CBC2" w:rsidP="1417CBC2" w:rsidRDefault="1417CBC2" w14:paraId="0C943416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1E7ABAD2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088A4750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</w:tbl>
    <w:p w:rsidRPr="006212BE" w:rsidR="00DB7190" w:rsidP="1417CBC2" w:rsidRDefault="00CB2B46" w14:paraId="4162D4F7" w14:textId="69F7BD13">
      <w:pPr/>
    </w:p>
    <w:p w:rsidRPr="006212BE" w:rsidR="00DB7190" w:rsidP="1417CBC2" w:rsidRDefault="00CB2B46" w14:paraId="1E65EE1B" w14:textId="215F274C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417CBC2" w:rsidR="1B038BBC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valt mij op?</w:t>
      </w:r>
    </w:p>
    <w:tbl>
      <w:tblPr>
        <w:tblStyle w:val="Tabelraster"/>
        <w:bidiVisual w:val="0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417CBC2" w:rsidTr="1417CBC2" w14:paraId="0B22FA87">
        <w:trPr>
          <w:trHeight w:val="300"/>
        </w:trPr>
        <w:tc>
          <w:tcPr>
            <w:tcW w:w="8640" w:type="dxa"/>
            <w:tcMar/>
          </w:tcPr>
          <w:p w:rsidR="1B038BBC" w:rsidP="1417CBC2" w:rsidRDefault="1B038BBC" w14:paraId="24A980EF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1B038BB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B038BBC" w:rsidP="1417CBC2" w:rsidRDefault="1B038BBC" w14:paraId="4FC939A9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1B038BB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B038BBC" w:rsidP="1417CBC2" w:rsidRDefault="1B038BBC" w14:paraId="7FD6F3F3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1B038BB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B038BBC" w:rsidP="1417CBC2" w:rsidRDefault="1B038BBC" w14:paraId="3683725D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1B038BB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B038BBC" w:rsidP="1417CBC2" w:rsidRDefault="1B038BBC" w14:paraId="2333B003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1B038BB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B038BBC" w:rsidP="1417CBC2" w:rsidRDefault="1B038BBC" w14:paraId="35BDCDDC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1B038BB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1B038BBC" w:rsidP="1417CBC2" w:rsidRDefault="1B038BBC" w14:paraId="7AE19AEE" w14:textId="4B859832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1B038BBC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6212BE" w:rsidR="00DB7190" w:rsidP="1417CBC2" w:rsidRDefault="00CB2B46" w14:paraId="1CB10668" w14:textId="66D38816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6212BE" w:rsidR="00DB7190" w:rsidP="1417CBC2" w:rsidRDefault="00CB2B46" w14:paraId="61EFE249" w14:textId="127C2267">
      <w:pPr>
        <w:pStyle w:val="Standaard"/>
        <w:rPr>
          <w:lang w:val="nl-NL"/>
        </w:rPr>
      </w:pPr>
    </w:p>
    <w:p w:rsidRPr="006212BE" w:rsidR="00DB7190" w:rsidP="1417CBC2" w:rsidRDefault="00CB2B46" w14:paraId="692A763B" w14:textId="64167E89">
      <w:pPr/>
      <w:r>
        <w:br w:type="page"/>
      </w:r>
    </w:p>
    <w:p w:rsidRPr="006212BE" w:rsidR="00DB7190" w:rsidP="1417CBC2" w:rsidRDefault="00CB2B46" w14:paraId="71806257" w14:textId="25C44D14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485"/>
        <w:gridCol w:w="1350"/>
        <w:gridCol w:w="1365"/>
        <w:gridCol w:w="1650"/>
        <w:gridCol w:w="1380"/>
        <w:gridCol w:w="1515"/>
      </w:tblGrid>
      <w:tr w:rsidR="1417CBC2" w:rsidTr="1417CBC2" w14:paraId="3695A953">
        <w:trPr>
          <w:trHeight w:val="300"/>
        </w:trPr>
        <w:tc>
          <w:tcPr>
            <w:tcW w:w="1485" w:type="dxa"/>
            <w:tcMar/>
          </w:tcPr>
          <w:p w:rsidR="6C3E153E" w:rsidP="1417CBC2" w:rsidRDefault="6C3E153E" w14:paraId="36E31C85" w14:textId="0B957D33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</w:pPr>
            <w:r w:rsidRPr="1417CBC2" w:rsidR="6C3E153E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VRIJ</w:t>
            </w:r>
            <w:r w:rsidRPr="1417CBC2" w:rsidR="1417CBC2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DAG</w:t>
            </w:r>
          </w:p>
        </w:tc>
        <w:tc>
          <w:tcPr>
            <w:tcW w:w="1350" w:type="dxa"/>
            <w:tcMar/>
          </w:tcPr>
          <w:p w:rsidR="1417CBC2" w:rsidP="1417CBC2" w:rsidRDefault="1417CBC2" w14:paraId="338A1851" w14:textId="0C9BC975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Ochtend</w:t>
            </w:r>
          </w:p>
        </w:tc>
        <w:tc>
          <w:tcPr>
            <w:tcW w:w="1365" w:type="dxa"/>
            <w:tcMar/>
          </w:tcPr>
          <w:p w:rsidR="1417CBC2" w:rsidP="1417CBC2" w:rsidRDefault="1417CBC2" w14:paraId="15883AA0" w14:textId="55155C4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Middag</w:t>
            </w:r>
          </w:p>
        </w:tc>
        <w:tc>
          <w:tcPr>
            <w:tcW w:w="1650" w:type="dxa"/>
            <w:tcMar/>
          </w:tcPr>
          <w:p w:rsidR="1417CBC2" w:rsidP="1417CBC2" w:rsidRDefault="1417CBC2" w14:paraId="76B9B16B" w14:textId="588CBA5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Tussendoor</w:t>
            </w:r>
          </w:p>
        </w:tc>
        <w:tc>
          <w:tcPr>
            <w:tcW w:w="1380" w:type="dxa"/>
            <w:tcMar/>
          </w:tcPr>
          <w:p w:rsidR="1417CBC2" w:rsidP="1417CBC2" w:rsidRDefault="1417CBC2" w14:paraId="07835803" w14:textId="1C7BE467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Avond</w:t>
            </w:r>
          </w:p>
        </w:tc>
        <w:tc>
          <w:tcPr>
            <w:tcW w:w="1515" w:type="dxa"/>
            <w:tcMar/>
          </w:tcPr>
          <w:p w:rsidR="1417CBC2" w:rsidP="1417CBC2" w:rsidRDefault="1417CBC2" w14:paraId="0D9496AF" w14:textId="07DD2416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Na het avondeten</w:t>
            </w:r>
          </w:p>
        </w:tc>
      </w:tr>
      <w:tr w:rsidR="1417CBC2" w:rsidTr="1417CBC2" w14:paraId="489E5EA7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7544CEA4" w14:textId="4CCCD6F0">
            <w:pPr>
              <w:ind w:left="0"/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Hoeveel maaltijden eet ik op een dag?</w:t>
            </w:r>
          </w:p>
          <w:p w:rsidR="1417CBC2" w:rsidP="1417CBC2" w:rsidRDefault="1417CBC2" w14:paraId="27D891D4" w14:textId="39FC935A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2915F41A" w14:textId="4B7D793F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5EB73541" w14:textId="0ADAC32B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238B5E8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7D605A6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39C98B34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06D259D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11A42A38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498E7A26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271A7446" w14:textId="6BA741D9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Welke snacks eet ik vaak?</w:t>
            </w:r>
          </w:p>
          <w:p w:rsidR="1417CBC2" w:rsidP="1417CBC2" w:rsidRDefault="1417CBC2" w14:paraId="47432B8E" w14:textId="5A3AF86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02B597AB" w14:textId="2BA586A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3DD0C192" w14:textId="37E9A841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0BB26FC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154EA16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2960E73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556692A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235E627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7754089A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13717B62" w14:textId="51B7CDDD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Wat drink ik meestal?</w:t>
            </w:r>
          </w:p>
          <w:p w:rsidR="1417CBC2" w:rsidP="1417CBC2" w:rsidRDefault="1417CBC2" w14:paraId="371F8076" w14:textId="1F1D8BB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3B2D98F1" w14:textId="4FEA28A2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71D5EE08" w14:textId="4140BA57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3B6EEE63" w14:textId="6CCC577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7CB257F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4DE70FBD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69C04F21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1F219A36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6B7AC5C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</w:tbl>
    <w:p w:rsidRPr="006212BE" w:rsidR="00DB7190" w:rsidP="1417CBC2" w:rsidRDefault="00CB2B46" w14:paraId="7327F47D" w14:textId="69F7BD13">
      <w:pPr/>
    </w:p>
    <w:p w:rsidRPr="006212BE" w:rsidR="00DB7190" w:rsidP="1417CBC2" w:rsidRDefault="00CB2B46" w14:paraId="0BC95CCD" w14:textId="215F274C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417CBC2" w:rsidR="0DD67ADD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valt mij op?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417CBC2" w:rsidTr="1417CBC2" w14:paraId="7ED947BF">
        <w:trPr>
          <w:trHeight w:val="300"/>
        </w:trPr>
        <w:tc>
          <w:tcPr>
            <w:tcW w:w="8640" w:type="dxa"/>
            <w:tcMar/>
          </w:tcPr>
          <w:p w:rsidR="0DD67ADD" w:rsidP="1417CBC2" w:rsidRDefault="0DD67ADD" w14:paraId="6FA0CC85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DD67AD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DD67ADD" w:rsidP="1417CBC2" w:rsidRDefault="0DD67ADD" w14:paraId="1A2C5F49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DD67AD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DD67ADD" w:rsidP="1417CBC2" w:rsidRDefault="0DD67ADD" w14:paraId="4457E4C7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DD67AD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DD67ADD" w:rsidP="1417CBC2" w:rsidRDefault="0DD67ADD" w14:paraId="138DBB41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DD67AD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DD67ADD" w:rsidP="1417CBC2" w:rsidRDefault="0DD67ADD" w14:paraId="35B08EBB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DD67AD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DD67ADD" w:rsidP="1417CBC2" w:rsidRDefault="0DD67ADD" w14:paraId="22414EA4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DD67AD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0DD67ADD" w:rsidP="1417CBC2" w:rsidRDefault="0DD67ADD" w14:paraId="7F9294E0" w14:textId="029D0848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0DD67AD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6212BE" w:rsidR="00DB7190" w:rsidP="1417CBC2" w:rsidRDefault="00CB2B46" w14:paraId="7395F580" w14:textId="6A92B4F1">
      <w:pPr>
        <w:pStyle w:val="Standaard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</w:pPr>
    </w:p>
    <w:p w:rsidRPr="006212BE" w:rsidR="00DB7190" w:rsidP="1417CBC2" w:rsidRDefault="00CB2B46" w14:paraId="008598E5" w14:textId="3F79BC29">
      <w:pPr>
        <w:pStyle w:val="Standaard"/>
        <w:rPr>
          <w:lang w:val="nl-NL"/>
        </w:rPr>
      </w:pPr>
    </w:p>
    <w:p w:rsidRPr="006212BE" w:rsidR="00DB7190" w:rsidP="1417CBC2" w:rsidRDefault="00CB2B46" w14:paraId="54A2FC71" w14:textId="042AF2D8">
      <w:pPr/>
      <w:r>
        <w:br w:type="page"/>
      </w:r>
    </w:p>
    <w:p w:rsidRPr="006212BE" w:rsidR="00DB7190" w:rsidP="1417CBC2" w:rsidRDefault="00CB2B46" w14:paraId="3B7FB837" w14:textId="25C44D14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485"/>
        <w:gridCol w:w="1350"/>
        <w:gridCol w:w="1365"/>
        <w:gridCol w:w="1650"/>
        <w:gridCol w:w="1380"/>
        <w:gridCol w:w="1515"/>
      </w:tblGrid>
      <w:tr w:rsidR="1417CBC2" w:rsidTr="1417CBC2" w14:paraId="4DD57912">
        <w:trPr>
          <w:trHeight w:val="300"/>
        </w:trPr>
        <w:tc>
          <w:tcPr>
            <w:tcW w:w="1485" w:type="dxa"/>
            <w:tcMar/>
          </w:tcPr>
          <w:p w:rsidR="6F0455F2" w:rsidP="1417CBC2" w:rsidRDefault="6F0455F2" w14:paraId="49C0FAEF" w14:textId="0DCBFFA4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</w:pPr>
            <w:r w:rsidRPr="1417CBC2" w:rsidR="6F0455F2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ZATERD</w:t>
            </w:r>
            <w:r w:rsidRPr="1417CBC2" w:rsidR="1417CBC2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AG</w:t>
            </w:r>
          </w:p>
        </w:tc>
        <w:tc>
          <w:tcPr>
            <w:tcW w:w="1350" w:type="dxa"/>
            <w:tcMar/>
          </w:tcPr>
          <w:p w:rsidR="1417CBC2" w:rsidP="1417CBC2" w:rsidRDefault="1417CBC2" w14:paraId="07A89795" w14:textId="0C9BC975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Ochtend</w:t>
            </w:r>
          </w:p>
        </w:tc>
        <w:tc>
          <w:tcPr>
            <w:tcW w:w="1365" w:type="dxa"/>
            <w:tcMar/>
          </w:tcPr>
          <w:p w:rsidR="1417CBC2" w:rsidP="1417CBC2" w:rsidRDefault="1417CBC2" w14:paraId="2B94011F" w14:textId="55155C4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Middag</w:t>
            </w:r>
          </w:p>
        </w:tc>
        <w:tc>
          <w:tcPr>
            <w:tcW w:w="1650" w:type="dxa"/>
            <w:tcMar/>
          </w:tcPr>
          <w:p w:rsidR="1417CBC2" w:rsidP="1417CBC2" w:rsidRDefault="1417CBC2" w14:paraId="4D4AEB5B" w14:textId="588CBA5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Tussendoor</w:t>
            </w:r>
          </w:p>
        </w:tc>
        <w:tc>
          <w:tcPr>
            <w:tcW w:w="1380" w:type="dxa"/>
            <w:tcMar/>
          </w:tcPr>
          <w:p w:rsidR="1417CBC2" w:rsidP="1417CBC2" w:rsidRDefault="1417CBC2" w14:paraId="6AD68ACB" w14:textId="1C7BE467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Avond</w:t>
            </w:r>
          </w:p>
        </w:tc>
        <w:tc>
          <w:tcPr>
            <w:tcW w:w="1515" w:type="dxa"/>
            <w:tcMar/>
          </w:tcPr>
          <w:p w:rsidR="1417CBC2" w:rsidP="1417CBC2" w:rsidRDefault="1417CBC2" w14:paraId="3895EB88" w14:textId="07DD2416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Na het avondeten</w:t>
            </w:r>
          </w:p>
        </w:tc>
      </w:tr>
      <w:tr w:rsidR="1417CBC2" w:rsidTr="1417CBC2" w14:paraId="10D957E3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48302929" w14:textId="4CCCD6F0">
            <w:pPr>
              <w:ind w:left="0"/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Hoeveel maaltijden eet ik op een dag?</w:t>
            </w:r>
          </w:p>
          <w:p w:rsidR="1417CBC2" w:rsidP="1417CBC2" w:rsidRDefault="1417CBC2" w14:paraId="6D95E0D9" w14:textId="39FC935A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641CDBE9" w14:textId="4B7D793F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0635DCB9" w14:textId="0ADAC32B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57C1A084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4986F9F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630D44D0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19ACC3F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29C96006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2EC3E5C8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60586F8E" w14:textId="6BA741D9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Welke snacks eet ik vaak?</w:t>
            </w:r>
          </w:p>
          <w:p w:rsidR="1417CBC2" w:rsidP="1417CBC2" w:rsidRDefault="1417CBC2" w14:paraId="1BBDF038" w14:textId="5A3AF86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60124FD7" w14:textId="2BA586A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6C7E1172" w14:textId="37E9A841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7EEC818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6082CF8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4589A46A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25094E6B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20EC81E0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007545C5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6A549355" w14:textId="51B7CDDD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Wat drink ik meestal?</w:t>
            </w:r>
          </w:p>
          <w:p w:rsidR="1417CBC2" w:rsidP="1417CBC2" w:rsidRDefault="1417CBC2" w14:paraId="1DE9FF6E" w14:textId="1F1D8BB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15CD4FCE" w14:textId="4FEA28A2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22F931E5" w14:textId="4140BA57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781E9EE9" w14:textId="6CCC577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628A5521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60846C22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47DFEC32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50B40387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5AC78C2C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</w:tbl>
    <w:p w:rsidRPr="006212BE" w:rsidR="00DB7190" w:rsidP="1417CBC2" w:rsidRDefault="00CB2B46" w14:paraId="46175A02" w14:textId="69F7BD13">
      <w:pPr/>
    </w:p>
    <w:p w:rsidRPr="006212BE" w:rsidR="00DB7190" w:rsidP="1417CBC2" w:rsidRDefault="00CB2B46" w14:paraId="3EB0DC89" w14:textId="215F274C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417CBC2" w:rsidR="6979703D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valt mij op?</w:t>
      </w:r>
    </w:p>
    <w:tbl>
      <w:tblPr>
        <w:tblStyle w:val="Tabelraster"/>
        <w:bidiVisual w:val="0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417CBC2" w:rsidTr="1417CBC2" w14:paraId="6EBE68EF">
        <w:trPr>
          <w:trHeight w:val="300"/>
        </w:trPr>
        <w:tc>
          <w:tcPr>
            <w:tcW w:w="8640" w:type="dxa"/>
            <w:tcMar/>
          </w:tcPr>
          <w:p w:rsidR="6979703D" w:rsidP="1417CBC2" w:rsidRDefault="6979703D" w14:paraId="4E8E3462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979703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79703D" w:rsidP="1417CBC2" w:rsidRDefault="6979703D" w14:paraId="021FB08D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979703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79703D" w:rsidP="1417CBC2" w:rsidRDefault="6979703D" w14:paraId="37628CEA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979703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79703D" w:rsidP="1417CBC2" w:rsidRDefault="6979703D" w14:paraId="20575F6B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979703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79703D" w:rsidP="1417CBC2" w:rsidRDefault="6979703D" w14:paraId="2252FB9E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979703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79703D" w:rsidP="1417CBC2" w:rsidRDefault="6979703D" w14:paraId="738F905D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979703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6979703D" w:rsidP="1417CBC2" w:rsidRDefault="6979703D" w14:paraId="25EB7B05" w14:textId="3199CEE2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6979703D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6212BE" w:rsidR="00DB7190" w:rsidP="1417CBC2" w:rsidRDefault="00CB2B46" w14:paraId="31C242AF" w14:textId="3F79BC29">
      <w:pPr>
        <w:pStyle w:val="Standaard"/>
        <w:rPr>
          <w:lang w:val="nl-NL"/>
        </w:rPr>
      </w:pPr>
    </w:p>
    <w:p w:rsidRPr="006212BE" w:rsidR="00DB7190" w:rsidP="1417CBC2" w:rsidRDefault="00CB2B46" w14:paraId="38B058AD" w14:textId="1DB42E71">
      <w:pPr>
        <w:pStyle w:val="Standaard"/>
        <w:rPr>
          <w:lang w:val="nl-NL"/>
        </w:rPr>
      </w:pPr>
    </w:p>
    <w:p w:rsidRPr="006212BE" w:rsidR="00DB7190" w:rsidP="1417CBC2" w:rsidRDefault="00CB2B46" w14:paraId="4572F137" w14:textId="07123EE2">
      <w:pPr/>
      <w:r>
        <w:br w:type="page"/>
      </w:r>
    </w:p>
    <w:p w:rsidRPr="006212BE" w:rsidR="00DB7190" w:rsidP="1417CBC2" w:rsidRDefault="00CB2B46" w14:paraId="391103F3" w14:textId="25C44D14">
      <w:pPr>
        <w:pStyle w:val="Standaard"/>
        <w:rPr>
          <w:rFonts w:ascii="Dubai" w:hAnsi="Dubai" w:eastAsia="Dubai" w:cs="Dubai"/>
          <w:color w:val="2F023B"/>
          <w:sz w:val="24"/>
          <w:szCs w:val="24"/>
          <w:lang w:val="nl-NL"/>
        </w:rPr>
      </w:pP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  <w:insideH w:val="dashed" w:color="6A25D0" w:sz="2"/>
          <w:insideV w:val="dashed" w:color="6A25D0" w:sz="2"/>
        </w:tblBorders>
        <w:tblLook w:val="06A0" w:firstRow="1" w:lastRow="0" w:firstColumn="1" w:lastColumn="0" w:noHBand="1" w:noVBand="1"/>
      </w:tblPr>
      <w:tblGrid>
        <w:gridCol w:w="1485"/>
        <w:gridCol w:w="1350"/>
        <w:gridCol w:w="1365"/>
        <w:gridCol w:w="1650"/>
        <w:gridCol w:w="1380"/>
        <w:gridCol w:w="1515"/>
      </w:tblGrid>
      <w:tr w:rsidR="1417CBC2" w:rsidTr="1417CBC2" w14:paraId="28568315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7EE1B09D" w14:textId="498BAC51">
            <w:pPr>
              <w:pStyle w:val="Standaard"/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Z</w:t>
            </w:r>
            <w:r w:rsidRPr="1417CBC2" w:rsidR="5B9ECEFC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ON</w:t>
            </w:r>
            <w:r w:rsidRPr="1417CBC2" w:rsidR="1417CBC2">
              <w:rPr>
                <w:rFonts w:ascii="Dubai" w:hAnsi="Dubai" w:eastAsia="Dubai" w:cs="Dubai"/>
                <w:b w:val="1"/>
                <w:bCs w:val="1"/>
                <w:color w:val="3ACCBA"/>
                <w:sz w:val="24"/>
                <w:szCs w:val="24"/>
                <w:lang w:val="nl-NL"/>
              </w:rPr>
              <w:t>DAG</w:t>
            </w:r>
          </w:p>
        </w:tc>
        <w:tc>
          <w:tcPr>
            <w:tcW w:w="1350" w:type="dxa"/>
            <w:tcMar/>
          </w:tcPr>
          <w:p w:rsidR="1417CBC2" w:rsidP="1417CBC2" w:rsidRDefault="1417CBC2" w14:paraId="4E9FB110" w14:textId="0C9BC975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Ochtend</w:t>
            </w:r>
          </w:p>
        </w:tc>
        <w:tc>
          <w:tcPr>
            <w:tcW w:w="1365" w:type="dxa"/>
            <w:tcMar/>
          </w:tcPr>
          <w:p w:rsidR="1417CBC2" w:rsidP="1417CBC2" w:rsidRDefault="1417CBC2" w14:paraId="479CCEFA" w14:textId="55155C4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Middag</w:t>
            </w:r>
          </w:p>
        </w:tc>
        <w:tc>
          <w:tcPr>
            <w:tcW w:w="1650" w:type="dxa"/>
            <w:tcMar/>
          </w:tcPr>
          <w:p w:rsidR="1417CBC2" w:rsidP="1417CBC2" w:rsidRDefault="1417CBC2" w14:paraId="28A49FE6" w14:textId="588CBA5A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Tussendoor</w:t>
            </w:r>
          </w:p>
        </w:tc>
        <w:tc>
          <w:tcPr>
            <w:tcW w:w="1380" w:type="dxa"/>
            <w:tcMar/>
          </w:tcPr>
          <w:p w:rsidR="1417CBC2" w:rsidP="1417CBC2" w:rsidRDefault="1417CBC2" w14:paraId="0AE3591D" w14:textId="1C7BE467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Avond</w:t>
            </w:r>
          </w:p>
        </w:tc>
        <w:tc>
          <w:tcPr>
            <w:tcW w:w="1515" w:type="dxa"/>
            <w:tcMar/>
          </w:tcPr>
          <w:p w:rsidR="1417CBC2" w:rsidP="1417CBC2" w:rsidRDefault="1417CBC2" w14:paraId="53163E4D" w14:textId="07DD2416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  <w:t>Na het avondeten</w:t>
            </w:r>
          </w:p>
        </w:tc>
      </w:tr>
      <w:tr w:rsidR="1417CBC2" w:rsidTr="1417CBC2" w14:paraId="05298669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18FC8002" w14:textId="4CCCD6F0">
            <w:pPr>
              <w:ind w:left="0"/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Hoeveel maaltijden eet ik op een dag?</w:t>
            </w:r>
          </w:p>
          <w:p w:rsidR="1417CBC2" w:rsidP="1417CBC2" w:rsidRDefault="1417CBC2" w14:paraId="71E56239" w14:textId="39FC935A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73713EE2" w14:textId="4B7D793F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476E0E60" w14:textId="0ADAC32B">
            <w:pPr>
              <w:ind w:left="0"/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10EE6E54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340F773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407A3D3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4BBF6119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28F8AE37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634DA6E0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6A0327F1" w14:textId="6BA741D9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Welke snacks eet ik vaak?</w:t>
            </w:r>
          </w:p>
          <w:p w:rsidR="1417CBC2" w:rsidP="1417CBC2" w:rsidRDefault="1417CBC2" w14:paraId="77FBAC3D" w14:textId="5A3AF86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042E4D70" w14:textId="2BA586A5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50E211FA" w14:textId="37E9A841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6A530E13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16AAA76B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1DEC0383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3C743155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7AE7A130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  <w:tr w:rsidR="1417CBC2" w:rsidTr="1417CBC2" w14:paraId="76586CB5">
        <w:trPr>
          <w:trHeight w:val="300"/>
        </w:trPr>
        <w:tc>
          <w:tcPr>
            <w:tcW w:w="1485" w:type="dxa"/>
            <w:tcMar/>
          </w:tcPr>
          <w:p w:rsidR="1417CBC2" w:rsidP="1417CBC2" w:rsidRDefault="1417CBC2" w14:paraId="3483632B" w14:textId="51B7CDDD">
            <w:pPr>
              <w:rPr>
                <w:rFonts w:ascii="Dubai" w:hAnsi="Dubai" w:eastAsia="Dubai" w:cs="Dubai"/>
                <w:color w:val="6A25D0"/>
                <w:sz w:val="24"/>
                <w:szCs w:val="24"/>
                <w:lang w:val="nl-NL"/>
              </w:rPr>
            </w:pPr>
            <w:r w:rsidRPr="1417CBC2" w:rsidR="1417CBC2"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  <w:t>Wat drink ik meestal?</w:t>
            </w:r>
          </w:p>
          <w:p w:rsidR="1417CBC2" w:rsidP="1417CBC2" w:rsidRDefault="1417CBC2" w14:paraId="2C9DFF31" w14:textId="1F1D8BB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7606C610" w14:textId="4FEA28A2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6DC1B066" w14:textId="4140BA57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  <w:p w:rsidR="1417CBC2" w:rsidP="1417CBC2" w:rsidRDefault="1417CBC2" w14:paraId="341B77CE" w14:textId="6CCC577A">
            <w:pPr>
              <w:rPr>
                <w:rFonts w:ascii="Dubai" w:hAnsi="Dubai" w:eastAsia="Dubai" w:cs="Dubai"/>
                <w:b w:val="1"/>
                <w:bCs w:val="1"/>
                <w:color w:val="6A25D0"/>
                <w:sz w:val="24"/>
                <w:szCs w:val="24"/>
                <w:lang w:val="nl-NL"/>
              </w:rPr>
            </w:pPr>
          </w:p>
        </w:tc>
        <w:tc>
          <w:tcPr>
            <w:tcW w:w="1350" w:type="dxa"/>
            <w:tcMar/>
          </w:tcPr>
          <w:p w:rsidR="1417CBC2" w:rsidP="1417CBC2" w:rsidRDefault="1417CBC2" w14:paraId="5C3CE942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65" w:type="dxa"/>
            <w:tcMar/>
          </w:tcPr>
          <w:p w:rsidR="1417CBC2" w:rsidP="1417CBC2" w:rsidRDefault="1417CBC2" w14:paraId="524C2D57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650" w:type="dxa"/>
            <w:tcMar/>
          </w:tcPr>
          <w:p w:rsidR="1417CBC2" w:rsidP="1417CBC2" w:rsidRDefault="1417CBC2" w14:paraId="31B928AF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380" w:type="dxa"/>
            <w:tcMar/>
          </w:tcPr>
          <w:p w:rsidR="1417CBC2" w:rsidP="1417CBC2" w:rsidRDefault="1417CBC2" w14:paraId="160560E3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  <w:tc>
          <w:tcPr>
            <w:tcW w:w="1515" w:type="dxa"/>
            <w:tcMar/>
          </w:tcPr>
          <w:p w:rsidR="1417CBC2" w:rsidP="1417CBC2" w:rsidRDefault="1417CBC2" w14:paraId="31C34B5B" w14:textId="3D93E93B">
            <w:pPr>
              <w:pStyle w:val="Standaard"/>
              <w:rPr>
                <w:rFonts w:ascii="Dubai" w:hAnsi="Dubai" w:eastAsia="Dubai" w:cs="Dubai"/>
                <w:b w:val="1"/>
                <w:bCs w:val="1"/>
                <w:sz w:val="24"/>
                <w:szCs w:val="24"/>
                <w:lang w:val="nl-NL"/>
              </w:rPr>
            </w:pPr>
          </w:p>
        </w:tc>
      </w:tr>
    </w:tbl>
    <w:p w:rsidRPr="006212BE" w:rsidR="00DB7190" w:rsidP="1417CBC2" w:rsidRDefault="00CB2B46" w14:paraId="3E64699A" w14:textId="69F7BD13">
      <w:pPr/>
    </w:p>
    <w:p w:rsidRPr="006212BE" w:rsidR="00DB7190" w:rsidP="1417CBC2" w:rsidRDefault="00CB2B46" w14:paraId="336F78AB" w14:textId="215F274C">
      <w:pPr>
        <w:pStyle w:val="Standaard"/>
        <w:rPr>
          <w:rFonts w:ascii="Dubai" w:hAnsi="Dubai" w:eastAsia="Dubai" w:cs="Dubai"/>
          <w:color w:val="6A25D0"/>
          <w:sz w:val="24"/>
          <w:szCs w:val="24"/>
          <w:lang w:val="nl-NL"/>
        </w:rPr>
      </w:pPr>
      <w:r w:rsidRPr="1417CBC2" w:rsidR="381192EE">
        <w:rPr>
          <w:rFonts w:ascii="Dubai" w:hAnsi="Dubai" w:eastAsia="Dubai" w:cs="Dubai"/>
          <w:b w:val="1"/>
          <w:bCs w:val="1"/>
          <w:color w:val="6A25D0"/>
          <w:sz w:val="24"/>
          <w:szCs w:val="24"/>
          <w:lang w:val="nl-NL"/>
        </w:rPr>
        <w:t>Wat valt mij op?</w:t>
      </w:r>
    </w:p>
    <w:tbl>
      <w:tblPr>
        <w:tblStyle w:val="Tabelraster"/>
        <w:tblW w:w="0" w:type="auto"/>
        <w:tblBorders>
          <w:top w:val="dashed" w:color="6A25D0" w:sz="2"/>
          <w:left w:val="dashed" w:color="6A25D0" w:sz="2"/>
          <w:bottom w:val="dashed" w:color="6A25D0" w:sz="2"/>
          <w:right w:val="dashed" w:color="6A25D0" w:sz="2"/>
        </w:tblBorders>
        <w:tblLook w:val="06A0" w:firstRow="1" w:lastRow="0" w:firstColumn="1" w:lastColumn="0" w:noHBand="1" w:noVBand="1"/>
      </w:tblPr>
      <w:tblGrid>
        <w:gridCol w:w="8640"/>
      </w:tblGrid>
      <w:tr w:rsidR="1417CBC2" w:rsidTr="1417CBC2" w14:paraId="5D420324">
        <w:trPr>
          <w:trHeight w:val="300"/>
        </w:trPr>
        <w:tc>
          <w:tcPr>
            <w:tcW w:w="8640" w:type="dxa"/>
            <w:tcMar/>
          </w:tcPr>
          <w:p w:rsidR="381192EE" w:rsidP="1417CBC2" w:rsidRDefault="381192EE" w14:paraId="7ACA52D3" w14:textId="6F46DB8F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81192E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81192EE" w:rsidP="1417CBC2" w:rsidRDefault="381192EE" w14:paraId="6DD38591" w14:textId="04EBFF66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81192E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81192EE" w:rsidP="1417CBC2" w:rsidRDefault="381192EE" w14:paraId="25D5CBE1" w14:textId="51F8DD2A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81192E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81192EE" w:rsidP="1417CBC2" w:rsidRDefault="381192EE" w14:paraId="6300B747" w14:textId="3A8B1329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81192E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81192EE" w:rsidP="1417CBC2" w:rsidRDefault="381192EE" w14:paraId="6CC4DAEE" w14:textId="162820C5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81192E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81192EE" w:rsidP="1417CBC2" w:rsidRDefault="381192EE" w14:paraId="7A945F71" w14:textId="6DD399B4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81192E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  <w:p w:rsidR="381192EE" w:rsidP="1417CBC2" w:rsidRDefault="381192EE" w14:paraId="1B33C638" w14:textId="6B4B1241">
            <w:pPr>
              <w:pStyle w:val="Standaard"/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</w:pPr>
            <w:r w:rsidRPr="1417CBC2" w:rsidR="381192EE">
              <w:rPr>
                <w:rFonts w:ascii="Dubai" w:hAnsi="Dubai" w:eastAsia="Dubai" w:cs="Dubai"/>
                <w:b w:val="1"/>
                <w:bCs w:val="1"/>
                <w:i w:val="0"/>
                <w:iCs w:val="0"/>
                <w:color w:val="3ACCBA"/>
                <w:sz w:val="24"/>
                <w:szCs w:val="24"/>
                <w:lang w:val="nl-NL"/>
              </w:rPr>
              <w:t>.</w:t>
            </w:r>
          </w:p>
        </w:tc>
      </w:tr>
    </w:tbl>
    <w:p w:rsidRPr="006212BE" w:rsidR="00DB7190" w:rsidP="1417CBC2" w:rsidRDefault="00CB2B46" w14:paraId="27B424D0" w14:textId="1DB42E71">
      <w:pPr>
        <w:pStyle w:val="Standaard"/>
        <w:rPr>
          <w:lang w:val="nl-NL"/>
        </w:rPr>
      </w:pPr>
    </w:p>
    <w:p w:rsidRPr="006212BE" w:rsidR="00DB7190" w:rsidP="1417CBC2" w:rsidRDefault="00CB2B46" w14:paraId="15D28D9D" w14:textId="5098B3DC">
      <w:pPr>
        <w:pStyle w:val="Standaard"/>
        <w:rPr>
          <w:lang w:val="nl-NL"/>
        </w:rPr>
      </w:pPr>
    </w:p>
    <w:p w:rsidRPr="006212BE" w:rsidR="00DB7190" w:rsidP="1417CBC2" w:rsidRDefault="00CB2B46" w14:paraId="45462E37" w14:textId="4B902E55">
      <w:pPr/>
      <w:r>
        <w:br w:type="page"/>
      </w:r>
    </w:p>
    <w:sectPr w:rsidRPr="002445A9" w:rsidR="00DB7190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bc1a5a025dfd4e70"/>
      <w:footerReference w:type="default" r:id="R0a1eff187999486f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53749E5A">
      <w:trPr>
        <w:trHeight w:val="300"/>
      </w:trPr>
      <w:tc>
        <w:tcPr>
          <w:tcW w:w="2880" w:type="dxa"/>
          <w:tcMar/>
        </w:tcPr>
        <w:p w:rsidR="10B8AAB3" w:rsidP="10B8AAB3" w:rsidRDefault="10B8AAB3" w14:paraId="72AB9F13" w14:textId="692E00C3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begin"/>
          </w:r>
          <w:r>
            <w:instrText xml:space="preserve">PAGE</w:instrText>
          </w:r>
          <w:r>
            <w:fldChar w:fldCharType="separate"/>
          </w:r>
          <w:r w:rsidRP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fldChar w:fldCharType="end"/>
          </w:r>
        </w:p>
      </w:tc>
      <w:tc>
        <w:tcPr>
          <w:tcW w:w="2880" w:type="dxa"/>
          <w:tcMar/>
        </w:tcPr>
        <w:p w:rsidR="10B8AAB3" w:rsidP="10B8AAB3" w:rsidRDefault="10B8AAB3" w14:paraId="3D541372" w14:textId="38D452E7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586BFC77" w14:textId="2D46E62C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3ACCBA"/>
            </w:rPr>
            <w:t>De Mindgym</w:t>
          </w:r>
        </w:p>
      </w:tc>
    </w:tr>
  </w:tbl>
  <w:p w:rsidR="10B8AAB3" w:rsidP="10B8AAB3" w:rsidRDefault="10B8AAB3" w14:paraId="73025C88" w14:textId="5ED280B1">
    <w:pPr>
      <w:pStyle w:val="Voettekst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0B8AAB3" w:rsidTr="10B8AAB3" w14:paraId="116576E2">
      <w:trPr>
        <w:trHeight w:val="300"/>
      </w:trPr>
      <w:tc>
        <w:tcPr>
          <w:tcW w:w="2880" w:type="dxa"/>
          <w:tcMar/>
        </w:tcPr>
        <w:p w:rsidR="10B8AAB3" w:rsidP="10B8AAB3" w:rsidRDefault="10B8AAB3" w14:paraId="44D23EA1" w14:textId="52A51CD7">
          <w:pPr>
            <w:pStyle w:val="Koptekst"/>
            <w:bidi w:val="0"/>
            <w:ind w:left="-115"/>
            <w:jc w:val="lef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FF MENTAAL</w:t>
          </w:r>
        </w:p>
      </w:tc>
      <w:tc>
        <w:tcPr>
          <w:tcW w:w="2880" w:type="dxa"/>
          <w:tcMar/>
        </w:tcPr>
        <w:p w:rsidR="10B8AAB3" w:rsidP="10B8AAB3" w:rsidRDefault="10B8AAB3" w14:paraId="7CD473A0" w14:textId="3395152A">
          <w:pPr>
            <w:pStyle w:val="Koptekst"/>
            <w:bidi w:val="0"/>
            <w:jc w:val="center"/>
          </w:pPr>
        </w:p>
      </w:tc>
      <w:tc>
        <w:tcPr>
          <w:tcW w:w="2880" w:type="dxa"/>
          <w:tcMar/>
        </w:tcPr>
        <w:p w:rsidR="10B8AAB3" w:rsidP="10B8AAB3" w:rsidRDefault="10B8AAB3" w14:paraId="0BC1DFC8" w14:textId="37A73A3E">
          <w:pPr>
            <w:pStyle w:val="Koptekst"/>
            <w:bidi w:val="0"/>
            <w:ind w:right="-115"/>
            <w:jc w:val="right"/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</w:pPr>
          <w:r w:rsidRPr="10B8AAB3" w:rsidR="10B8AAB3">
            <w:rPr>
              <w:rFonts w:ascii="Aharoni" w:hAnsi="Aharoni" w:eastAsia="Aharoni" w:cs="Aharoni"/>
              <w:b w:val="1"/>
              <w:bCs w:val="1"/>
              <w:i w:val="0"/>
              <w:iCs w:val="0"/>
              <w:color w:val="6A25D0"/>
            </w:rPr>
            <w:t>Oefeningen</w:t>
          </w:r>
        </w:p>
      </w:tc>
    </w:tr>
  </w:tbl>
  <w:p w:rsidR="10B8AAB3" w:rsidP="10B8AAB3" w:rsidRDefault="10B8AAB3" w14:paraId="39EFA188" w14:textId="571401CA">
    <w:pPr>
      <w:pStyle w:val="Koptekst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1793D08"/>
    <w:multiLevelType w:val="multilevel"/>
    <w:tmpl w:val="3DA2B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205A5751"/>
    <w:multiLevelType w:val="multilevel"/>
    <w:tmpl w:val="1BBA0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8E47E7F"/>
    <w:multiLevelType w:val="multilevel"/>
    <w:tmpl w:val="45DC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4DF2708E"/>
    <w:multiLevelType w:val="hybridMultilevel"/>
    <w:tmpl w:val="408460D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BD43BB"/>
    <w:multiLevelType w:val="hybridMultilevel"/>
    <w:tmpl w:val="A858E72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7357787">
    <w:abstractNumId w:val="8"/>
  </w:num>
  <w:num w:numId="2" w16cid:durableId="268897533">
    <w:abstractNumId w:val="6"/>
  </w:num>
  <w:num w:numId="3" w16cid:durableId="614755075">
    <w:abstractNumId w:val="5"/>
  </w:num>
  <w:num w:numId="4" w16cid:durableId="653872448">
    <w:abstractNumId w:val="4"/>
  </w:num>
  <w:num w:numId="5" w16cid:durableId="489638032">
    <w:abstractNumId w:val="7"/>
  </w:num>
  <w:num w:numId="6" w16cid:durableId="1276137729">
    <w:abstractNumId w:val="3"/>
  </w:num>
  <w:num w:numId="7" w16cid:durableId="606617021">
    <w:abstractNumId w:val="2"/>
  </w:num>
  <w:num w:numId="8" w16cid:durableId="613054337">
    <w:abstractNumId w:val="1"/>
  </w:num>
  <w:num w:numId="9" w16cid:durableId="1719620440">
    <w:abstractNumId w:val="0"/>
  </w:num>
  <w:num w:numId="10" w16cid:durableId="508526258">
    <w:abstractNumId w:val="10"/>
  </w:num>
  <w:num w:numId="11" w16cid:durableId="1250625903">
    <w:abstractNumId w:val="12"/>
  </w:num>
  <w:num w:numId="12" w16cid:durableId="516431341">
    <w:abstractNumId w:val="13"/>
  </w:num>
  <w:num w:numId="13" w16cid:durableId="1348369569">
    <w:abstractNumId w:val="11"/>
  </w:num>
  <w:num w:numId="14" w16cid:durableId="1342201504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D42"/>
    <w:rsid w:val="00034616"/>
    <w:rsid w:val="0003630E"/>
    <w:rsid w:val="0006063C"/>
    <w:rsid w:val="000A09F9"/>
    <w:rsid w:val="00147BB2"/>
    <w:rsid w:val="0015074B"/>
    <w:rsid w:val="00165A5F"/>
    <w:rsid w:val="002445A9"/>
    <w:rsid w:val="00250DEE"/>
    <w:rsid w:val="002802C6"/>
    <w:rsid w:val="0029639D"/>
    <w:rsid w:val="00326F90"/>
    <w:rsid w:val="003A1324"/>
    <w:rsid w:val="003E4889"/>
    <w:rsid w:val="003F6B35"/>
    <w:rsid w:val="00445292"/>
    <w:rsid w:val="006212BE"/>
    <w:rsid w:val="006358A1"/>
    <w:rsid w:val="00675EDD"/>
    <w:rsid w:val="006B0320"/>
    <w:rsid w:val="006C08A5"/>
    <w:rsid w:val="006F1A4B"/>
    <w:rsid w:val="0072008E"/>
    <w:rsid w:val="007B641F"/>
    <w:rsid w:val="00813CA5"/>
    <w:rsid w:val="0082018F"/>
    <w:rsid w:val="008B74C4"/>
    <w:rsid w:val="00997D15"/>
    <w:rsid w:val="00A06732"/>
    <w:rsid w:val="00A27359"/>
    <w:rsid w:val="00A28BA5"/>
    <w:rsid w:val="00AA1D8D"/>
    <w:rsid w:val="00AC4968"/>
    <w:rsid w:val="00B272C1"/>
    <w:rsid w:val="00B47730"/>
    <w:rsid w:val="00B71499"/>
    <w:rsid w:val="00B92CDB"/>
    <w:rsid w:val="00BC097C"/>
    <w:rsid w:val="00C40729"/>
    <w:rsid w:val="00CB0664"/>
    <w:rsid w:val="00CB2B46"/>
    <w:rsid w:val="00CE277E"/>
    <w:rsid w:val="00CECA44"/>
    <w:rsid w:val="00CECA44"/>
    <w:rsid w:val="00CF06F4"/>
    <w:rsid w:val="00D3319E"/>
    <w:rsid w:val="00D73BFC"/>
    <w:rsid w:val="00DB7190"/>
    <w:rsid w:val="00DF6AFF"/>
    <w:rsid w:val="00DF73FC"/>
    <w:rsid w:val="00E25A39"/>
    <w:rsid w:val="00F7250B"/>
    <w:rsid w:val="00FA23C2"/>
    <w:rsid w:val="00FC693F"/>
    <w:rsid w:val="015D86D9"/>
    <w:rsid w:val="033D2160"/>
    <w:rsid w:val="03998FC5"/>
    <w:rsid w:val="03B1D08D"/>
    <w:rsid w:val="03EFAA72"/>
    <w:rsid w:val="04DC5827"/>
    <w:rsid w:val="0567F89E"/>
    <w:rsid w:val="074114E5"/>
    <w:rsid w:val="08C0F3F1"/>
    <w:rsid w:val="0925E645"/>
    <w:rsid w:val="09747967"/>
    <w:rsid w:val="09C56B97"/>
    <w:rsid w:val="0A20CF70"/>
    <w:rsid w:val="0BE5365F"/>
    <w:rsid w:val="0C25E4BD"/>
    <w:rsid w:val="0C64AE95"/>
    <w:rsid w:val="0C819F9B"/>
    <w:rsid w:val="0C8ACF5D"/>
    <w:rsid w:val="0CFF6EDB"/>
    <w:rsid w:val="0DD67ADD"/>
    <w:rsid w:val="0F40CE48"/>
    <w:rsid w:val="0F40CE48"/>
    <w:rsid w:val="0F5F2FF3"/>
    <w:rsid w:val="100AC9B5"/>
    <w:rsid w:val="107FC62B"/>
    <w:rsid w:val="10B8AAB3"/>
    <w:rsid w:val="1175AC0E"/>
    <w:rsid w:val="11D1E016"/>
    <w:rsid w:val="12049447"/>
    <w:rsid w:val="122F57AC"/>
    <w:rsid w:val="12BA9956"/>
    <w:rsid w:val="1394150D"/>
    <w:rsid w:val="1417CBC2"/>
    <w:rsid w:val="1419F857"/>
    <w:rsid w:val="154392A8"/>
    <w:rsid w:val="15A87AE2"/>
    <w:rsid w:val="1640D3B6"/>
    <w:rsid w:val="1661324F"/>
    <w:rsid w:val="16ADC119"/>
    <w:rsid w:val="16DF6532"/>
    <w:rsid w:val="17279BC2"/>
    <w:rsid w:val="185E8AED"/>
    <w:rsid w:val="1929A3FE"/>
    <w:rsid w:val="19F85614"/>
    <w:rsid w:val="1AECD264"/>
    <w:rsid w:val="1B038BBC"/>
    <w:rsid w:val="1C549B3A"/>
    <w:rsid w:val="1D62F8F0"/>
    <w:rsid w:val="1E3E93B0"/>
    <w:rsid w:val="1EA311B2"/>
    <w:rsid w:val="1EFDD9CB"/>
    <w:rsid w:val="1F8C33D7"/>
    <w:rsid w:val="1FE7972C"/>
    <w:rsid w:val="2050F37E"/>
    <w:rsid w:val="20C1FF88"/>
    <w:rsid w:val="21C458A0"/>
    <w:rsid w:val="22C937D9"/>
    <w:rsid w:val="22ED8083"/>
    <w:rsid w:val="2400B9D3"/>
    <w:rsid w:val="248DB995"/>
    <w:rsid w:val="2628003F"/>
    <w:rsid w:val="27385C34"/>
    <w:rsid w:val="275B285C"/>
    <w:rsid w:val="27C0E8C7"/>
    <w:rsid w:val="284E383C"/>
    <w:rsid w:val="288FCE74"/>
    <w:rsid w:val="28A83FF8"/>
    <w:rsid w:val="28DB4BB2"/>
    <w:rsid w:val="29944DAA"/>
    <w:rsid w:val="2B008E67"/>
    <w:rsid w:val="2B88CB8B"/>
    <w:rsid w:val="2C64019D"/>
    <w:rsid w:val="2C64019D"/>
    <w:rsid w:val="2FC0B15E"/>
    <w:rsid w:val="3051D6E5"/>
    <w:rsid w:val="3079F497"/>
    <w:rsid w:val="308E2454"/>
    <w:rsid w:val="312B048F"/>
    <w:rsid w:val="322DCBB3"/>
    <w:rsid w:val="32AC78F3"/>
    <w:rsid w:val="33586252"/>
    <w:rsid w:val="33AB862C"/>
    <w:rsid w:val="33AF8A19"/>
    <w:rsid w:val="3418BB5B"/>
    <w:rsid w:val="346C0D03"/>
    <w:rsid w:val="36BF6B5B"/>
    <w:rsid w:val="371FAE14"/>
    <w:rsid w:val="37407A90"/>
    <w:rsid w:val="38046454"/>
    <w:rsid w:val="381192EE"/>
    <w:rsid w:val="38685F83"/>
    <w:rsid w:val="3A19C68E"/>
    <w:rsid w:val="3A3D7AE7"/>
    <w:rsid w:val="3A3D7AE7"/>
    <w:rsid w:val="3A7AA724"/>
    <w:rsid w:val="3B6803CC"/>
    <w:rsid w:val="3BC4BBEC"/>
    <w:rsid w:val="3BF5F48F"/>
    <w:rsid w:val="3C3B972A"/>
    <w:rsid w:val="3C942C50"/>
    <w:rsid w:val="3DC8479E"/>
    <w:rsid w:val="3EB0D2A9"/>
    <w:rsid w:val="3EB0D2A9"/>
    <w:rsid w:val="3EB2196A"/>
    <w:rsid w:val="3F06A386"/>
    <w:rsid w:val="3F270DEA"/>
    <w:rsid w:val="4052BC29"/>
    <w:rsid w:val="412A10D9"/>
    <w:rsid w:val="41A7ED9B"/>
    <w:rsid w:val="41CA8B4D"/>
    <w:rsid w:val="4357EBF4"/>
    <w:rsid w:val="43B457A6"/>
    <w:rsid w:val="444B4003"/>
    <w:rsid w:val="4571AD85"/>
    <w:rsid w:val="45A67A94"/>
    <w:rsid w:val="45AF03A4"/>
    <w:rsid w:val="45D2BB23"/>
    <w:rsid w:val="46742BA6"/>
    <w:rsid w:val="46FEC90E"/>
    <w:rsid w:val="4713F05A"/>
    <w:rsid w:val="473E574E"/>
    <w:rsid w:val="4A1FE5E0"/>
    <w:rsid w:val="4A24154F"/>
    <w:rsid w:val="4A7EFDF5"/>
    <w:rsid w:val="4B959D6C"/>
    <w:rsid w:val="4C6A3414"/>
    <w:rsid w:val="4D8228DB"/>
    <w:rsid w:val="4DD41900"/>
    <w:rsid w:val="4EFFFB20"/>
    <w:rsid w:val="50BDDE68"/>
    <w:rsid w:val="519839CE"/>
    <w:rsid w:val="51C142B1"/>
    <w:rsid w:val="51F08FD7"/>
    <w:rsid w:val="524C5459"/>
    <w:rsid w:val="54069475"/>
    <w:rsid w:val="545101CC"/>
    <w:rsid w:val="54AE3A2A"/>
    <w:rsid w:val="54E925E4"/>
    <w:rsid w:val="54E925E4"/>
    <w:rsid w:val="5763930C"/>
    <w:rsid w:val="57FFADBA"/>
    <w:rsid w:val="58347ECF"/>
    <w:rsid w:val="5858DE62"/>
    <w:rsid w:val="5923CAC7"/>
    <w:rsid w:val="5AB3947F"/>
    <w:rsid w:val="5B9ECEFC"/>
    <w:rsid w:val="5BA2B9C6"/>
    <w:rsid w:val="5C3A6E7B"/>
    <w:rsid w:val="5DC0CC23"/>
    <w:rsid w:val="5EC549B1"/>
    <w:rsid w:val="61E43E40"/>
    <w:rsid w:val="62939A65"/>
    <w:rsid w:val="63087225"/>
    <w:rsid w:val="6311C0D8"/>
    <w:rsid w:val="63B310B9"/>
    <w:rsid w:val="640F1318"/>
    <w:rsid w:val="644F1631"/>
    <w:rsid w:val="64875517"/>
    <w:rsid w:val="650F40EE"/>
    <w:rsid w:val="657B4127"/>
    <w:rsid w:val="665FA976"/>
    <w:rsid w:val="666C4862"/>
    <w:rsid w:val="67854A4B"/>
    <w:rsid w:val="67BA3080"/>
    <w:rsid w:val="68D805CC"/>
    <w:rsid w:val="695696B7"/>
    <w:rsid w:val="6979703D"/>
    <w:rsid w:val="69BA539E"/>
    <w:rsid w:val="6A10F77C"/>
    <w:rsid w:val="6A10F77C"/>
    <w:rsid w:val="6A7EA8E3"/>
    <w:rsid w:val="6AD28E45"/>
    <w:rsid w:val="6B0A8213"/>
    <w:rsid w:val="6B69AF5D"/>
    <w:rsid w:val="6C06F6D6"/>
    <w:rsid w:val="6C11304C"/>
    <w:rsid w:val="6C3E153E"/>
    <w:rsid w:val="6C9DED6B"/>
    <w:rsid w:val="6DAA5F11"/>
    <w:rsid w:val="6EE64587"/>
    <w:rsid w:val="6F0455F2"/>
    <w:rsid w:val="6F42F5DE"/>
    <w:rsid w:val="70095123"/>
    <w:rsid w:val="70A82FE0"/>
    <w:rsid w:val="70C193DE"/>
    <w:rsid w:val="70C193DE"/>
    <w:rsid w:val="70DE8AA4"/>
    <w:rsid w:val="71E3F541"/>
    <w:rsid w:val="726FEF9C"/>
    <w:rsid w:val="734D776B"/>
    <w:rsid w:val="7496A2E1"/>
    <w:rsid w:val="74C49385"/>
    <w:rsid w:val="74D44B3B"/>
    <w:rsid w:val="758ACE8E"/>
    <w:rsid w:val="758F204A"/>
    <w:rsid w:val="75ABEE12"/>
    <w:rsid w:val="762C4A93"/>
    <w:rsid w:val="7719F60C"/>
    <w:rsid w:val="7767B76D"/>
    <w:rsid w:val="7846CF1E"/>
    <w:rsid w:val="78E7F2D7"/>
    <w:rsid w:val="7993F6E8"/>
    <w:rsid w:val="7B32F50A"/>
    <w:rsid w:val="7CA808C4"/>
    <w:rsid w:val="7CC258CA"/>
    <w:rsid w:val="7CD85389"/>
    <w:rsid w:val="7E0683F6"/>
    <w:rsid w:val="7E70ABD6"/>
    <w:rsid w:val="7E7FBDEE"/>
    <w:rsid w:val="7EA214B5"/>
    <w:rsid w:val="7EB37963"/>
    <w:rsid w:val="7EBD2579"/>
    <w:rsid w:val="7FDEA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326B4F"/>
  <w14:defaultImageDpi w14:val="300"/>
  <w15:docId w15:val="{62799C9F-F68A-4E51-98C8-A295495C615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styleId="Kop1Char" w:customStyle="1">
    <w:name w:val="Kop 1 Char"/>
    <w:basedOn w:val="Standaardalinea-lettertype"/>
    <w:link w:val="Kop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styleId="CitaatChar" w:customStyle="1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Standaardalinea-lettertype"/>
    <w:uiPriority w:val="99"/>
    <w:unhideWhenUsed/>
    <w:rsid w:val="00CE277E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3BF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73BFC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D73BF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3BFC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D73BF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microsoft.com/office/2016/09/relationships/commentsIds" Target="commentsIds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footer" Target="footer.xml" Id="R0a1eff187999486f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header" Target="header.xml" Id="Rbc1a5a025dfd4e70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webSettings" Target="webSetting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293b70-8f97-4fd5-978c-83b462d73f85">
      <Terms xmlns="http://schemas.microsoft.com/office/infopath/2007/PartnerControls"/>
    </lcf76f155ced4ddcb4097134ff3c332f>
    <TaxCatchAll xmlns="2a1274f1-0e0e-415f-949a-84b334f233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3E03CDC047674A95AF517E69A73607" ma:contentTypeVersion="11" ma:contentTypeDescription="Een nieuw document maken." ma:contentTypeScope="" ma:versionID="6207dbbc139fd1c4d864a221fa6cb69c">
  <xsd:schema xmlns:xsd="http://www.w3.org/2001/XMLSchema" xmlns:xs="http://www.w3.org/2001/XMLSchema" xmlns:p="http://schemas.microsoft.com/office/2006/metadata/properties" xmlns:ns2="51202a96-aa28-40a1-8cbe-0a6550b80cd4" xmlns:ns3="8cd1c27d-502e-4417-8070-e5a9b92b0b97" targetNamespace="http://schemas.microsoft.com/office/2006/metadata/properties" ma:root="true" ma:fieldsID="3dfef81f91a0be55bff5d74789225005" ns2:_="" ns3:_="">
    <xsd:import namespace="51202a96-aa28-40a1-8cbe-0a6550b80cd4"/>
    <xsd:import namespace="8cd1c27d-502e-4417-8070-e5a9b92b0b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02a96-aa28-40a1-8cbe-0a6550b80cd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61d27030-5c4b-46bf-8244-78e253c840b5}" ma:internalName="TaxCatchAll" ma:showField="CatchAllData" ma:web="51202a96-aa28-40a1-8cbe-0a6550b80c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1c27d-502e-4417-8070-e5a9b92b0b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c2acaa0d-a40d-4f73-83f1-5bbc08f3a3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D32A4964FDC4D9BDBE318428B2150" ma:contentTypeVersion="17" ma:contentTypeDescription="Een nieuw document maken." ma:contentTypeScope="" ma:versionID="029cf9a34785c47172bc181f90550f3c">
  <xsd:schema xmlns:xsd="http://www.w3.org/2001/XMLSchema" xmlns:xs="http://www.w3.org/2001/XMLSchema" xmlns:p="http://schemas.microsoft.com/office/2006/metadata/properties" xmlns:ns2="86293b70-8f97-4fd5-978c-83b462d73f85" xmlns:ns3="2a1274f1-0e0e-415f-949a-84b334f2333a" targetNamespace="http://schemas.microsoft.com/office/2006/metadata/properties" ma:root="true" ma:fieldsID="2c5633d04b81674766e4e79ed2fc1a85" ns2:_="" ns3:_="">
    <xsd:import namespace="86293b70-8f97-4fd5-978c-83b462d73f85"/>
    <xsd:import namespace="2a1274f1-0e0e-415f-949a-84b334f233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93b70-8f97-4fd5-978c-83b462d73f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5253302-e1c2-438b-bb47-88303090fb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1274f1-0e0e-415f-949a-84b334f2333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454ddd7-a142-40af-8639-a6a958cfd68c}" ma:internalName="TaxCatchAll" ma:showField="CatchAllData" ma:web="2a1274f1-0e0e-415f-949a-84b334f233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2E2491-9CA8-4E3E-9AAF-962A3F74AED5}">
  <ds:schemaRefs>
    <ds:schemaRef ds:uri="http://schemas.microsoft.com/office/2006/metadata/properties"/>
    <ds:schemaRef ds:uri="http://schemas.microsoft.com/office/infopath/2007/PartnerControls"/>
    <ds:schemaRef ds:uri="8cd1c27d-502e-4417-8070-e5a9b92b0b97"/>
    <ds:schemaRef ds:uri="51202a96-aa28-40a1-8cbe-0a6550b80cd4"/>
  </ds:schemaRefs>
</ds:datastoreItem>
</file>

<file path=customXml/itemProps2.xml><?xml version="1.0" encoding="utf-8"?>
<ds:datastoreItem xmlns:ds="http://schemas.openxmlformats.org/officeDocument/2006/customXml" ds:itemID="{52EA115A-B113-49D3-A6DC-C3501B2B4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ACBC73-9DA8-46E9-9CBC-3F7AFF8EA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02a96-aa28-40a1-8cbe-0a6550b80cd4"/>
    <ds:schemaRef ds:uri="8cd1c27d-502e-4417-8070-e5a9b92b0b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285BD53-AA10-4024-8F9E-5580B06CAC7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Sofia  Sacco</lastModifiedBy>
  <revision>36</revision>
  <dcterms:created xsi:type="dcterms:W3CDTF">2026-05-13T15:21:00.0000000Z</dcterms:created>
  <dcterms:modified xsi:type="dcterms:W3CDTF">2026-06-23T14:49:46.1497621Z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0x010100035D32A4964FDC4D9BDBE318428B2150</vt:lpwstr>
  </property>
  <property fmtid="{D5CDD505-2E9C-101B-9397-08002B2CF9AE}" pid="3" name="_dlc_DocIdItemGuid">
    <vt:lpwstr>c38ce624-dacc-496b-b607-2d7147d5f115</vt:lpwstr>
  </property>
  <property fmtid="{D5CDD505-2E9C-101B-9397-08002B2CF9AE}" pid="4" name="MediaServiceImageTags">
    <vt:lpwstr/>
  </property>
</Properties>
</file>