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C08A5" w:rsidP="7B86F3D3" w:rsidRDefault="006C08A5" w14:paraId="1587A4C0" w14:textId="46391337">
      <w:pPr>
        <w:pStyle w:val="Kop2"/>
        <w:rPr>
          <w:rFonts w:ascii="Aharoni" w:hAnsi="Aharoni" w:eastAsia="Aharoni" w:cs="Aharoni"/>
          <w:b w:val="1"/>
          <w:bCs w:val="1"/>
          <w:i w:val="0"/>
          <w:iCs w:val="0"/>
          <w:color w:val="3ACCBA"/>
          <w:lang w:val="nl-NL"/>
        </w:rPr>
      </w:pPr>
      <w:r w:rsidRPr="7B86F3D3" w:rsidR="7CEA91D5">
        <w:rPr>
          <w:rFonts w:ascii="Aharoni" w:hAnsi="Aharoni" w:eastAsia="Aharoni" w:cs="Aharoni"/>
          <w:b w:val="1"/>
          <w:bCs w:val="1"/>
          <w:i w:val="0"/>
          <w:iCs w:val="0"/>
          <w:color w:val="3ACCBA"/>
          <w:lang w:val="nl-NL"/>
        </w:rPr>
        <w:t>GEDACHTES</w:t>
      </w:r>
      <w:r w:rsidRPr="7B86F3D3" w:rsidR="3AC3B76E">
        <w:rPr>
          <w:rFonts w:ascii="Aharoni" w:hAnsi="Aharoni" w:eastAsia="Aharoni" w:cs="Aharoni"/>
          <w:b w:val="1"/>
          <w:bCs w:val="1"/>
          <w:i w:val="0"/>
          <w:iCs w:val="0"/>
          <w:color w:val="3ACCBA"/>
          <w:lang w:val="nl-NL"/>
        </w:rPr>
        <w:t xml:space="preserve"> - </w:t>
      </w:r>
      <w:r w:rsidRPr="7B86F3D3" w:rsidR="00CB2B46">
        <w:rPr>
          <w:rFonts w:ascii="Aharoni" w:hAnsi="Aharoni" w:eastAsia="Aharoni" w:cs="Aharoni"/>
          <w:b w:val="1"/>
          <w:bCs w:val="1"/>
          <w:i w:val="0"/>
          <w:iCs w:val="0"/>
          <w:color w:val="3ACCBA"/>
          <w:lang w:val="nl-NL"/>
        </w:rPr>
        <w:t>Praat minder streng tegen jezelf</w:t>
      </w:r>
    </w:p>
    <w:p w:rsidR="00DF73FC" w:rsidP="10B8AAB3" w:rsidRDefault="00DF73FC" w14:paraId="071EB3B5" w14:textId="5B0FC730">
      <w:pPr>
        <w:rPr>
          <w:rFonts w:ascii="Dubai" w:hAnsi="Dubai" w:eastAsia="Dubai" w:cs="Dubai"/>
          <w:b w:val="0"/>
          <w:bCs w:val="0"/>
          <w:i w:val="0"/>
          <w:iCs w:val="0"/>
          <w:color w:val="2F023B"/>
          <w:sz w:val="24"/>
          <w:szCs w:val="24"/>
          <w:lang w:val="nl-NL"/>
        </w:rPr>
      </w:pPr>
      <w:r w:rsidRPr="10B8AAB3" w:rsidR="00CB2B46">
        <w:rPr>
          <w:rFonts w:ascii="Dubai" w:hAnsi="Dubai" w:eastAsia="Dubai" w:cs="Dubai"/>
          <w:b w:val="0"/>
          <w:bCs w:val="0"/>
          <w:i w:val="0"/>
          <w:iCs w:val="0"/>
          <w:color w:val="2F023B"/>
          <w:sz w:val="24"/>
          <w:szCs w:val="24"/>
          <w:lang w:val="nl-NL"/>
        </w:rPr>
        <w:t xml:space="preserve">Gebruik dit invulblad om stil te staan bij </w:t>
      </w:r>
      <w:r w:rsidRPr="10B8AAB3" w:rsidR="006C08A5">
        <w:rPr>
          <w:rFonts w:ascii="Dubai" w:hAnsi="Dubai" w:eastAsia="Dubai" w:cs="Dubai"/>
          <w:b w:val="0"/>
          <w:bCs w:val="0"/>
          <w:i w:val="0"/>
          <w:iCs w:val="0"/>
          <w:color w:val="2F023B"/>
          <w:sz w:val="24"/>
          <w:szCs w:val="24"/>
          <w:lang w:val="nl-NL"/>
        </w:rPr>
        <w:t>hoe</w:t>
      </w:r>
      <w:r w:rsidRPr="10B8AAB3" w:rsidR="00813CA5">
        <w:rPr>
          <w:rFonts w:ascii="Dubai" w:hAnsi="Dubai" w:eastAsia="Dubai" w:cs="Dubai"/>
          <w:b w:val="0"/>
          <w:bCs w:val="0"/>
          <w:i w:val="0"/>
          <w:iCs w:val="0"/>
          <w:color w:val="2F023B"/>
          <w:sz w:val="24"/>
          <w:szCs w:val="24"/>
          <w:lang w:val="nl-NL"/>
        </w:rPr>
        <w:t xml:space="preserve"> je tegen </w:t>
      </w:r>
      <w:r w:rsidRPr="10B8AAB3" w:rsidR="00CB2B46">
        <w:rPr>
          <w:rFonts w:ascii="Dubai" w:hAnsi="Dubai" w:eastAsia="Dubai" w:cs="Dubai"/>
          <w:b w:val="0"/>
          <w:bCs w:val="0"/>
          <w:i w:val="0"/>
          <w:iCs w:val="0"/>
          <w:color w:val="2F023B"/>
          <w:sz w:val="24"/>
          <w:szCs w:val="24"/>
          <w:lang w:val="nl-NL"/>
        </w:rPr>
        <w:t>jezelf</w:t>
      </w:r>
      <w:r w:rsidRPr="10B8AAB3" w:rsidR="00813CA5">
        <w:rPr>
          <w:rFonts w:ascii="Dubai" w:hAnsi="Dubai" w:eastAsia="Dubai" w:cs="Dubai"/>
          <w:b w:val="0"/>
          <w:bCs w:val="0"/>
          <w:i w:val="0"/>
          <w:iCs w:val="0"/>
          <w:color w:val="2F023B"/>
          <w:sz w:val="24"/>
          <w:szCs w:val="24"/>
          <w:lang w:val="nl-NL"/>
        </w:rPr>
        <w:t xml:space="preserve"> praat</w:t>
      </w:r>
      <w:r w:rsidRPr="10B8AAB3" w:rsidR="00CB2B46">
        <w:rPr>
          <w:rFonts w:ascii="Dubai" w:hAnsi="Dubai" w:eastAsia="Dubai" w:cs="Dubai"/>
          <w:b w:val="0"/>
          <w:bCs w:val="0"/>
          <w:i w:val="0"/>
          <w:iCs w:val="0"/>
          <w:color w:val="2F023B"/>
          <w:sz w:val="24"/>
          <w:szCs w:val="24"/>
          <w:lang w:val="nl-NL"/>
        </w:rPr>
        <w:t xml:space="preserve">. </w:t>
      </w:r>
      <w:r w:rsidRPr="10B8AAB3" w:rsidR="00813CA5">
        <w:rPr>
          <w:rFonts w:ascii="Dubai" w:hAnsi="Dubai" w:eastAsia="Dubai" w:cs="Dubai"/>
          <w:b w:val="0"/>
          <w:bCs w:val="0"/>
          <w:i w:val="0"/>
          <w:iCs w:val="0"/>
          <w:color w:val="2F023B"/>
          <w:sz w:val="24"/>
          <w:szCs w:val="24"/>
          <w:lang w:val="nl-NL"/>
        </w:rPr>
        <w:t>Zo kan je oefenen om eerlijker en rustiger naar situaties te kijken.</w:t>
      </w:r>
    </w:p>
    <w:p w:rsidRPr="006C08A5" w:rsidR="00DB7190" w:rsidP="10B8AAB3" w:rsidRDefault="006C08A5" w14:paraId="0F4444FE" w14:textId="0A355AF1">
      <w:pPr>
        <w:rPr>
          <w:rFonts w:ascii="Dubai" w:hAnsi="Dubai" w:eastAsia="Dubai" w:cs="Dubai"/>
          <w:b w:val="1"/>
          <w:bCs w:val="1"/>
          <w:i w:val="0"/>
          <w:iCs w:val="0"/>
          <w:color w:val="6A25D0"/>
          <w:sz w:val="24"/>
          <w:szCs w:val="24"/>
          <w:lang w:val="nl-NL"/>
        </w:rPr>
      </w:pPr>
      <w:r w:rsidRPr="10B8AAB3" w:rsidR="006C08A5">
        <w:rPr>
          <w:rFonts w:ascii="Dubai" w:hAnsi="Dubai" w:eastAsia="Dubai" w:cs="Dubai"/>
          <w:b w:val="1"/>
          <w:bCs w:val="1"/>
          <w:i w:val="0"/>
          <w:iCs w:val="0"/>
          <w:color w:val="6A25D0"/>
          <w:sz w:val="24"/>
          <w:szCs w:val="24"/>
          <w:lang w:val="nl-NL"/>
        </w:rPr>
        <w:t>Dit was de s</w:t>
      </w:r>
      <w:r w:rsidRPr="10B8AAB3" w:rsidR="00CB2B46">
        <w:rPr>
          <w:rFonts w:ascii="Dubai" w:hAnsi="Dubai" w:eastAsia="Dubai" w:cs="Dubai"/>
          <w:b w:val="1"/>
          <w:bCs w:val="1"/>
          <w:i w:val="0"/>
          <w:iCs w:val="0"/>
          <w:color w:val="6A25D0"/>
          <w:sz w:val="24"/>
          <w:szCs w:val="24"/>
          <w:lang w:val="nl-NL"/>
        </w:rPr>
        <w:t>ituatie</w:t>
      </w:r>
      <w:r w:rsidRPr="10B8AAB3" w:rsidR="100AC9B5">
        <w:rPr>
          <w:rFonts w:ascii="Dubai" w:hAnsi="Dubai" w:eastAsia="Dubai" w:cs="Dubai"/>
          <w:b w:val="1"/>
          <w:bCs w:val="1"/>
          <w:i w:val="0"/>
          <w:iCs w:val="0"/>
          <w:color w:val="6A25D0"/>
          <w:sz w:val="24"/>
          <w:szCs w:val="24"/>
          <w:lang w:val="nl-NL"/>
        </w:rPr>
        <w:t>:</w:t>
      </w:r>
    </w:p>
    <w:tbl>
      <w:tblPr>
        <w:tblStyle w:val="Tabelraster"/>
        <w:tblW w:w="0" w:type="auto"/>
        <w:tblBorders>
          <w:top w:val="dashed" w:color="6A25D0" w:sz="2"/>
          <w:left w:val="dashed" w:color="6A25D0" w:sz="2"/>
          <w:bottom w:val="dashed" w:color="6A25D0" w:sz="2"/>
          <w:right w:val="dashed" w:color="6A25D0" w:sz="2"/>
          <w:insideH w:val="dashed" w:color="6A25D0" w:sz="2"/>
          <w:insideV w:val="dashed" w:color="6A25D0" w:sz="2"/>
        </w:tblBorders>
        <w:tblLook w:val="06A0" w:firstRow="1" w:lastRow="0" w:firstColumn="1" w:lastColumn="0" w:noHBand="1" w:noVBand="1"/>
      </w:tblPr>
      <w:tblGrid>
        <w:gridCol w:w="8640"/>
      </w:tblGrid>
      <w:tr w:rsidR="10B8AAB3" w:rsidTr="10B8AAB3" w14:paraId="37840F11">
        <w:trPr>
          <w:trHeight w:val="300"/>
        </w:trPr>
        <w:tc>
          <w:tcPr>
            <w:tcW w:w="8640" w:type="dxa"/>
            <w:tcMar/>
          </w:tcPr>
          <w:p w:rsidR="64875517" w:rsidP="10B8AAB3" w:rsidRDefault="64875517" w14:paraId="30968E85" w14:textId="6F46DB8F">
            <w:pPr>
              <w:pStyle w:val="Standaard"/>
              <w:rPr>
                <w:rFonts w:ascii="Dubai" w:hAnsi="Dubai" w:eastAsia="Dubai" w:cs="Dubai"/>
                <w:b w:val="1"/>
                <w:bCs w:val="1"/>
                <w:i w:val="0"/>
                <w:iCs w:val="0"/>
                <w:color w:val="3ACCBA"/>
                <w:sz w:val="24"/>
                <w:szCs w:val="24"/>
                <w:lang w:val="nl-NL"/>
              </w:rPr>
            </w:pPr>
            <w:r w:rsidRPr="10B8AAB3" w:rsidR="64875517">
              <w:rPr>
                <w:rFonts w:ascii="Dubai" w:hAnsi="Dubai" w:eastAsia="Dubai" w:cs="Dubai"/>
                <w:b w:val="1"/>
                <w:bCs w:val="1"/>
                <w:i w:val="0"/>
                <w:iCs w:val="0"/>
                <w:color w:val="3ACCBA"/>
                <w:sz w:val="24"/>
                <w:szCs w:val="24"/>
                <w:lang w:val="nl-NL"/>
              </w:rPr>
              <w:t>.</w:t>
            </w:r>
          </w:p>
          <w:p w:rsidR="64875517" w:rsidP="10B8AAB3" w:rsidRDefault="64875517" w14:paraId="0E708EB6" w14:textId="04EBFF66">
            <w:pPr>
              <w:pStyle w:val="Standaard"/>
              <w:rPr>
                <w:rFonts w:ascii="Dubai" w:hAnsi="Dubai" w:eastAsia="Dubai" w:cs="Dubai"/>
                <w:b w:val="1"/>
                <w:bCs w:val="1"/>
                <w:i w:val="0"/>
                <w:iCs w:val="0"/>
                <w:color w:val="3ACCBA"/>
                <w:sz w:val="24"/>
                <w:szCs w:val="24"/>
                <w:lang w:val="nl-NL"/>
              </w:rPr>
            </w:pPr>
            <w:r w:rsidRPr="10B8AAB3" w:rsidR="64875517">
              <w:rPr>
                <w:rFonts w:ascii="Dubai" w:hAnsi="Dubai" w:eastAsia="Dubai" w:cs="Dubai"/>
                <w:b w:val="1"/>
                <w:bCs w:val="1"/>
                <w:i w:val="0"/>
                <w:iCs w:val="0"/>
                <w:color w:val="3ACCBA"/>
                <w:sz w:val="24"/>
                <w:szCs w:val="24"/>
                <w:lang w:val="nl-NL"/>
              </w:rPr>
              <w:t>.</w:t>
            </w:r>
          </w:p>
          <w:p w:rsidR="64875517" w:rsidP="10B8AAB3" w:rsidRDefault="64875517" w14:paraId="0707C673" w14:textId="51F8DD2A">
            <w:pPr>
              <w:pStyle w:val="Standaard"/>
              <w:rPr>
                <w:rFonts w:ascii="Dubai" w:hAnsi="Dubai" w:eastAsia="Dubai" w:cs="Dubai"/>
                <w:b w:val="1"/>
                <w:bCs w:val="1"/>
                <w:i w:val="0"/>
                <w:iCs w:val="0"/>
                <w:color w:val="3ACCBA"/>
                <w:sz w:val="24"/>
                <w:szCs w:val="24"/>
                <w:lang w:val="nl-NL"/>
              </w:rPr>
            </w:pPr>
            <w:r w:rsidRPr="10B8AAB3" w:rsidR="64875517">
              <w:rPr>
                <w:rFonts w:ascii="Dubai" w:hAnsi="Dubai" w:eastAsia="Dubai" w:cs="Dubai"/>
                <w:b w:val="1"/>
                <w:bCs w:val="1"/>
                <w:i w:val="0"/>
                <w:iCs w:val="0"/>
                <w:color w:val="3ACCBA"/>
                <w:sz w:val="24"/>
                <w:szCs w:val="24"/>
                <w:lang w:val="nl-NL"/>
              </w:rPr>
              <w:t>.</w:t>
            </w:r>
          </w:p>
          <w:p w:rsidR="64875517" w:rsidP="10B8AAB3" w:rsidRDefault="64875517" w14:paraId="1BFC8206" w14:textId="3A8B1329">
            <w:pPr>
              <w:pStyle w:val="Standaard"/>
              <w:rPr>
                <w:rFonts w:ascii="Dubai" w:hAnsi="Dubai" w:eastAsia="Dubai" w:cs="Dubai"/>
                <w:b w:val="1"/>
                <w:bCs w:val="1"/>
                <w:i w:val="0"/>
                <w:iCs w:val="0"/>
                <w:color w:val="3ACCBA"/>
                <w:sz w:val="24"/>
                <w:szCs w:val="24"/>
                <w:lang w:val="nl-NL"/>
              </w:rPr>
            </w:pPr>
            <w:r w:rsidRPr="10B8AAB3" w:rsidR="64875517">
              <w:rPr>
                <w:rFonts w:ascii="Dubai" w:hAnsi="Dubai" w:eastAsia="Dubai" w:cs="Dubai"/>
                <w:b w:val="1"/>
                <w:bCs w:val="1"/>
                <w:i w:val="0"/>
                <w:iCs w:val="0"/>
                <w:color w:val="3ACCBA"/>
                <w:sz w:val="24"/>
                <w:szCs w:val="24"/>
                <w:lang w:val="nl-NL"/>
              </w:rPr>
              <w:t>.</w:t>
            </w:r>
          </w:p>
          <w:p w:rsidR="64875517" w:rsidP="10B8AAB3" w:rsidRDefault="64875517" w14:paraId="0E27549F" w14:textId="162820C5">
            <w:pPr>
              <w:pStyle w:val="Standaard"/>
              <w:rPr>
                <w:rFonts w:ascii="Dubai" w:hAnsi="Dubai" w:eastAsia="Dubai" w:cs="Dubai"/>
                <w:b w:val="1"/>
                <w:bCs w:val="1"/>
                <w:i w:val="0"/>
                <w:iCs w:val="0"/>
                <w:color w:val="3ACCBA"/>
                <w:sz w:val="24"/>
                <w:szCs w:val="24"/>
                <w:lang w:val="nl-NL"/>
              </w:rPr>
            </w:pPr>
            <w:r w:rsidRPr="10B8AAB3" w:rsidR="64875517">
              <w:rPr>
                <w:rFonts w:ascii="Dubai" w:hAnsi="Dubai" w:eastAsia="Dubai" w:cs="Dubai"/>
                <w:b w:val="1"/>
                <w:bCs w:val="1"/>
                <w:i w:val="0"/>
                <w:iCs w:val="0"/>
                <w:color w:val="3ACCBA"/>
                <w:sz w:val="24"/>
                <w:szCs w:val="24"/>
                <w:lang w:val="nl-NL"/>
              </w:rPr>
              <w:t>.</w:t>
            </w:r>
          </w:p>
          <w:p w:rsidR="64875517" w:rsidP="10B8AAB3" w:rsidRDefault="64875517" w14:paraId="739E8A57" w14:textId="6DD399B4">
            <w:pPr>
              <w:pStyle w:val="Standaard"/>
              <w:rPr>
                <w:rFonts w:ascii="Dubai" w:hAnsi="Dubai" w:eastAsia="Dubai" w:cs="Dubai"/>
                <w:b w:val="1"/>
                <w:bCs w:val="1"/>
                <w:i w:val="0"/>
                <w:iCs w:val="0"/>
                <w:color w:val="3ACCBA"/>
                <w:sz w:val="24"/>
                <w:szCs w:val="24"/>
                <w:lang w:val="nl-NL"/>
              </w:rPr>
            </w:pPr>
            <w:r w:rsidRPr="10B8AAB3" w:rsidR="64875517">
              <w:rPr>
                <w:rFonts w:ascii="Dubai" w:hAnsi="Dubai" w:eastAsia="Dubai" w:cs="Dubai"/>
                <w:b w:val="1"/>
                <w:bCs w:val="1"/>
                <w:i w:val="0"/>
                <w:iCs w:val="0"/>
                <w:color w:val="3ACCBA"/>
                <w:sz w:val="24"/>
                <w:szCs w:val="24"/>
                <w:lang w:val="nl-NL"/>
              </w:rPr>
              <w:t>.</w:t>
            </w:r>
          </w:p>
          <w:p w:rsidR="1929A3FE" w:rsidP="10B8AAB3" w:rsidRDefault="1929A3FE" w14:paraId="27D0E36F" w14:textId="2609FC88">
            <w:pPr>
              <w:pStyle w:val="Standaard"/>
              <w:rPr>
                <w:rFonts w:ascii="Dubai" w:hAnsi="Dubai" w:eastAsia="Dubai" w:cs="Dubai"/>
                <w:b w:val="1"/>
                <w:bCs w:val="1"/>
                <w:i w:val="0"/>
                <w:iCs w:val="0"/>
                <w:color w:val="3ACCBA"/>
                <w:sz w:val="24"/>
                <w:szCs w:val="24"/>
                <w:lang w:val="nl-NL"/>
              </w:rPr>
            </w:pPr>
            <w:r w:rsidRPr="10B8AAB3" w:rsidR="1929A3FE">
              <w:rPr>
                <w:rFonts w:ascii="Dubai" w:hAnsi="Dubai" w:eastAsia="Dubai" w:cs="Dubai"/>
                <w:b w:val="1"/>
                <w:bCs w:val="1"/>
                <w:i w:val="0"/>
                <w:iCs w:val="0"/>
                <w:color w:val="3ACCBA"/>
                <w:sz w:val="24"/>
                <w:szCs w:val="24"/>
                <w:lang w:val="nl-NL"/>
              </w:rPr>
              <w:t>.</w:t>
            </w:r>
          </w:p>
        </w:tc>
      </w:tr>
    </w:tbl>
    <w:p w:rsidRPr="006C08A5" w:rsidR="00DB7190" w:rsidP="10B8AAB3" w:rsidRDefault="00CB2B46" w14:paraId="67541BE7" w14:textId="7B9CCED5">
      <w:pPr>
        <w:pStyle w:val="Standaard"/>
        <w:suppressLineNumbers w:val="0"/>
        <w:bidi w:val="0"/>
        <w:spacing w:before="0" w:beforeAutospacing="off" w:after="200" w:afterAutospacing="off" w:line="276" w:lineRule="auto"/>
        <w:ind w:left="0" w:right="0"/>
        <w:jc w:val="left"/>
        <w:rPr>
          <w:rFonts w:ascii="Dubai" w:hAnsi="Dubai" w:eastAsia="Dubai" w:cs="Dubai"/>
          <w:b w:val="1"/>
          <w:bCs w:val="1"/>
          <w:i w:val="0"/>
          <w:iCs w:val="0"/>
          <w:color w:val="2F023B"/>
          <w:sz w:val="24"/>
          <w:szCs w:val="24"/>
          <w:lang w:val="nl-NL"/>
        </w:rPr>
      </w:pPr>
    </w:p>
    <w:p w:rsidRPr="006C08A5" w:rsidR="00DB7190" w:rsidP="10B8AAB3" w:rsidRDefault="00CB2B46" w14:paraId="365EBBE4" w14:textId="49248D15">
      <w:pPr>
        <w:pStyle w:val="Standaard"/>
        <w:suppressLineNumbers w:val="0"/>
        <w:bidi w:val="0"/>
        <w:spacing w:before="0" w:beforeAutospacing="off" w:after="200" w:afterAutospacing="off" w:line="276" w:lineRule="auto"/>
        <w:ind w:left="0" w:right="0"/>
        <w:jc w:val="left"/>
        <w:rPr>
          <w:rFonts w:ascii="Dubai" w:hAnsi="Dubai" w:eastAsia="Dubai" w:cs="Dubai"/>
          <w:b w:val="1"/>
          <w:bCs w:val="1"/>
          <w:i w:val="0"/>
          <w:iCs w:val="0"/>
          <w:color w:val="6A25D0"/>
          <w:sz w:val="24"/>
          <w:szCs w:val="24"/>
          <w:lang w:val="nl-NL"/>
        </w:rPr>
      </w:pPr>
      <w:r w:rsidRPr="10B8AAB3" w:rsidR="00CB2B46">
        <w:rPr>
          <w:rFonts w:ascii="Dubai" w:hAnsi="Dubai" w:eastAsia="Dubai" w:cs="Dubai"/>
          <w:b w:val="1"/>
          <w:bCs w:val="1"/>
          <w:i w:val="0"/>
          <w:iCs w:val="0"/>
          <w:color w:val="6A25D0"/>
          <w:sz w:val="24"/>
          <w:szCs w:val="24"/>
          <w:lang w:val="nl-NL"/>
        </w:rPr>
        <w:t>Wat dacht ik eerst?</w:t>
      </w:r>
    </w:p>
    <w:tbl>
      <w:tblPr>
        <w:tblStyle w:val="Tabelraster"/>
        <w:bidiVisual w:val="0"/>
        <w:tblW w:w="0" w:type="auto"/>
        <w:tblBorders>
          <w:top w:val="dashed" w:color="6A25D0" w:sz="2"/>
          <w:left w:val="dashed" w:color="6A25D0" w:sz="2"/>
          <w:bottom w:val="dashed" w:color="6A25D0" w:sz="2"/>
          <w:right w:val="dashed" w:color="6A25D0" w:sz="2"/>
          <w:insideH w:val="dashed" w:color="6A25D0" w:sz="2"/>
          <w:insideV w:val="dashed" w:color="6A25D0" w:sz="2"/>
        </w:tblBorders>
        <w:tblLook w:val="06A0" w:firstRow="1" w:lastRow="0" w:firstColumn="1" w:lastColumn="0" w:noHBand="1" w:noVBand="1"/>
      </w:tblPr>
      <w:tblGrid>
        <w:gridCol w:w="8640"/>
      </w:tblGrid>
      <w:tr w:rsidR="10B8AAB3" w:rsidTr="10B8AAB3" w14:paraId="6B958E71">
        <w:trPr>
          <w:trHeight w:val="300"/>
        </w:trPr>
        <w:tc>
          <w:tcPr>
            <w:tcW w:w="8640" w:type="dxa"/>
            <w:tcMar/>
          </w:tcPr>
          <w:p w:rsidR="62939A65" w:rsidP="10B8AAB3" w:rsidRDefault="62939A65" w14:paraId="214B7030" w14:textId="6F46DB8F">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p w:rsidR="62939A65" w:rsidP="10B8AAB3" w:rsidRDefault="62939A65" w14:paraId="13570AB4" w14:textId="04EBFF66">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p w:rsidR="62939A65" w:rsidP="10B8AAB3" w:rsidRDefault="62939A65" w14:paraId="1E5937FF" w14:textId="51F8DD2A">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p w:rsidR="62939A65" w:rsidP="10B8AAB3" w:rsidRDefault="62939A65" w14:paraId="1410DF01" w14:textId="3A8B1329">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p w:rsidR="62939A65" w:rsidP="10B8AAB3" w:rsidRDefault="62939A65" w14:paraId="7298EDF6" w14:textId="162820C5">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p w:rsidR="62939A65" w:rsidP="10B8AAB3" w:rsidRDefault="62939A65" w14:paraId="7D9A761D" w14:textId="6DD399B4">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p w:rsidR="62939A65" w:rsidP="10B8AAB3" w:rsidRDefault="62939A65" w14:paraId="3274407E" w14:textId="122E1198">
            <w:pPr>
              <w:pStyle w:val="Standaard"/>
              <w:rPr>
                <w:rFonts w:ascii="Dubai" w:hAnsi="Dubai" w:eastAsia="Dubai" w:cs="Dubai"/>
                <w:b w:val="1"/>
                <w:bCs w:val="1"/>
                <w:i w:val="0"/>
                <w:iCs w:val="0"/>
                <w:color w:val="3ACCBA"/>
                <w:sz w:val="24"/>
                <w:szCs w:val="24"/>
                <w:lang w:val="nl-NL"/>
              </w:rPr>
            </w:pPr>
            <w:r w:rsidRPr="10B8AAB3" w:rsidR="62939A65">
              <w:rPr>
                <w:rFonts w:ascii="Dubai" w:hAnsi="Dubai" w:eastAsia="Dubai" w:cs="Dubai"/>
                <w:b w:val="1"/>
                <w:bCs w:val="1"/>
                <w:i w:val="0"/>
                <w:iCs w:val="0"/>
                <w:color w:val="3ACCBA"/>
                <w:sz w:val="24"/>
                <w:szCs w:val="24"/>
                <w:lang w:val="nl-NL"/>
              </w:rPr>
              <w:t>.</w:t>
            </w:r>
          </w:p>
        </w:tc>
      </w:tr>
    </w:tbl>
    <w:p w:rsidRPr="006C08A5" w:rsidR="00813CA5" w:rsidP="10B8AAB3" w:rsidRDefault="00813CA5" w14:paraId="02B624EE" w14:textId="77777777">
      <w:pPr>
        <w:rPr>
          <w:rFonts w:ascii="Dubai" w:hAnsi="Dubai" w:eastAsia="Dubai" w:cs="Dubai"/>
          <w:b w:val="1"/>
          <w:bCs w:val="1"/>
          <w:i w:val="0"/>
          <w:iCs w:val="0"/>
          <w:color w:val="2F023B"/>
          <w:sz w:val="24"/>
          <w:szCs w:val="24"/>
          <w:lang w:val="nl-NL"/>
        </w:rPr>
      </w:pPr>
    </w:p>
    <w:p w:rsidRPr="006C08A5" w:rsidR="00DB7190" w:rsidP="10B8AAB3" w:rsidRDefault="00CB2B46" w14:paraId="166C783B" w14:textId="378EF768">
      <w:pPr>
        <w:rPr>
          <w:rFonts w:ascii="Dubai" w:hAnsi="Dubai" w:eastAsia="Dubai" w:cs="Dubai"/>
          <w:b w:val="1"/>
          <w:bCs w:val="1"/>
          <w:i w:val="0"/>
          <w:iCs w:val="0"/>
          <w:color w:val="6A25D0"/>
          <w:sz w:val="24"/>
          <w:szCs w:val="24"/>
          <w:lang w:val="nl-NL"/>
        </w:rPr>
      </w:pPr>
      <w:r w:rsidRPr="10B8AAB3" w:rsidR="00CB2B46">
        <w:rPr>
          <w:rFonts w:ascii="Dubai" w:hAnsi="Dubai" w:eastAsia="Dubai" w:cs="Dubai"/>
          <w:b w:val="1"/>
          <w:bCs w:val="1"/>
          <w:i w:val="0"/>
          <w:iCs w:val="0"/>
          <w:color w:val="6A25D0"/>
          <w:sz w:val="24"/>
          <w:szCs w:val="24"/>
          <w:lang w:val="nl-NL"/>
        </w:rPr>
        <w:t>Is deze gedachte helemaal waar?</w:t>
      </w:r>
    </w:p>
    <w:tbl>
      <w:tblPr>
        <w:tblStyle w:val="Tabelraster"/>
        <w:tblW w:w="0" w:type="auto"/>
        <w:tblBorders>
          <w:top w:val="dashed" w:color="6A25D0" w:sz="2"/>
          <w:left w:val="dashed" w:color="6A25D0" w:sz="2"/>
          <w:bottom w:val="dashed" w:color="6A25D0" w:sz="2"/>
          <w:right w:val="dashed" w:color="6A25D0" w:sz="2"/>
          <w:insideH w:val="dashed" w:color="6A25D0" w:sz="2"/>
          <w:insideV w:val="dashed" w:color="6A25D0" w:sz="2"/>
        </w:tblBorders>
        <w:tblLook w:val="06A0" w:firstRow="1" w:lastRow="0" w:firstColumn="1" w:lastColumn="0" w:noHBand="1" w:noVBand="1"/>
      </w:tblPr>
      <w:tblGrid>
        <w:gridCol w:w="8640"/>
      </w:tblGrid>
      <w:tr w:rsidR="10B8AAB3" w:rsidTr="7B86F3D3" w14:paraId="41207487">
        <w:trPr>
          <w:trHeight w:val="300"/>
        </w:trPr>
        <w:tc>
          <w:tcPr>
            <w:tcW w:w="8640" w:type="dxa"/>
            <w:tcMar/>
          </w:tcPr>
          <w:p w:rsidR="248DB995" w:rsidP="10B8AAB3" w:rsidRDefault="248DB995" w14:paraId="1C5A9653" w14:textId="6F46DB8F">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p w:rsidR="248DB995" w:rsidP="10B8AAB3" w:rsidRDefault="248DB995" w14:paraId="1380558B" w14:textId="04EBFF66">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p w:rsidR="248DB995" w:rsidP="10B8AAB3" w:rsidRDefault="248DB995" w14:paraId="3B5B5B2D" w14:textId="51F8DD2A">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p w:rsidR="248DB995" w:rsidP="10B8AAB3" w:rsidRDefault="248DB995" w14:paraId="6FC60B32" w14:textId="3A8B1329">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p w:rsidR="248DB995" w:rsidP="10B8AAB3" w:rsidRDefault="248DB995" w14:paraId="7D0FB25A" w14:textId="162820C5">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p w:rsidR="248DB995" w:rsidP="10B8AAB3" w:rsidRDefault="248DB995" w14:paraId="05FE1C59" w14:textId="6DD399B4">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p w:rsidR="248DB995" w:rsidP="10B8AAB3" w:rsidRDefault="248DB995" w14:paraId="361F89EB" w14:textId="66D2C808">
            <w:pPr>
              <w:pStyle w:val="Standaard"/>
              <w:rPr>
                <w:rFonts w:ascii="Dubai" w:hAnsi="Dubai" w:eastAsia="Dubai" w:cs="Dubai"/>
                <w:b w:val="1"/>
                <w:bCs w:val="1"/>
                <w:i w:val="0"/>
                <w:iCs w:val="0"/>
                <w:color w:val="3ACCBA"/>
                <w:sz w:val="24"/>
                <w:szCs w:val="24"/>
                <w:lang w:val="nl-NL"/>
              </w:rPr>
            </w:pPr>
            <w:r w:rsidRPr="10B8AAB3" w:rsidR="248DB995">
              <w:rPr>
                <w:rFonts w:ascii="Dubai" w:hAnsi="Dubai" w:eastAsia="Dubai" w:cs="Dubai"/>
                <w:b w:val="1"/>
                <w:bCs w:val="1"/>
                <w:i w:val="0"/>
                <w:iCs w:val="0"/>
                <w:color w:val="3ACCBA"/>
                <w:sz w:val="24"/>
                <w:szCs w:val="24"/>
                <w:lang w:val="nl-NL"/>
              </w:rPr>
              <w:t>.</w:t>
            </w:r>
          </w:p>
        </w:tc>
      </w:tr>
    </w:tbl>
    <w:p w:rsidRPr="006C08A5" w:rsidR="00DB7190" w:rsidP="10B8AAB3" w:rsidRDefault="00CB2B46" w14:paraId="613A96C5" w14:textId="5B148EB4">
      <w:pPr>
        <w:ind w:left="0"/>
        <w:rPr>
          <w:rFonts w:ascii="Dubai" w:hAnsi="Dubai" w:eastAsia="Dubai" w:cs="Dubai"/>
          <w:b w:val="1"/>
          <w:bCs w:val="1"/>
          <w:i w:val="0"/>
          <w:iCs w:val="0"/>
          <w:color w:val="6A25D0"/>
          <w:sz w:val="24"/>
          <w:szCs w:val="24"/>
          <w:lang w:val="nl-NL"/>
        </w:rPr>
      </w:pPr>
    </w:p>
    <w:p w:rsidRPr="006C08A5" w:rsidR="00DB7190" w:rsidP="7B86F3D3" w:rsidRDefault="00CB2B46" w14:paraId="762AF8D7" w14:textId="0BFEBDF5">
      <w:pPr>
        <w:pStyle w:val="Standaard"/>
        <w:ind/>
        <w:rPr>
          <w:rFonts w:ascii="Dubai" w:hAnsi="Dubai" w:eastAsia="Dubai" w:cs="Dubai"/>
          <w:b w:val="1"/>
          <w:bCs w:val="1"/>
          <w:i w:val="0"/>
          <w:iCs w:val="0"/>
          <w:color w:val="6A25D0"/>
          <w:sz w:val="24"/>
          <w:szCs w:val="24"/>
          <w:lang w:val="nl-NL"/>
        </w:rPr>
      </w:pPr>
      <w:r w:rsidRPr="7B86F3D3" w:rsidR="00CB2B46">
        <w:rPr>
          <w:rFonts w:ascii="Dubai" w:hAnsi="Dubai" w:eastAsia="Dubai" w:cs="Dubai"/>
          <w:b w:val="1"/>
          <w:bCs w:val="1"/>
          <w:i w:val="0"/>
          <w:iCs w:val="0"/>
          <w:color w:val="6A25D0"/>
          <w:sz w:val="24"/>
          <w:szCs w:val="24"/>
          <w:lang w:val="nl-NL"/>
        </w:rPr>
        <w:t>Wat is een eerlijkere of helpende gedachte?</w:t>
      </w:r>
    </w:p>
    <w:tbl>
      <w:tblPr>
        <w:tblStyle w:val="Tabelraster"/>
        <w:tblW w:w="0" w:type="auto"/>
        <w:tblBorders>
          <w:top w:val="dashed" w:color="6A25D0" w:sz="2"/>
          <w:left w:val="dashed" w:color="6A25D0" w:sz="2"/>
          <w:bottom w:val="dashed" w:color="6A25D0" w:sz="2"/>
          <w:right w:val="dashed" w:color="6A25D0" w:sz="2"/>
          <w:insideH w:val="dashed" w:color="6A25D0" w:sz="2"/>
          <w:insideV w:val="dashed" w:color="6A25D0" w:sz="2"/>
        </w:tblBorders>
        <w:tblLook w:val="06A0" w:firstRow="1" w:lastRow="0" w:firstColumn="1" w:lastColumn="0" w:noHBand="1" w:noVBand="1"/>
      </w:tblPr>
      <w:tblGrid>
        <w:gridCol w:w="8640"/>
      </w:tblGrid>
      <w:tr w:rsidR="10B8AAB3" w:rsidTr="10B8AAB3" w14:paraId="4C1953F9">
        <w:trPr>
          <w:trHeight w:val="300"/>
        </w:trPr>
        <w:tc>
          <w:tcPr>
            <w:tcW w:w="8640" w:type="dxa"/>
            <w:tcMar/>
          </w:tcPr>
          <w:p w:rsidR="6C9DED6B" w:rsidP="10B8AAB3" w:rsidRDefault="6C9DED6B" w14:paraId="22BB187B" w14:textId="6F46DB8F">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p w:rsidR="6C9DED6B" w:rsidP="10B8AAB3" w:rsidRDefault="6C9DED6B" w14:paraId="476A8631" w14:textId="04EBFF66">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p w:rsidR="6C9DED6B" w:rsidP="10B8AAB3" w:rsidRDefault="6C9DED6B" w14:paraId="10DF77C0" w14:textId="51F8DD2A">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p w:rsidR="6C9DED6B" w:rsidP="10B8AAB3" w:rsidRDefault="6C9DED6B" w14:paraId="22B2A531" w14:textId="3A8B1329">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p w:rsidR="6C9DED6B" w:rsidP="10B8AAB3" w:rsidRDefault="6C9DED6B" w14:paraId="70A19EFE" w14:textId="162820C5">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p w:rsidR="6C9DED6B" w:rsidP="10B8AAB3" w:rsidRDefault="6C9DED6B" w14:paraId="7FE381F3" w14:textId="6DD399B4">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p w:rsidR="6C9DED6B" w:rsidP="10B8AAB3" w:rsidRDefault="6C9DED6B" w14:paraId="7ABACA6C" w14:textId="486CDE25">
            <w:pPr>
              <w:pStyle w:val="Standaard"/>
              <w:rPr>
                <w:rFonts w:ascii="Dubai" w:hAnsi="Dubai" w:eastAsia="Dubai" w:cs="Dubai"/>
                <w:b w:val="1"/>
                <w:bCs w:val="1"/>
                <w:i w:val="0"/>
                <w:iCs w:val="0"/>
                <w:color w:val="3ACCBA"/>
                <w:sz w:val="24"/>
                <w:szCs w:val="24"/>
                <w:lang w:val="nl-NL"/>
              </w:rPr>
            </w:pPr>
            <w:r w:rsidRPr="10B8AAB3" w:rsidR="6C9DED6B">
              <w:rPr>
                <w:rFonts w:ascii="Dubai" w:hAnsi="Dubai" w:eastAsia="Dubai" w:cs="Dubai"/>
                <w:b w:val="1"/>
                <w:bCs w:val="1"/>
                <w:i w:val="0"/>
                <w:iCs w:val="0"/>
                <w:color w:val="3ACCBA"/>
                <w:sz w:val="24"/>
                <w:szCs w:val="24"/>
                <w:lang w:val="nl-NL"/>
              </w:rPr>
              <w:t>.</w:t>
            </w:r>
          </w:p>
        </w:tc>
      </w:tr>
    </w:tbl>
    <w:p w:rsidRPr="006C08A5" w:rsidR="00DF73FC" w:rsidP="10B8AAB3" w:rsidRDefault="00DF73FC" w14:paraId="030BEB61" w14:textId="38ECE3EC">
      <w:pPr>
        <w:rPr>
          <w:rFonts w:ascii="Dubai" w:hAnsi="Dubai" w:eastAsia="Dubai" w:cs="Dubai"/>
          <w:b w:val="1"/>
          <w:bCs w:val="1"/>
          <w:i w:val="0"/>
          <w:iCs w:val="0"/>
          <w:color w:val="6A25D0"/>
          <w:sz w:val="24"/>
          <w:szCs w:val="24"/>
          <w:lang w:val="nl-NL"/>
        </w:rPr>
      </w:pPr>
    </w:p>
    <w:p w:rsidRPr="006C08A5" w:rsidR="00DF73FC" w:rsidP="10B8AAB3" w:rsidRDefault="00DF73FC" w14:paraId="719CCF10" w14:textId="09A999B4">
      <w:pPr>
        <w:pStyle w:val="Standaard"/>
        <w:rPr>
          <w:rFonts w:ascii="Dubai" w:hAnsi="Dubai" w:eastAsia="Dubai" w:cs="Dubai"/>
          <w:b w:val="1"/>
          <w:bCs w:val="1"/>
          <w:i w:val="0"/>
          <w:iCs w:val="0"/>
          <w:color w:val="6A25D0"/>
          <w:sz w:val="24"/>
          <w:szCs w:val="24"/>
          <w:lang w:val="nl-NL"/>
        </w:rPr>
      </w:pPr>
      <w:r w:rsidRPr="10B8AAB3" w:rsidR="00DF73FC">
        <w:rPr>
          <w:rFonts w:ascii="Dubai" w:hAnsi="Dubai" w:eastAsia="Dubai" w:cs="Dubai"/>
          <w:b w:val="1"/>
          <w:bCs w:val="1"/>
          <w:i w:val="0"/>
          <w:iCs w:val="0"/>
          <w:color w:val="6A25D0"/>
          <w:sz w:val="24"/>
          <w:szCs w:val="24"/>
          <w:lang w:val="nl-NL"/>
        </w:rPr>
        <w:t>Stel je voor dat iemand die jij graag mag in deze situatie zat. Hoe zou je dan tegen hem of haar praten? Zou je net zo streng praten als tegen jezelf? Schrijf op wat je zou zeggen.</w:t>
      </w:r>
    </w:p>
    <w:tbl>
      <w:tblPr>
        <w:tblStyle w:val="Tabelraster"/>
        <w:tblW w:w="0" w:type="auto"/>
        <w:tblBorders>
          <w:top w:val="dashed" w:color="6A25D0" w:sz="2"/>
          <w:left w:val="dashed" w:color="6A25D0" w:sz="2"/>
          <w:bottom w:val="dashed" w:color="6A25D0" w:sz="2"/>
          <w:right w:val="dashed" w:color="6A25D0" w:sz="2"/>
          <w:insideH w:val="dashed" w:color="6A25D0" w:sz="2"/>
          <w:insideV w:val="dashed" w:color="6A25D0" w:sz="2"/>
        </w:tblBorders>
        <w:tblLook w:val="06A0" w:firstRow="1" w:lastRow="0" w:firstColumn="1" w:lastColumn="0" w:noHBand="1" w:noVBand="1"/>
      </w:tblPr>
      <w:tblGrid>
        <w:gridCol w:w="8640"/>
      </w:tblGrid>
      <w:tr w:rsidR="10B8AAB3" w:rsidTr="10B8AAB3" w14:paraId="1B0CE18E">
        <w:trPr>
          <w:trHeight w:val="300"/>
        </w:trPr>
        <w:tc>
          <w:tcPr>
            <w:tcW w:w="8640" w:type="dxa"/>
            <w:tcMar/>
          </w:tcPr>
          <w:p w:rsidR="6C06F6D6" w:rsidP="10B8AAB3" w:rsidRDefault="6C06F6D6" w14:paraId="0844EC83" w14:textId="6F46DB8F">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1C19EA84" w14:textId="04EBFF66">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3595F3AB" w14:textId="51F8DD2A">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286CD604" w14:textId="3A8B1329">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799487F6" w14:textId="162820C5">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073AAC7C" w14:textId="6DD399B4">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4AF5B9EF" w14:textId="76BD5D8C">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7F811EB0" w14:textId="6F46DB8F">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17AC51F0" w14:textId="04EBFF66">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04ED8470" w14:textId="51F8DD2A">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1F615AF3" w14:textId="3A8B1329">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2BC06A12" w14:textId="162820C5">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7B07090B" w14:textId="6DD399B4">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5AABFA86" w14:textId="66D2C808">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4F6A6766" w14:textId="6F46DB8F">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1187E173" w14:textId="04EBFF66">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102D2194" w14:textId="51F8DD2A">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32523943" w14:textId="3A8B1329">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50235BEC" w14:textId="162820C5">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21F1A8AF" w14:textId="6DD399B4">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p w:rsidR="6C06F6D6" w:rsidP="10B8AAB3" w:rsidRDefault="6C06F6D6" w14:paraId="0F2B772F" w14:textId="5B8E7828">
            <w:pPr>
              <w:pStyle w:val="Standaard"/>
              <w:rPr>
                <w:rFonts w:ascii="Dubai" w:hAnsi="Dubai" w:eastAsia="Dubai" w:cs="Dubai"/>
                <w:b w:val="1"/>
                <w:bCs w:val="1"/>
                <w:i w:val="0"/>
                <w:iCs w:val="0"/>
                <w:color w:val="3ACCBA"/>
                <w:sz w:val="24"/>
                <w:szCs w:val="24"/>
                <w:lang w:val="nl-NL"/>
              </w:rPr>
            </w:pPr>
            <w:r w:rsidRPr="10B8AAB3" w:rsidR="6C06F6D6">
              <w:rPr>
                <w:rFonts w:ascii="Dubai" w:hAnsi="Dubai" w:eastAsia="Dubai" w:cs="Dubai"/>
                <w:b w:val="1"/>
                <w:bCs w:val="1"/>
                <w:i w:val="0"/>
                <w:iCs w:val="0"/>
                <w:color w:val="3ACCBA"/>
                <w:sz w:val="24"/>
                <w:szCs w:val="24"/>
                <w:lang w:val="nl-NL"/>
              </w:rPr>
              <w:t>.</w:t>
            </w:r>
          </w:p>
        </w:tc>
      </w:tr>
    </w:tbl>
    <w:p w:rsidR="10B8AAB3" w:rsidP="10B8AAB3" w:rsidRDefault="10B8AAB3" w14:paraId="22B5B018" w14:textId="48FB64AC">
      <w:pPr>
        <w:pStyle w:val="Standaard"/>
        <w:rPr>
          <w:rFonts w:ascii="Dubai" w:hAnsi="Dubai" w:eastAsia="Dubai" w:cs="Dubai"/>
          <w:b w:val="1"/>
          <w:bCs w:val="1"/>
          <w:i w:val="0"/>
          <w:iCs w:val="0"/>
          <w:color w:val="6A25D0"/>
          <w:sz w:val="24"/>
          <w:szCs w:val="24"/>
          <w:lang w:val="nl-NL"/>
        </w:rPr>
      </w:pPr>
    </w:p>
    <w:p w:rsidRPr="006C08A5" w:rsidR="00DB7190" w:rsidRDefault="00CB2B46" w14:paraId="2B9C9F28" w14:textId="77777777">
      <w:pPr>
        <w:rPr>
          <w:rFonts w:ascii="Calibri" w:hAnsi="Calibri" w:cs="Calibri"/>
          <w:sz w:val="24"/>
          <w:szCs w:val="24"/>
          <w:lang w:val="nl-NL"/>
        </w:rPr>
      </w:pPr>
      <w:r w:rsidRPr="6541BDD8">
        <w:rPr>
          <w:rFonts w:ascii="Calibri" w:hAnsi="Calibri" w:cs="Calibri"/>
          <w:sz w:val="24"/>
          <w:szCs w:val="24"/>
          <w:lang w:val="nl-NL"/>
        </w:rPr>
        <w:br w:type="page"/>
      </w:r>
    </w:p>
    <w:sectPr w:rsidRPr="002445A9" w:rsidR="00DB7190" w:rsidSect="00034616">
      <w:pgSz w:w="12240" w:h="15840" w:orient="portrait"/>
      <w:pgMar w:top="1440" w:right="1800" w:bottom="1440" w:left="1800" w:header="720" w:footer="720" w:gutter="0"/>
      <w:cols w:space="720"/>
      <w:docGrid w:linePitch="360"/>
      <w:headerReference w:type="default" r:id="Rbc1a5a025dfd4e70"/>
      <w:footerReference w:type="default" r:id="R0a1eff187999486f"/>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2880"/>
      <w:gridCol w:w="2880"/>
      <w:gridCol w:w="2880"/>
    </w:tblGrid>
    <w:tr w:rsidR="10B8AAB3" w:rsidTr="10B8AAB3" w14:paraId="53749E5A">
      <w:trPr>
        <w:trHeight w:val="300"/>
      </w:trPr>
      <w:tc>
        <w:tcPr>
          <w:tcW w:w="2880" w:type="dxa"/>
          <w:tcMar/>
        </w:tcPr>
        <w:p w:rsidR="10B8AAB3" w:rsidP="10B8AAB3" w:rsidRDefault="10B8AAB3" w14:paraId="72AB9F13" w14:textId="692E00C3">
          <w:pPr>
            <w:pStyle w:val="Koptekst"/>
            <w:bidi w:val="0"/>
            <w:ind w:left="-115"/>
            <w:jc w:val="left"/>
            <w:rPr>
              <w:rFonts w:ascii="Aharoni" w:hAnsi="Aharoni" w:eastAsia="Aharoni" w:cs="Aharoni"/>
              <w:b w:val="1"/>
              <w:bCs w:val="1"/>
              <w:i w:val="0"/>
              <w:iCs w:val="0"/>
              <w:color w:val="3ACCBA"/>
            </w:rPr>
          </w:pPr>
          <w:r w:rsidRPr="10B8AAB3">
            <w:rPr>
              <w:rFonts w:ascii="Aharoni" w:hAnsi="Aharoni" w:eastAsia="Aharoni" w:cs="Aharoni"/>
              <w:b w:val="1"/>
              <w:bCs w:val="1"/>
              <w:i w:val="0"/>
              <w:iCs w:val="0"/>
              <w:color w:val="3ACCBA"/>
            </w:rPr>
            <w:fldChar w:fldCharType="begin"/>
          </w:r>
          <w:r>
            <w:instrText xml:space="preserve">PAGE</w:instrText>
          </w:r>
          <w:r>
            <w:fldChar w:fldCharType="separate"/>
          </w:r>
          <w:r w:rsidRPr="10B8AAB3">
            <w:rPr>
              <w:rFonts w:ascii="Aharoni" w:hAnsi="Aharoni" w:eastAsia="Aharoni" w:cs="Aharoni"/>
              <w:b w:val="1"/>
              <w:bCs w:val="1"/>
              <w:i w:val="0"/>
              <w:iCs w:val="0"/>
              <w:color w:val="3ACCBA"/>
            </w:rPr>
            <w:fldChar w:fldCharType="end"/>
          </w:r>
        </w:p>
      </w:tc>
      <w:tc>
        <w:tcPr>
          <w:tcW w:w="2880" w:type="dxa"/>
          <w:tcMar/>
        </w:tcPr>
        <w:p w:rsidR="10B8AAB3" w:rsidP="10B8AAB3" w:rsidRDefault="10B8AAB3" w14:paraId="3D541372" w14:textId="38D452E7">
          <w:pPr>
            <w:pStyle w:val="Koptekst"/>
            <w:bidi w:val="0"/>
            <w:jc w:val="center"/>
          </w:pPr>
        </w:p>
      </w:tc>
      <w:tc>
        <w:tcPr>
          <w:tcW w:w="2880" w:type="dxa"/>
          <w:tcMar/>
        </w:tcPr>
        <w:p w:rsidR="10B8AAB3" w:rsidP="10B8AAB3" w:rsidRDefault="10B8AAB3" w14:paraId="586BFC77" w14:textId="2D46E62C">
          <w:pPr>
            <w:pStyle w:val="Koptekst"/>
            <w:bidi w:val="0"/>
            <w:ind w:right="-115"/>
            <w:jc w:val="right"/>
            <w:rPr>
              <w:rFonts w:ascii="Aharoni" w:hAnsi="Aharoni" w:eastAsia="Aharoni" w:cs="Aharoni"/>
              <w:b w:val="1"/>
              <w:bCs w:val="1"/>
              <w:i w:val="0"/>
              <w:iCs w:val="0"/>
              <w:color w:val="3ACCBA"/>
            </w:rPr>
          </w:pPr>
          <w:r w:rsidRPr="10B8AAB3" w:rsidR="10B8AAB3">
            <w:rPr>
              <w:rFonts w:ascii="Aharoni" w:hAnsi="Aharoni" w:eastAsia="Aharoni" w:cs="Aharoni"/>
              <w:b w:val="1"/>
              <w:bCs w:val="1"/>
              <w:i w:val="0"/>
              <w:iCs w:val="0"/>
              <w:color w:val="3ACCBA"/>
            </w:rPr>
            <w:t>De Mindgym</w:t>
          </w:r>
        </w:p>
      </w:tc>
    </w:tr>
  </w:tbl>
  <w:p w:rsidR="10B8AAB3" w:rsidP="10B8AAB3" w:rsidRDefault="10B8AAB3" w14:paraId="73025C88" w14:textId="5ED280B1">
    <w:pPr>
      <w:pStyle w:val="Voettekst"/>
      <w:bidi w:val="0"/>
    </w:pPr>
  </w:p>
</w:ftr>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2880"/>
      <w:gridCol w:w="2880"/>
      <w:gridCol w:w="2880"/>
    </w:tblGrid>
    <w:tr w:rsidR="10B8AAB3" w:rsidTr="10B8AAB3" w14:paraId="116576E2">
      <w:trPr>
        <w:trHeight w:val="300"/>
      </w:trPr>
      <w:tc>
        <w:tcPr>
          <w:tcW w:w="2880" w:type="dxa"/>
          <w:tcMar/>
        </w:tcPr>
        <w:p w:rsidR="10B8AAB3" w:rsidP="10B8AAB3" w:rsidRDefault="10B8AAB3" w14:paraId="44D23EA1" w14:textId="52A51CD7">
          <w:pPr>
            <w:pStyle w:val="Koptekst"/>
            <w:bidi w:val="0"/>
            <w:ind w:left="-115"/>
            <w:jc w:val="left"/>
            <w:rPr>
              <w:rFonts w:ascii="Aharoni" w:hAnsi="Aharoni" w:eastAsia="Aharoni" w:cs="Aharoni"/>
              <w:b w:val="1"/>
              <w:bCs w:val="1"/>
              <w:i w:val="0"/>
              <w:iCs w:val="0"/>
              <w:color w:val="6A25D0"/>
            </w:rPr>
          </w:pPr>
          <w:r w:rsidRPr="10B8AAB3" w:rsidR="10B8AAB3">
            <w:rPr>
              <w:rFonts w:ascii="Aharoni" w:hAnsi="Aharoni" w:eastAsia="Aharoni" w:cs="Aharoni"/>
              <w:b w:val="1"/>
              <w:bCs w:val="1"/>
              <w:i w:val="0"/>
              <w:iCs w:val="0"/>
              <w:color w:val="6A25D0"/>
            </w:rPr>
            <w:t>FF MENTAAL</w:t>
          </w:r>
        </w:p>
      </w:tc>
      <w:tc>
        <w:tcPr>
          <w:tcW w:w="2880" w:type="dxa"/>
          <w:tcMar/>
        </w:tcPr>
        <w:p w:rsidR="10B8AAB3" w:rsidP="10B8AAB3" w:rsidRDefault="10B8AAB3" w14:paraId="7CD473A0" w14:textId="3395152A">
          <w:pPr>
            <w:pStyle w:val="Koptekst"/>
            <w:bidi w:val="0"/>
            <w:jc w:val="center"/>
          </w:pPr>
        </w:p>
      </w:tc>
      <w:tc>
        <w:tcPr>
          <w:tcW w:w="2880" w:type="dxa"/>
          <w:tcMar/>
        </w:tcPr>
        <w:p w:rsidR="10B8AAB3" w:rsidP="10B8AAB3" w:rsidRDefault="10B8AAB3" w14:paraId="0BC1DFC8" w14:textId="37A73A3E">
          <w:pPr>
            <w:pStyle w:val="Koptekst"/>
            <w:bidi w:val="0"/>
            <w:ind w:right="-115"/>
            <w:jc w:val="right"/>
            <w:rPr>
              <w:rFonts w:ascii="Aharoni" w:hAnsi="Aharoni" w:eastAsia="Aharoni" w:cs="Aharoni"/>
              <w:b w:val="1"/>
              <w:bCs w:val="1"/>
              <w:i w:val="0"/>
              <w:iCs w:val="0"/>
              <w:color w:val="6A25D0"/>
            </w:rPr>
          </w:pPr>
          <w:r w:rsidRPr="10B8AAB3" w:rsidR="10B8AAB3">
            <w:rPr>
              <w:rFonts w:ascii="Aharoni" w:hAnsi="Aharoni" w:eastAsia="Aharoni" w:cs="Aharoni"/>
              <w:b w:val="1"/>
              <w:bCs w:val="1"/>
              <w:i w:val="0"/>
              <w:iCs w:val="0"/>
              <w:color w:val="6A25D0"/>
            </w:rPr>
            <w:t>Oefeningen</w:t>
          </w:r>
        </w:p>
      </w:tc>
    </w:tr>
  </w:tbl>
  <w:p w:rsidR="10B8AAB3" w:rsidP="10B8AAB3" w:rsidRDefault="10B8AAB3" w14:paraId="39EFA188" w14:textId="571401CA">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abstractNum w:abstractNumId="9" w15:restartNumberingAfterBreak="0">
    <w:nsid w:val="01793D08"/>
    <w:multiLevelType w:val="multilevel"/>
    <w:tmpl w:val="3DA2B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05A5751"/>
    <w:multiLevelType w:val="multilevel"/>
    <w:tmpl w:val="1BBA0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8E47E7F"/>
    <w:multiLevelType w:val="multilevel"/>
    <w:tmpl w:val="45DC7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DF2708E"/>
    <w:multiLevelType w:val="hybridMultilevel"/>
    <w:tmpl w:val="408460D6"/>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4FBD43BB"/>
    <w:multiLevelType w:val="hybridMultilevel"/>
    <w:tmpl w:val="A858E72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77357787">
    <w:abstractNumId w:val="8"/>
  </w:num>
  <w:num w:numId="2" w16cid:durableId="268897533">
    <w:abstractNumId w:val="6"/>
  </w:num>
  <w:num w:numId="3" w16cid:durableId="614755075">
    <w:abstractNumId w:val="5"/>
  </w:num>
  <w:num w:numId="4" w16cid:durableId="653872448">
    <w:abstractNumId w:val="4"/>
  </w:num>
  <w:num w:numId="5" w16cid:durableId="489638032">
    <w:abstractNumId w:val="7"/>
  </w:num>
  <w:num w:numId="6" w16cid:durableId="1276137729">
    <w:abstractNumId w:val="3"/>
  </w:num>
  <w:num w:numId="7" w16cid:durableId="606617021">
    <w:abstractNumId w:val="2"/>
  </w:num>
  <w:num w:numId="8" w16cid:durableId="613054337">
    <w:abstractNumId w:val="1"/>
  </w:num>
  <w:num w:numId="9" w16cid:durableId="1719620440">
    <w:abstractNumId w:val="0"/>
  </w:num>
  <w:num w:numId="10" w16cid:durableId="508526258">
    <w:abstractNumId w:val="10"/>
  </w:num>
  <w:num w:numId="11" w16cid:durableId="1250625903">
    <w:abstractNumId w:val="12"/>
  </w:num>
  <w:num w:numId="12" w16cid:durableId="516431341">
    <w:abstractNumId w:val="13"/>
  </w:num>
  <w:num w:numId="13" w16cid:durableId="1348369569">
    <w:abstractNumId w:val="11"/>
  </w:num>
  <w:num w:numId="14" w16cid:durableId="1342201504">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D42"/>
    <w:rsid w:val="00034616"/>
    <w:rsid w:val="0003630E"/>
    <w:rsid w:val="0006063C"/>
    <w:rsid w:val="000A09F9"/>
    <w:rsid w:val="00147BB2"/>
    <w:rsid w:val="0015074B"/>
    <w:rsid w:val="00165A5F"/>
    <w:rsid w:val="002445A9"/>
    <w:rsid w:val="00250DEE"/>
    <w:rsid w:val="002802C6"/>
    <w:rsid w:val="0029639D"/>
    <w:rsid w:val="00326F90"/>
    <w:rsid w:val="003A1324"/>
    <w:rsid w:val="003E4889"/>
    <w:rsid w:val="003F6B35"/>
    <w:rsid w:val="00445292"/>
    <w:rsid w:val="006212BE"/>
    <w:rsid w:val="006358A1"/>
    <w:rsid w:val="00675EDD"/>
    <w:rsid w:val="006B0320"/>
    <w:rsid w:val="006C08A5"/>
    <w:rsid w:val="006F1A4B"/>
    <w:rsid w:val="0072008E"/>
    <w:rsid w:val="007B641F"/>
    <w:rsid w:val="00813CA5"/>
    <w:rsid w:val="0082018F"/>
    <w:rsid w:val="008B74C4"/>
    <w:rsid w:val="00997D15"/>
    <w:rsid w:val="00A06732"/>
    <w:rsid w:val="00A27359"/>
    <w:rsid w:val="00A28BA5"/>
    <w:rsid w:val="00AA1D8D"/>
    <w:rsid w:val="00AC4968"/>
    <w:rsid w:val="00B272C1"/>
    <w:rsid w:val="00B47730"/>
    <w:rsid w:val="00B71499"/>
    <w:rsid w:val="00B92CDB"/>
    <w:rsid w:val="00BC097C"/>
    <w:rsid w:val="00C40729"/>
    <w:rsid w:val="00CB0664"/>
    <w:rsid w:val="00CB2B46"/>
    <w:rsid w:val="00CE277E"/>
    <w:rsid w:val="00CECA44"/>
    <w:rsid w:val="00CECA44"/>
    <w:rsid w:val="00CF06F4"/>
    <w:rsid w:val="00D3319E"/>
    <w:rsid w:val="00D73BFC"/>
    <w:rsid w:val="00DB7190"/>
    <w:rsid w:val="00DF6AFF"/>
    <w:rsid w:val="00DF73FC"/>
    <w:rsid w:val="00E25A39"/>
    <w:rsid w:val="00F7250B"/>
    <w:rsid w:val="00FA23C2"/>
    <w:rsid w:val="00FC693F"/>
    <w:rsid w:val="015D86D9"/>
    <w:rsid w:val="033D2160"/>
    <w:rsid w:val="03998FC5"/>
    <w:rsid w:val="03B1D08D"/>
    <w:rsid w:val="03EFAA72"/>
    <w:rsid w:val="04DC5827"/>
    <w:rsid w:val="0567F89E"/>
    <w:rsid w:val="074114E5"/>
    <w:rsid w:val="08C0F3F1"/>
    <w:rsid w:val="0925E645"/>
    <w:rsid w:val="09747967"/>
    <w:rsid w:val="09C56B97"/>
    <w:rsid w:val="0A20CF70"/>
    <w:rsid w:val="0BE5365F"/>
    <w:rsid w:val="0C25E4BD"/>
    <w:rsid w:val="0C64AE95"/>
    <w:rsid w:val="0C819F9B"/>
    <w:rsid w:val="0C8ACF5D"/>
    <w:rsid w:val="0CFF6EDB"/>
    <w:rsid w:val="0DD67ADD"/>
    <w:rsid w:val="0F40CE48"/>
    <w:rsid w:val="0F40CE48"/>
    <w:rsid w:val="0F5F2FF3"/>
    <w:rsid w:val="100AC9B5"/>
    <w:rsid w:val="107FC62B"/>
    <w:rsid w:val="10B8AAB3"/>
    <w:rsid w:val="1175AC0E"/>
    <w:rsid w:val="11D1E016"/>
    <w:rsid w:val="12049447"/>
    <w:rsid w:val="122F57AC"/>
    <w:rsid w:val="12BA9956"/>
    <w:rsid w:val="1394150D"/>
    <w:rsid w:val="1417CBC2"/>
    <w:rsid w:val="1419F857"/>
    <w:rsid w:val="154392A8"/>
    <w:rsid w:val="15A87AE2"/>
    <w:rsid w:val="1640D3B6"/>
    <w:rsid w:val="1661324F"/>
    <w:rsid w:val="16ADC119"/>
    <w:rsid w:val="16DF6532"/>
    <w:rsid w:val="17279BC2"/>
    <w:rsid w:val="17FCB68B"/>
    <w:rsid w:val="185E8AED"/>
    <w:rsid w:val="1929A3FE"/>
    <w:rsid w:val="19F85614"/>
    <w:rsid w:val="1AECD264"/>
    <w:rsid w:val="1B038BBC"/>
    <w:rsid w:val="1BCB9297"/>
    <w:rsid w:val="1C549B3A"/>
    <w:rsid w:val="1D62F8F0"/>
    <w:rsid w:val="1E3E93B0"/>
    <w:rsid w:val="1EA311B2"/>
    <w:rsid w:val="1EFDD9CB"/>
    <w:rsid w:val="1F8C33D7"/>
    <w:rsid w:val="1FE7972C"/>
    <w:rsid w:val="2050F37E"/>
    <w:rsid w:val="20C1FF88"/>
    <w:rsid w:val="21096420"/>
    <w:rsid w:val="21C458A0"/>
    <w:rsid w:val="22ED8083"/>
    <w:rsid w:val="2400B9D3"/>
    <w:rsid w:val="248DB995"/>
    <w:rsid w:val="2628003F"/>
    <w:rsid w:val="27385C34"/>
    <w:rsid w:val="275B285C"/>
    <w:rsid w:val="27C0E8C7"/>
    <w:rsid w:val="284E383C"/>
    <w:rsid w:val="288FCE74"/>
    <w:rsid w:val="28A83FF8"/>
    <w:rsid w:val="28DB4BB2"/>
    <w:rsid w:val="29944DAA"/>
    <w:rsid w:val="2B008E67"/>
    <w:rsid w:val="2B88CB8B"/>
    <w:rsid w:val="2C64019D"/>
    <w:rsid w:val="2C64019D"/>
    <w:rsid w:val="2FC0B15E"/>
    <w:rsid w:val="3051D6E5"/>
    <w:rsid w:val="3079F497"/>
    <w:rsid w:val="308E2454"/>
    <w:rsid w:val="312B048F"/>
    <w:rsid w:val="322DCBB3"/>
    <w:rsid w:val="32AC78F3"/>
    <w:rsid w:val="33814FD1"/>
    <w:rsid w:val="33AB862C"/>
    <w:rsid w:val="33AF8A19"/>
    <w:rsid w:val="3418BB5B"/>
    <w:rsid w:val="346C0D03"/>
    <w:rsid w:val="36BF6B5B"/>
    <w:rsid w:val="371FAE14"/>
    <w:rsid w:val="37407A90"/>
    <w:rsid w:val="38046454"/>
    <w:rsid w:val="381192EE"/>
    <w:rsid w:val="38685F83"/>
    <w:rsid w:val="3A19C68E"/>
    <w:rsid w:val="3A3D7AE7"/>
    <w:rsid w:val="3A3D7AE7"/>
    <w:rsid w:val="3A7AA724"/>
    <w:rsid w:val="3AC3B76E"/>
    <w:rsid w:val="3B6803CC"/>
    <w:rsid w:val="3BF5F48F"/>
    <w:rsid w:val="3C3B972A"/>
    <w:rsid w:val="3C942C50"/>
    <w:rsid w:val="3DC8479E"/>
    <w:rsid w:val="3EB0D2A9"/>
    <w:rsid w:val="3EB0D2A9"/>
    <w:rsid w:val="3EB2196A"/>
    <w:rsid w:val="3F06A386"/>
    <w:rsid w:val="3F270DEA"/>
    <w:rsid w:val="4052BC29"/>
    <w:rsid w:val="412A10D9"/>
    <w:rsid w:val="41A7ED9B"/>
    <w:rsid w:val="41CA8B4D"/>
    <w:rsid w:val="4357EBF4"/>
    <w:rsid w:val="43B457A6"/>
    <w:rsid w:val="444B4003"/>
    <w:rsid w:val="4571AD85"/>
    <w:rsid w:val="45A67A94"/>
    <w:rsid w:val="45AF03A4"/>
    <w:rsid w:val="45D2BB23"/>
    <w:rsid w:val="46742BA6"/>
    <w:rsid w:val="46FEC90E"/>
    <w:rsid w:val="4713F05A"/>
    <w:rsid w:val="4743C45A"/>
    <w:rsid w:val="4A1FE5E0"/>
    <w:rsid w:val="4A24154F"/>
    <w:rsid w:val="4A7EFDF5"/>
    <w:rsid w:val="4B959D6C"/>
    <w:rsid w:val="4C6A3414"/>
    <w:rsid w:val="4CAB0B7A"/>
    <w:rsid w:val="4D8228DB"/>
    <w:rsid w:val="4DD41900"/>
    <w:rsid w:val="4EFFFB20"/>
    <w:rsid w:val="50BDDE68"/>
    <w:rsid w:val="519839CE"/>
    <w:rsid w:val="51C142B1"/>
    <w:rsid w:val="51F08FD7"/>
    <w:rsid w:val="524C5459"/>
    <w:rsid w:val="54069475"/>
    <w:rsid w:val="545101CC"/>
    <w:rsid w:val="54AE3A2A"/>
    <w:rsid w:val="54E925E4"/>
    <w:rsid w:val="54E925E4"/>
    <w:rsid w:val="5763930C"/>
    <w:rsid w:val="57FFADBA"/>
    <w:rsid w:val="58347ECF"/>
    <w:rsid w:val="5858DE62"/>
    <w:rsid w:val="5923CAC7"/>
    <w:rsid w:val="5AB3947F"/>
    <w:rsid w:val="5B9ECEFC"/>
    <w:rsid w:val="5BA2B9C6"/>
    <w:rsid w:val="5C3035ED"/>
    <w:rsid w:val="5C3A6E7B"/>
    <w:rsid w:val="5DC0CC23"/>
    <w:rsid w:val="5EC549B1"/>
    <w:rsid w:val="61E43E40"/>
    <w:rsid w:val="62939A65"/>
    <w:rsid w:val="63087225"/>
    <w:rsid w:val="6311C0D8"/>
    <w:rsid w:val="63B310B9"/>
    <w:rsid w:val="640F1318"/>
    <w:rsid w:val="64875517"/>
    <w:rsid w:val="650F40EE"/>
    <w:rsid w:val="6541BDD8"/>
    <w:rsid w:val="657B4127"/>
    <w:rsid w:val="665FA976"/>
    <w:rsid w:val="666C4862"/>
    <w:rsid w:val="67854A4B"/>
    <w:rsid w:val="67BA3080"/>
    <w:rsid w:val="68D805CC"/>
    <w:rsid w:val="695696B7"/>
    <w:rsid w:val="6979703D"/>
    <w:rsid w:val="69BA539E"/>
    <w:rsid w:val="6A10F77C"/>
    <w:rsid w:val="6A10F77C"/>
    <w:rsid w:val="6AD28E45"/>
    <w:rsid w:val="6B0A8213"/>
    <w:rsid w:val="6B69AF5D"/>
    <w:rsid w:val="6C06F6D6"/>
    <w:rsid w:val="6C11304C"/>
    <w:rsid w:val="6C3E153E"/>
    <w:rsid w:val="6C9DED6B"/>
    <w:rsid w:val="6DAA5F11"/>
    <w:rsid w:val="6EE64587"/>
    <w:rsid w:val="6F0455F2"/>
    <w:rsid w:val="6F42F5DE"/>
    <w:rsid w:val="70095123"/>
    <w:rsid w:val="70A82FE0"/>
    <w:rsid w:val="70C193DE"/>
    <w:rsid w:val="70C193DE"/>
    <w:rsid w:val="70DE8AA4"/>
    <w:rsid w:val="71E33C4D"/>
    <w:rsid w:val="71E3F541"/>
    <w:rsid w:val="726FEF9C"/>
    <w:rsid w:val="734D776B"/>
    <w:rsid w:val="7496A2E1"/>
    <w:rsid w:val="74C49385"/>
    <w:rsid w:val="74D44B3B"/>
    <w:rsid w:val="758ACE8E"/>
    <w:rsid w:val="758F204A"/>
    <w:rsid w:val="762C4A93"/>
    <w:rsid w:val="7719F60C"/>
    <w:rsid w:val="7767B76D"/>
    <w:rsid w:val="7846CF1E"/>
    <w:rsid w:val="78E7F2D7"/>
    <w:rsid w:val="7993F6E8"/>
    <w:rsid w:val="7B32F50A"/>
    <w:rsid w:val="7B6BC140"/>
    <w:rsid w:val="7B86F3D3"/>
    <w:rsid w:val="7CA808C4"/>
    <w:rsid w:val="7CC258CA"/>
    <w:rsid w:val="7CD85389"/>
    <w:rsid w:val="7CEA91D5"/>
    <w:rsid w:val="7E0683F6"/>
    <w:rsid w:val="7E70ABD6"/>
    <w:rsid w:val="7E7FBDEE"/>
    <w:rsid w:val="7EA214B5"/>
    <w:rsid w:val="7EB37963"/>
    <w:rsid w:val="7EBD2579"/>
    <w:rsid w:val="7FDEA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326B4F"/>
  <w14:defaultImageDpi w14:val="300"/>
  <w15:docId w15:val="{62799C9F-F68A-4E51-98C8-A295495C61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style>
  <w:style w:type="paragraph" w:styleId="Kop1">
    <w:uiPriority w:val="9"/>
    <w:name w:val="heading 1"/>
    <w:basedOn w:val="Standaard"/>
    <w:next w:val="Standaard"/>
    <w:link w:val="Kop1Char"/>
    <w:qFormat/>
    <w:rsid w:val="7B86F3D3"/>
    <w:rPr>
      <w:rFonts w:asciiTheme="majorAscii" w:hAnsiTheme="majorAscii" w:eastAsiaTheme="majorEastAsia" w:cstheme="majorBidi"/>
      <w:sz w:val="40"/>
      <w:szCs w:val="40"/>
    </w:rPr>
    <w:pPr>
      <w:keepNext w:val="1"/>
      <w:keepLines w:val="1"/>
      <w:spacing w:before="360" w:after="80"/>
      <w:outlineLvl w:val="0"/>
    </w:pPr>
  </w:style>
  <w:style w:type="paragraph" w:styleId="Kop2">
    <w:uiPriority w:val="9"/>
    <w:name w:val="heading 2"/>
    <w:basedOn w:val="Standaard"/>
    <w:next w:val="Standaard"/>
    <w:unhideWhenUsed/>
    <w:link w:val="Kop2Char"/>
    <w:qFormat/>
    <w:rsid w:val="7B86F3D3"/>
    <w:rPr>
      <w:rFonts w:asciiTheme="majorAscii" w:hAnsiTheme="majorAscii" w:eastAsiaTheme="majorEastAsia" w:cstheme="majorBidi"/>
      <w:sz w:val="32"/>
      <w:szCs w:val="32"/>
    </w:rPr>
    <w:pPr>
      <w:keepNext w:val="1"/>
      <w:keepLines w:val="1"/>
      <w:spacing w:before="160" w:after="80"/>
      <w:outlineLvl w:val="1"/>
    </w:pPr>
  </w:style>
  <w:style w:type="paragraph" w:styleId="Kop3">
    <w:uiPriority w:val="9"/>
    <w:name w:val="heading 3"/>
    <w:basedOn w:val="Standaard"/>
    <w:next w:val="Standaard"/>
    <w:unhideWhenUsed/>
    <w:link w:val="Kop3Char"/>
    <w:qFormat/>
    <w:rsid w:val="7B86F3D3"/>
    <w:rPr>
      <w:rFonts w:eastAsiaTheme="majorEastAsia" w:cstheme="majorBidi"/>
      <w:sz w:val="28"/>
      <w:szCs w:val="28"/>
    </w:rPr>
    <w:pPr>
      <w:keepNext w:val="1"/>
      <w:keepLines w:val="1"/>
      <w:spacing w:before="160" w:after="80"/>
      <w:outlineLvl w:val="2"/>
    </w:pPr>
  </w:style>
  <w:style w:type="paragraph" w:styleId="Kop4">
    <w:uiPriority w:val="9"/>
    <w:name w:val="heading 4"/>
    <w:basedOn w:val="Standaard"/>
    <w:next w:val="Standaard"/>
    <w:semiHidden/>
    <w:unhideWhenUsed/>
    <w:link w:val="Kop4Char"/>
    <w:qFormat/>
    <w:rsid w:val="7B86F3D3"/>
    <w:rPr>
      <w:rFonts w:eastAsiaTheme="majorEastAsia" w:cstheme="majorBidi"/>
      <w:i w:val="1"/>
      <w:iCs w:val="1"/>
    </w:rPr>
    <w:pPr>
      <w:keepNext w:val="1"/>
      <w:keepLines w:val="1"/>
      <w:spacing w:before="80" w:after="40"/>
      <w:outlineLvl w:val="3"/>
    </w:pPr>
  </w:style>
  <w:style w:type="paragraph" w:styleId="Kop5">
    <w:uiPriority w:val="9"/>
    <w:name w:val="heading 5"/>
    <w:basedOn w:val="Standaard"/>
    <w:next w:val="Standaard"/>
    <w:semiHidden/>
    <w:unhideWhenUsed/>
    <w:link w:val="Kop5Char"/>
    <w:qFormat/>
    <w:rsid w:val="7B86F3D3"/>
    <w:rPr>
      <w:rFonts w:eastAsiaTheme="majorEastAsia" w:cstheme="majorBidi"/>
    </w:rPr>
    <w:pPr>
      <w:keepNext w:val="1"/>
      <w:keepLines w:val="1"/>
      <w:spacing w:before="80" w:after="40"/>
      <w:outlineLvl w:val="4"/>
    </w:pPr>
  </w:style>
  <w:style w:type="paragraph" w:styleId="Kop6">
    <w:uiPriority w:val="9"/>
    <w:name w:val="heading 6"/>
    <w:basedOn w:val="Standaard"/>
    <w:next w:val="Standaard"/>
    <w:semiHidden/>
    <w:unhideWhenUsed/>
    <w:link w:val="Kop6Char"/>
    <w:qFormat/>
    <w:rsid w:val="7B86F3D3"/>
    <w:rPr>
      <w:rFonts w:eastAsiaTheme="majorEastAsia" w:cstheme="majorBidi"/>
      <w:i w:val="1"/>
      <w:iCs w:val="1"/>
    </w:rPr>
    <w:pPr>
      <w:keepNext w:val="1"/>
      <w:keepLines w:val="1"/>
      <w:spacing w:before="40" w:after="0"/>
      <w:outlineLvl w:val="5"/>
    </w:pPr>
  </w:style>
  <w:style w:type="paragraph" w:styleId="Kop7">
    <w:uiPriority w:val="9"/>
    <w:name w:val="heading 7"/>
    <w:basedOn w:val="Standaard"/>
    <w:next w:val="Standaard"/>
    <w:semiHidden/>
    <w:unhideWhenUsed/>
    <w:link w:val="Kop7Char"/>
    <w:qFormat/>
    <w:rsid w:val="7B86F3D3"/>
    <w:rPr>
      <w:rFonts w:eastAsiaTheme="majorEastAsia" w:cstheme="majorBidi"/>
    </w:rPr>
    <w:pPr>
      <w:keepNext w:val="1"/>
      <w:keepLines w:val="1"/>
      <w:spacing w:before="40" w:after="0"/>
      <w:outlineLvl w:val="6"/>
    </w:pPr>
  </w:style>
  <w:style w:type="paragraph" w:styleId="Kop8">
    <w:uiPriority w:val="9"/>
    <w:name w:val="heading 8"/>
    <w:basedOn w:val="Standaard"/>
    <w:next w:val="Standaard"/>
    <w:semiHidden/>
    <w:unhideWhenUsed/>
    <w:link w:val="Kop8Char"/>
    <w:qFormat/>
    <w:rsid w:val="7B86F3D3"/>
    <w:rPr>
      <w:rFonts w:eastAsiaTheme="majorEastAsia" w:cstheme="majorBidi"/>
      <w:i w:val="1"/>
      <w:iCs w:val="1"/>
    </w:rPr>
    <w:pPr>
      <w:keepNext w:val="1"/>
      <w:keepLines w:val="1"/>
      <w:spacing w:after="0"/>
      <w:outlineLvl w:val="7"/>
    </w:pPr>
  </w:style>
  <w:style w:type="paragraph" w:styleId="Kop9">
    <w:uiPriority w:val="9"/>
    <w:name w:val="heading 9"/>
    <w:basedOn w:val="Standaard"/>
    <w:next w:val="Standaard"/>
    <w:semiHidden/>
    <w:unhideWhenUsed/>
    <w:link w:val="Kop9Char"/>
    <w:qFormat/>
    <w:rsid w:val="7B86F3D3"/>
    <w:rPr>
      <w:rFonts w:eastAsiaTheme="majorEastAsia" w:cstheme="majorBidi"/>
    </w:rPr>
    <w:pPr>
      <w:keepNext w:val="1"/>
      <w:keepLines w:val="1"/>
      <w:spacing w:after="0"/>
      <w:outlineLvl w:val="8"/>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true">
    <w:uiPriority w:val="99"/>
    <w:name w:val="Koptekst Char"/>
    <w:basedOn w:val="Standaardalinea-lettertype"/>
    <w:link w:val="Koptekst"/>
    <w:rsid w:val="7B86F3D3"/>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true">
    <w:uiPriority w:val="99"/>
    <w:name w:val="Voettekst Char"/>
    <w:basedOn w:val="Standaardalinea-lettertype"/>
    <w:link w:val="Voettekst"/>
    <w:rsid w:val="7B86F3D3"/>
  </w:style>
  <w:style w:type="paragraph" w:styleId="Geenafstand">
    <w:name w:val="No Spacing"/>
    <w:uiPriority w:val="1"/>
    <w:qFormat/>
    <w:rsid w:val="00FC693F"/>
    <w:pPr>
      <w:spacing w:after="0" w:line="240" w:lineRule="auto"/>
    </w:pPr>
  </w:style>
  <w:style w:type="character" w:styleId="Kop1Char" w:customStyle="true">
    <w:uiPriority w:val="9"/>
    <w:name w:val="Kop 1 Char"/>
    <w:basedOn w:val="Standaardalinea-lettertype"/>
    <w:link w:val="Kop1"/>
    <w:rsid w:val="7B86F3D3"/>
    <w:rPr>
      <w:rFonts w:asciiTheme="majorAscii" w:hAnsiTheme="majorAscii" w:eastAsiaTheme="majorEastAsia" w:cstheme="majorBidi"/>
      <w:sz w:val="40"/>
      <w:szCs w:val="40"/>
    </w:rPr>
  </w:style>
  <w:style w:type="character" w:styleId="Kop2Char" w:customStyle="true">
    <w:uiPriority w:val="9"/>
    <w:name w:val="Kop 2 Char"/>
    <w:basedOn w:val="Standaardalinea-lettertype"/>
    <w:link w:val="Kop2"/>
    <w:rsid w:val="7B86F3D3"/>
    <w:rPr>
      <w:rFonts w:asciiTheme="majorAscii" w:hAnsiTheme="majorAscii" w:eastAsiaTheme="majorEastAsia" w:cstheme="majorBidi"/>
      <w:sz w:val="26"/>
      <w:szCs w:val="26"/>
    </w:rPr>
  </w:style>
  <w:style w:type="character" w:styleId="Kop3Char" w:customStyle="true">
    <w:uiPriority w:val="9"/>
    <w:name w:val="Kop 3 Char"/>
    <w:basedOn w:val="Standaardalinea-lettertype"/>
    <w:link w:val="Kop3"/>
    <w:rsid w:val="7B86F3D3"/>
    <w:rPr>
      <w:rFonts w:eastAsiaTheme="majorEastAsia" w:cstheme="majorBidi"/>
      <w:sz w:val="28"/>
      <w:szCs w:val="28"/>
    </w:rPr>
  </w:style>
  <w:style w:type="paragraph" w:styleId="Titel">
    <w:uiPriority w:val="10"/>
    <w:name w:val="Title"/>
    <w:basedOn w:val="Standaard"/>
    <w:next w:val="Standaard"/>
    <w:link w:val="TitelChar"/>
    <w:qFormat/>
    <w:rsid w:val="7B86F3D3"/>
    <w:rPr>
      <w:rFonts w:asciiTheme="majorAscii" w:hAnsiTheme="majorAscii" w:eastAsiaTheme="majorEastAsia" w:cstheme="majorBidi"/>
      <w:sz w:val="56"/>
      <w:szCs w:val="56"/>
    </w:rPr>
    <w:pPr>
      <w:spacing w:after="80" w:line="240" w:lineRule="auto"/>
      <w:contextualSpacing/>
    </w:pPr>
  </w:style>
  <w:style w:type="character" w:styleId="TitelChar" w:customStyle="true">
    <w:uiPriority w:val="10"/>
    <w:name w:val="Titel Char"/>
    <w:basedOn w:val="Standaardalinea-lettertype"/>
    <w:link w:val="Titel"/>
    <w:rsid w:val="7B86F3D3"/>
    <w:rPr>
      <w:rFonts w:asciiTheme="majorAscii" w:hAnsiTheme="majorAscii" w:eastAsiaTheme="majorEastAsia" w:cstheme="majorBidi"/>
      <w:sz w:val="56"/>
      <w:szCs w:val="56"/>
    </w:rPr>
  </w:style>
  <w:style w:type="paragraph" w:styleId="Ondertitel">
    <w:uiPriority w:val="11"/>
    <w:name w:val="Subtitle"/>
    <w:basedOn w:val="Standaard"/>
    <w:next w:val="Standaard"/>
    <w:link w:val="OndertitelChar"/>
    <w:qFormat/>
    <w:rsid w:val="7B86F3D3"/>
    <w:rPr>
      <w:rFonts w:eastAsiaTheme="majorEastAsia" w:cstheme="majorBidi"/>
      <w:sz w:val="28"/>
      <w:szCs w:val="28"/>
    </w:rPr>
  </w:style>
  <w:style w:type="character" w:styleId="OndertitelChar" w:customStyle="true">
    <w:uiPriority w:val="11"/>
    <w:name w:val="Ondertitel Char"/>
    <w:basedOn w:val="Standaardalinea-lettertype"/>
    <w:link w:val="Ondertitel"/>
    <w:rsid w:val="7B86F3D3"/>
    <w:rPr>
      <w:rFonts w:eastAsiaTheme="majorEastAsia" w:cstheme="majorBidi"/>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uiPriority w:val="99"/>
    <w:name w:val="List"/>
    <w:basedOn w:val="Standaard"/>
    <w:unhideWhenUsed/>
    <w:rsid w:val="7B86F3D3"/>
    <w:pPr>
      <w:spacing/>
      <w:ind w:left="283" w:hanging="283"/>
      <w:contextualSpacing/>
    </w:pPr>
  </w:style>
  <w:style w:type="paragraph" w:styleId="Lijst2">
    <w:uiPriority w:val="99"/>
    <w:name w:val="List 2"/>
    <w:basedOn w:val="Standaard"/>
    <w:unhideWhenUsed/>
    <w:rsid w:val="7B86F3D3"/>
    <w:pPr>
      <w:spacing/>
      <w:ind w:left="566" w:hanging="283"/>
      <w:contextualSpacing/>
    </w:pPr>
  </w:style>
  <w:style w:type="paragraph" w:styleId="Lijst3">
    <w:uiPriority w:val="99"/>
    <w:name w:val="List 3"/>
    <w:basedOn w:val="Standaard"/>
    <w:unhideWhenUsed/>
    <w:rsid w:val="7B86F3D3"/>
    <w:pPr>
      <w:spacing/>
      <w:ind w:left="849" w:hanging="283"/>
      <w:contextualSpacing/>
    </w:pPr>
  </w:style>
  <w:style w:type="paragraph" w:styleId="Lijstopsomteken">
    <w:uiPriority w:val="99"/>
    <w:name w:val="List Bullet"/>
    <w:basedOn w:val="Standaard"/>
    <w:unhideWhenUsed/>
    <w:rsid w:val="7B86F3D3"/>
    <w:pPr>
      <w:spacing/>
      <w:ind w:left="360" w:hanging="360"/>
      <w:contextualSpacing/>
    </w:pPr>
  </w:style>
  <w:style w:type="paragraph" w:styleId="Lijstopsomteken2">
    <w:uiPriority w:val="99"/>
    <w:name w:val="List Bullet 2"/>
    <w:basedOn w:val="Standaard"/>
    <w:unhideWhenUsed/>
    <w:rsid w:val="7B86F3D3"/>
    <w:pPr>
      <w:tabs>
        <w:tab w:val="num" w:leader="none" w:pos="643"/>
      </w:tabs>
      <w:spacing/>
      <w:ind w:left="643" w:hanging="360"/>
      <w:contextualSpacing/>
    </w:pPr>
  </w:style>
  <w:style w:type="paragraph" w:styleId="Lijstopsomteken3">
    <w:uiPriority w:val="99"/>
    <w:name w:val="List Bullet 3"/>
    <w:basedOn w:val="Standaard"/>
    <w:unhideWhenUsed/>
    <w:rsid w:val="7B86F3D3"/>
    <w:pPr>
      <w:tabs>
        <w:tab w:val="num" w:leader="none" w:pos="926"/>
      </w:tabs>
      <w:spacing/>
      <w:ind w:left="926" w:hanging="360"/>
      <w:contextualSpacing/>
    </w:pPr>
  </w:style>
  <w:style w:type="paragraph" w:styleId="Lijstnummering">
    <w:uiPriority w:val="99"/>
    <w:name w:val="List Number"/>
    <w:basedOn w:val="Standaard"/>
    <w:unhideWhenUsed/>
    <w:rsid w:val="7B86F3D3"/>
    <w:pPr>
      <w:spacing/>
      <w:ind w:left="360" w:hanging="360"/>
      <w:contextualSpacing/>
    </w:pPr>
  </w:style>
  <w:style w:type="paragraph" w:styleId="Lijstnummering2">
    <w:uiPriority w:val="99"/>
    <w:name w:val="List Number 2"/>
    <w:basedOn w:val="Standaard"/>
    <w:unhideWhenUsed/>
    <w:rsid w:val="7B86F3D3"/>
    <w:pPr>
      <w:tabs>
        <w:tab w:val="num" w:leader="none" w:pos="643"/>
      </w:tabs>
      <w:spacing/>
      <w:ind w:left="643"/>
      <w:contextualSpacing/>
    </w:pPr>
  </w:style>
  <w:style w:type="paragraph" w:styleId="Lijstnummering3">
    <w:uiPriority w:val="99"/>
    <w:name w:val="List Number 3"/>
    <w:basedOn w:val="Standaard"/>
    <w:unhideWhenUsed/>
    <w:rsid w:val="7B86F3D3"/>
    <w:pPr>
      <w:tabs>
        <w:tab w:val="num" w:leader="none" w:pos="926"/>
        <w:tab w:val="num" w:leader="none" w:pos="1080"/>
      </w:tabs>
      <w:spacing/>
      <w:ind w:left="1080" w:hanging="360"/>
      <w:contextualSpacing/>
    </w:pPr>
  </w:style>
  <w:style w:type="paragraph" w:styleId="Lijstvoortzetting">
    <w:uiPriority w:val="99"/>
    <w:name w:val="List Continue"/>
    <w:basedOn w:val="Standaard"/>
    <w:unhideWhenUsed/>
    <w:rsid w:val="7B86F3D3"/>
    <w:pPr>
      <w:spacing w:after="120"/>
      <w:ind w:left="283"/>
      <w:contextualSpacing/>
    </w:pPr>
  </w:style>
  <w:style w:type="paragraph" w:styleId="Lijstvoortzetting2">
    <w:uiPriority w:val="99"/>
    <w:name w:val="List Continue 2"/>
    <w:basedOn w:val="Standaard"/>
    <w:unhideWhenUsed/>
    <w:rsid w:val="7B86F3D3"/>
    <w:pPr>
      <w:spacing w:after="120"/>
      <w:ind w:left="566"/>
      <w:contextualSpacing/>
    </w:pPr>
  </w:style>
  <w:style w:type="paragraph" w:styleId="Lijstvoortzetting3">
    <w:uiPriority w:val="99"/>
    <w:name w:val="List Continue 3"/>
    <w:basedOn w:val="Standaard"/>
    <w:unhideWhenUsed/>
    <w:rsid w:val="7B86F3D3"/>
    <w:pPr>
      <w:spacing w:after="120"/>
      <w:ind w:left="849"/>
      <w:contextualSpacing/>
    </w:pPr>
  </w:style>
  <w:style w:type="paragraph" w:styleId="Macrotekst">
    <w:uiPriority w:val="99"/>
    <w:name w:val="macro"/>
    <w:unhideWhenUsed/>
    <w:link w:val="MacrotekstChar"/>
    <w:rsid w:val="7B86F3D3"/>
    <w:rPr>
      <w:rFonts w:ascii="Consolas" w:hAnsi="Consolas"/>
      <w:sz w:val="20"/>
      <w:szCs w:val="20"/>
    </w:rPr>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pacing w:after="0"/>
    </w:pPr>
  </w:style>
  <w:style w:type="character" w:styleId="MacrotekstChar" w:customStyle="true">
    <w:uiPriority w:val="99"/>
    <w:name w:val="Macrotekst Char"/>
    <w:basedOn w:val="Standaardalinea-lettertype"/>
    <w:link w:val="Macrotekst"/>
    <w:rsid w:val="7B86F3D3"/>
    <w:rPr>
      <w:rFonts w:ascii="Consolas" w:hAnsi="Consolas"/>
      <w:sz w:val="20"/>
      <w:szCs w:val="20"/>
    </w:rPr>
  </w:style>
  <w:style w:type="paragraph" w:styleId="Citaat">
    <w:uiPriority w:val="29"/>
    <w:name w:val="Quote"/>
    <w:basedOn w:val="Standaard"/>
    <w:next w:val="Standaard"/>
    <w:link w:val="CitaatChar"/>
    <w:qFormat/>
    <w:rsid w:val="7B86F3D3"/>
    <w:rPr>
      <w:i w:val="1"/>
      <w:iCs w:val="1"/>
    </w:rPr>
    <w:pPr>
      <w:spacing w:before="160"/>
      <w:jc w:val="center"/>
    </w:pPr>
  </w:style>
  <w:style w:type="character" w:styleId="CitaatChar" w:customStyle="true">
    <w:uiPriority w:val="29"/>
    <w:name w:val="Citaat Char"/>
    <w:basedOn w:val="Standaardalinea-lettertype"/>
    <w:link w:val="Citaat"/>
    <w:rsid w:val="7B86F3D3"/>
    <w:rPr>
      <w:i w:val="1"/>
      <w:iCs w:val="1"/>
    </w:rPr>
  </w:style>
  <w:style w:type="character" w:styleId="Kop4Char" w:customStyle="true">
    <w:uiPriority w:val="9"/>
    <w:name w:val="Kop 4 Char"/>
    <w:basedOn w:val="Standaardalinea-lettertype"/>
    <w:semiHidden/>
    <w:link w:val="Kop4"/>
    <w:rsid w:val="7B86F3D3"/>
    <w:rPr>
      <w:rFonts w:eastAsiaTheme="majorEastAsia" w:cstheme="majorBidi"/>
      <w:i w:val="1"/>
      <w:iCs w:val="1"/>
    </w:rPr>
  </w:style>
  <w:style w:type="character" w:styleId="Kop5Char" w:customStyle="true">
    <w:uiPriority w:val="9"/>
    <w:name w:val="Kop 5 Char"/>
    <w:basedOn w:val="Standaardalinea-lettertype"/>
    <w:semiHidden/>
    <w:link w:val="Kop5"/>
    <w:rsid w:val="7B86F3D3"/>
    <w:rPr>
      <w:rFonts w:eastAsiaTheme="majorEastAsia" w:cstheme="majorBidi"/>
    </w:rPr>
  </w:style>
  <w:style w:type="character" w:styleId="Kop6Char" w:customStyle="true">
    <w:uiPriority w:val="9"/>
    <w:name w:val="Kop 6 Char"/>
    <w:basedOn w:val="Standaardalinea-lettertype"/>
    <w:semiHidden/>
    <w:link w:val="Kop6"/>
    <w:rsid w:val="7B86F3D3"/>
    <w:rPr>
      <w:rFonts w:eastAsiaTheme="majorEastAsia" w:cstheme="majorBidi"/>
      <w:i w:val="1"/>
      <w:iCs w:val="1"/>
    </w:rPr>
  </w:style>
  <w:style w:type="character" w:styleId="Kop7Char" w:customStyle="true">
    <w:uiPriority w:val="9"/>
    <w:name w:val="Kop 7 Char"/>
    <w:basedOn w:val="Standaardalinea-lettertype"/>
    <w:semiHidden/>
    <w:link w:val="Kop7"/>
    <w:rsid w:val="7B86F3D3"/>
    <w:rPr>
      <w:rFonts w:eastAsiaTheme="majorEastAsia" w:cstheme="majorBidi"/>
    </w:rPr>
  </w:style>
  <w:style w:type="character" w:styleId="Kop8Char" w:customStyle="true">
    <w:uiPriority w:val="9"/>
    <w:name w:val="Kop 8 Char"/>
    <w:basedOn w:val="Standaardalinea-lettertype"/>
    <w:semiHidden/>
    <w:link w:val="Kop8"/>
    <w:rsid w:val="7B86F3D3"/>
    <w:rPr>
      <w:rFonts w:eastAsiaTheme="majorEastAsia" w:cstheme="majorBidi"/>
      <w:i w:val="1"/>
      <w:iCs w:val="1"/>
    </w:rPr>
  </w:style>
  <w:style w:type="character" w:styleId="Kop9Char" w:customStyle="true">
    <w:uiPriority w:val="9"/>
    <w:name w:val="Kop 9 Char"/>
    <w:basedOn w:val="Standaardalinea-lettertype"/>
    <w:semiHidden/>
    <w:link w:val="Kop9"/>
    <w:rsid w:val="7B86F3D3"/>
    <w:rPr>
      <w:rFonts w:eastAsiaTheme="majorEastAsia" w:cstheme="majorBidi"/>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uiPriority w:val="30"/>
    <w:name w:val="Intense Quote"/>
    <w:basedOn w:val="Standaard"/>
    <w:next w:val="Standaard"/>
    <w:link w:val="DuidelijkcitaatChar"/>
    <w:qFormat/>
    <w:rsid w:val="7B86F3D3"/>
    <w:rPr>
      <w:i w:val="1"/>
      <w:iCs w:val="1"/>
    </w:rPr>
    <w:pPr>
      <w:spacing w:before="360" w:after="360"/>
      <w:ind w:left="864" w:right="864"/>
      <w:jc w:val="center"/>
    </w:pPr>
  </w:style>
  <w:style w:type="character" w:styleId="DuidelijkcitaatChar" w:customStyle="true">
    <w:uiPriority w:val="30"/>
    <w:name w:val="Duidelijk citaat Char"/>
    <w:basedOn w:val="Standaardalinea-lettertype"/>
    <w:link w:val="Duidelijkcitaat"/>
    <w:rsid w:val="7B86F3D3"/>
    <w:rPr>
      <w:i w:val="1"/>
      <w:iCs w:val="1"/>
    </w:rPr>
  </w:style>
  <w:style w:type="character" w:styleId="Subtielebenadrukking">
    <w:uiPriority w:val="19"/>
    <w:name w:val="Subtle Emphasis"/>
    <w:basedOn w:val="Standaardalinea-lettertype"/>
    <w:qFormat/>
    <w:rsid w:val="7B86F3D3"/>
    <w:rPr>
      <w:i w:val="1"/>
      <w:iCs w:val="1"/>
    </w:rPr>
  </w:style>
  <w:style w:type="character" w:styleId="Intensievebenadrukking">
    <w:uiPriority w:val="21"/>
    <w:name w:val="Intense Emphasis"/>
    <w:basedOn w:val="Standaardalinea-lettertype"/>
    <w:qFormat/>
    <w:rsid w:val="7B86F3D3"/>
    <w:rPr>
      <w:i w:val="1"/>
      <w:iCs w:val="1"/>
    </w:rPr>
  </w:style>
  <w:style w:type="character" w:styleId="Subtieleverwijzing">
    <w:uiPriority w:val="31"/>
    <w:name w:val="Subtle Reference"/>
    <w:basedOn w:val="Standaardalinea-lettertype"/>
    <w:qFormat/>
    <w:rsid w:val="7B86F3D3"/>
    <w:rPr>
      <w:smallCaps w:val="1"/>
    </w:rPr>
  </w:style>
  <w:style w:type="character" w:styleId="Intensieveverwijzing">
    <w:uiPriority w:val="32"/>
    <w:name w:val="Intense Reference"/>
    <w:basedOn w:val="Standaardalinea-lettertype"/>
    <w:qFormat/>
    <w:rsid w:val="7B86F3D3"/>
    <w:rPr>
      <w:b w:val="1"/>
      <w:bCs w:val="1"/>
      <w:smallCaps w:val="1"/>
    </w:rPr>
  </w:style>
  <w:style w:type="character" w:styleId="Titelvanboek">
    <w:uiPriority w:val="33"/>
    <w:name w:val="Book Title"/>
    <w:basedOn w:val="Standaardalinea-lettertype"/>
    <w:qFormat/>
    <w:rsid w:val="7B86F3D3"/>
    <w:rPr>
      <w:b w:val="1"/>
      <w:bCs w:val="1"/>
      <w:i w:val="1"/>
      <w:iCs w:val="1"/>
    </w:rPr>
  </w:style>
  <w:style w:type="paragraph" w:styleId="Kopvaninhoudsopgave">
    <w:uiPriority w:val="39"/>
    <w:name w:val="TOC Heading"/>
    <w:basedOn w:val="Kop1"/>
    <w:next w:val="Standaard"/>
    <w:semiHidden/>
    <w:unhideWhenUsed/>
    <w:qFormat/>
    <w:rsid w:val="7B86F3D3"/>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CE277E"/>
    <w:rPr>
      <w:color w:val="0000FF" w:themeColor="hyperlink"/>
      <w:u w:val="single"/>
    </w:rPr>
  </w:style>
  <w:style w:type="character" w:styleId="Verwijzingopmerking">
    <w:name w:val="annotation reference"/>
    <w:basedOn w:val="Standaardalinea-lettertype"/>
    <w:uiPriority w:val="99"/>
    <w:semiHidden/>
    <w:unhideWhenUsed/>
    <w:rsid w:val="00D73BFC"/>
    <w:rPr>
      <w:sz w:val="16"/>
      <w:szCs w:val="16"/>
    </w:rPr>
  </w:style>
  <w:style w:type="paragraph" w:styleId="Tekstopmerking">
    <w:name w:val="annotation text"/>
    <w:basedOn w:val="Standaard"/>
    <w:link w:val="TekstopmerkingChar"/>
    <w:uiPriority w:val="99"/>
    <w:unhideWhenUsed/>
    <w:rsid w:val="00D73BFC"/>
    <w:pPr>
      <w:spacing w:line="240" w:lineRule="auto"/>
    </w:pPr>
    <w:rPr>
      <w:sz w:val="20"/>
      <w:szCs w:val="20"/>
    </w:rPr>
  </w:style>
  <w:style w:type="character" w:styleId="TekstopmerkingChar" w:customStyle="1">
    <w:name w:val="Tekst opmerking Char"/>
    <w:basedOn w:val="Standaardalinea-lettertype"/>
    <w:link w:val="Tekstopmerking"/>
    <w:uiPriority w:val="99"/>
    <w:rsid w:val="00D73BFC"/>
    <w:rPr>
      <w:sz w:val="20"/>
      <w:szCs w:val="20"/>
    </w:rPr>
  </w:style>
  <w:style w:type="paragraph" w:styleId="Onderwerpvanopmerking">
    <w:name w:val="annotation subject"/>
    <w:basedOn w:val="Tekstopmerking"/>
    <w:next w:val="Tekstopmerking"/>
    <w:link w:val="OnderwerpvanopmerkingChar"/>
    <w:uiPriority w:val="99"/>
    <w:semiHidden/>
    <w:unhideWhenUsed/>
    <w:rsid w:val="00D73BFC"/>
    <w:rPr>
      <w:b/>
      <w:bCs/>
    </w:rPr>
  </w:style>
  <w:style w:type="character" w:styleId="OnderwerpvanopmerkingChar" w:customStyle="1">
    <w:name w:val="Onderwerp van opmerking Char"/>
    <w:basedOn w:val="TekstopmerkingChar"/>
    <w:link w:val="Onderwerpvanopmerking"/>
    <w:uiPriority w:val="99"/>
    <w:semiHidden/>
    <w:rsid w:val="00D73BFC"/>
    <w:rPr>
      <w:b/>
      <w:bCs/>
      <w:sz w:val="20"/>
      <w:szCs w:val="20"/>
    </w:rPr>
  </w:style>
  <w:style w:type="paragraph" w:styleId="ListBullet4">
    <w:uiPriority w:val="99"/>
    <w:name w:val="List Bullet 4"/>
    <w:basedOn w:val="Standaard"/>
    <w:unhideWhenUsed/>
    <w:rsid w:val="7B86F3D3"/>
    <w:pPr>
      <w:tabs>
        <w:tab w:val="num" w:leader="none" w:pos="1209"/>
      </w:tabs>
      <w:spacing/>
      <w:ind w:left="1209" w:hanging="360"/>
      <w:contextualSpacing/>
    </w:pPr>
  </w:style>
  <w:style w:type="paragraph" w:styleId="ListBullet5">
    <w:uiPriority w:val="99"/>
    <w:name w:val="List Bullet 5"/>
    <w:basedOn w:val="Standaard"/>
    <w:unhideWhenUsed/>
    <w:rsid w:val="7B86F3D3"/>
    <w:pPr>
      <w:tabs>
        <w:tab w:val="num" w:leader="none" w:pos="1492"/>
      </w:tabs>
      <w:spacing/>
      <w:ind w:left="1492" w:hanging="360"/>
      <w:contextualSpacing/>
    </w:pPr>
  </w:style>
  <w:style w:type="paragraph" w:styleId="ListNumber4">
    <w:uiPriority w:val="99"/>
    <w:name w:val="List Number 4"/>
    <w:basedOn w:val="Standaard"/>
    <w:unhideWhenUsed/>
    <w:rsid w:val="7B86F3D3"/>
    <w:pPr>
      <w:tabs>
        <w:tab w:val="num" w:leader="none" w:pos="1209"/>
      </w:tabs>
      <w:spacing/>
      <w:ind w:left="1209"/>
      <w:contextualSpacing/>
    </w:pPr>
  </w:style>
  <w:style w:type="paragraph" w:styleId="ListNumber5">
    <w:uiPriority w:val="99"/>
    <w:name w:val="List Number 5"/>
    <w:basedOn w:val="Standaard"/>
    <w:unhideWhenUsed/>
    <w:rsid w:val="7B86F3D3"/>
    <w:pPr>
      <w:tabs>
        <w:tab w:val="num" w:leader="none" w:pos="1492"/>
      </w:tabs>
      <w:spacing/>
      <w:ind w:left="149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styles" Target="styles.xml" Id="rId7" /><Relationship Type="http://schemas.microsoft.com/office/2011/relationships/commentsExtended" Target="commentsExtended.xml" Id="rId12" /><Relationship Type="http://schemas.openxmlformats.org/officeDocument/2006/relationships/theme" Target="theme/theme1.xml" Id="rId17" /><Relationship Type="http://schemas.openxmlformats.org/officeDocument/2006/relationships/footer" Target="footer.xml" Id="R0a1eff187999486f"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eader" Target="header.xml" Id="Rbc1a5a025dfd4e70"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293b70-8f97-4fd5-978c-83b462d73f85">
      <Terms xmlns="http://schemas.microsoft.com/office/infopath/2007/PartnerControls"/>
    </lcf76f155ced4ddcb4097134ff3c332f>
    <TaxCatchAll xmlns="2a1274f1-0e0e-415f-949a-84b334f233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E3E03CDC047674A95AF517E69A73607" ma:contentTypeVersion="11" ma:contentTypeDescription="Een nieuw document maken." ma:contentTypeScope="" ma:versionID="6207dbbc139fd1c4d864a221fa6cb69c">
  <xsd:schema xmlns:xsd="http://www.w3.org/2001/XMLSchema" xmlns:xs="http://www.w3.org/2001/XMLSchema" xmlns:p="http://schemas.microsoft.com/office/2006/metadata/properties" xmlns:ns2="51202a96-aa28-40a1-8cbe-0a6550b80cd4" xmlns:ns3="8cd1c27d-502e-4417-8070-e5a9b92b0b97" targetNamespace="http://schemas.microsoft.com/office/2006/metadata/properties" ma:root="true" ma:fieldsID="3dfef81f91a0be55bff5d74789225005" ns2:_="" ns3:_="">
    <xsd:import namespace="51202a96-aa28-40a1-8cbe-0a6550b80cd4"/>
    <xsd:import namespace="8cd1c27d-502e-4417-8070-e5a9b92b0b9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02a96-aa28-40a1-8cbe-0a6550b80cd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61d27030-5c4b-46bf-8244-78e253c840b5}" ma:internalName="TaxCatchAll" ma:showField="CatchAllData" ma:web="51202a96-aa28-40a1-8cbe-0a6550b80c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d1c27d-502e-4417-8070-e5a9b92b0b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2acaa0d-a40d-4f73-83f1-5bbc08f3a36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035D32A4964FDC4D9BDBE318428B2150" ma:contentTypeVersion="17" ma:contentTypeDescription="Een nieuw document maken." ma:contentTypeScope="" ma:versionID="029cf9a34785c47172bc181f90550f3c">
  <xsd:schema xmlns:xsd="http://www.w3.org/2001/XMLSchema" xmlns:xs="http://www.w3.org/2001/XMLSchema" xmlns:p="http://schemas.microsoft.com/office/2006/metadata/properties" xmlns:ns2="86293b70-8f97-4fd5-978c-83b462d73f85" xmlns:ns3="2a1274f1-0e0e-415f-949a-84b334f2333a" targetNamespace="http://schemas.microsoft.com/office/2006/metadata/properties" ma:root="true" ma:fieldsID="2c5633d04b81674766e4e79ed2fc1a85" ns2:_="" ns3:_="">
    <xsd:import namespace="86293b70-8f97-4fd5-978c-83b462d73f85"/>
    <xsd:import namespace="2a1274f1-0e0e-415f-949a-84b334f233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93b70-8f97-4fd5-978c-83b462d73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5253302-e1c2-438b-bb47-88303090fb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1274f1-0e0e-415f-949a-84b334f2333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454ddd7-a142-40af-8639-a6a958cfd68c}" ma:internalName="TaxCatchAll" ma:showField="CatchAllData" ma:web="2a1274f1-0e0e-415f-949a-84b334f233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E2491-9CA8-4E3E-9AAF-962A3F74AED5}">
  <ds:schemaRefs>
    <ds:schemaRef ds:uri="http://schemas.microsoft.com/office/2006/metadata/properties"/>
    <ds:schemaRef ds:uri="http://schemas.microsoft.com/office/infopath/2007/PartnerControls"/>
    <ds:schemaRef ds:uri="8cd1c27d-502e-4417-8070-e5a9b92b0b97"/>
    <ds:schemaRef ds:uri="51202a96-aa28-40a1-8cbe-0a6550b80cd4"/>
  </ds:schemaRefs>
</ds:datastoreItem>
</file>

<file path=customXml/itemProps2.xml><?xml version="1.0" encoding="utf-8"?>
<ds:datastoreItem xmlns:ds="http://schemas.openxmlformats.org/officeDocument/2006/customXml" ds:itemID="{52EA115A-B113-49D3-A6DC-C3501B2B4F7C}">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6ACBC73-9DA8-46E9-9CBC-3F7AFF8E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02a96-aa28-40a1-8cbe-0a6550b80cd4"/>
    <ds:schemaRef ds:uri="8cd1c27d-502e-4417-8070-e5a9b92b0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85BD53-AA10-4024-8F9E-5580B06CAC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Sofia  Sacco</lastModifiedBy>
  <revision>36</revision>
  <dcterms:created xsi:type="dcterms:W3CDTF">2026-05-13T15:21:00.0000000Z</dcterms:created>
  <dcterms:modified xsi:type="dcterms:W3CDTF">2026-06-23T14:10:17.7592231Z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0x010100035D32A4964FDC4D9BDBE318428B2150</vt:lpwstr>
  </property>
  <property fmtid="{D5CDD505-2E9C-101B-9397-08002B2CF9AE}" pid="3" name="_dlc_DocIdItemGuid">
    <vt:lpwstr>c38ce624-dacc-496b-b607-2d7147d5f115</vt:lpwstr>
  </property>
  <property fmtid="{D5CDD505-2E9C-101B-9397-08002B2CF9AE}" pid="4" name="MediaServiceImageTags">
    <vt:lpwstr/>
  </property>
</Properties>
</file>