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C097C" w:rsidR="00DB7190" w:rsidP="794B2D5F" w:rsidRDefault="00CB2B46" w14:paraId="6C017C77" w14:textId="6A74C0EA">
      <w:pPr>
        <w:pStyle w:val="Kop2"/>
        <w:ind w:left="0"/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</w:pPr>
      <w:r w:rsidRPr="794B2D5F" w:rsidR="28007AC6">
        <w:rPr>
          <w:rFonts w:ascii="Aharoni" w:hAnsi="Aharoni" w:eastAsia="Aharoni" w:cs="Aharoni"/>
          <w:b w:val="1"/>
          <w:bCs w:val="1"/>
          <w:i w:val="0"/>
          <w:iCs w:val="0"/>
          <w:caps w:val="0"/>
          <w:smallCaps w:val="0"/>
          <w:noProof w:val="0"/>
          <w:color w:val="3ACCBA"/>
          <w:sz w:val="31"/>
          <w:szCs w:val="31"/>
          <w:lang w:val="nl-NL"/>
        </w:rPr>
        <w:t>EMOTIES -</w:t>
      </w:r>
      <w:r w:rsidRPr="794B2D5F" w:rsidR="00CB2B46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 xml:space="preserve"> Herken wat je voelt</w:t>
      </w:r>
    </w:p>
    <w:p w:rsidR="00DB7190" w:rsidP="5763930C" w:rsidRDefault="0082018F" w14:paraId="1010C710" w14:textId="3C8B6AA9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  <w:r w:rsidRPr="5763930C" w:rsidR="0082018F">
        <w:rPr>
          <w:rFonts w:ascii="Dubai" w:hAnsi="Dubai" w:eastAsia="Dubai" w:cs="Dubai"/>
          <w:color w:val="2F023B"/>
          <w:sz w:val="24"/>
          <w:szCs w:val="24"/>
          <w:lang w:val="nl-NL"/>
        </w:rPr>
        <w:t>B</w:t>
      </w:r>
      <w:r w:rsidRPr="5763930C" w:rsidR="00F7250B">
        <w:rPr>
          <w:rFonts w:ascii="Dubai" w:hAnsi="Dubai" w:eastAsia="Dubai" w:cs="Dubai"/>
          <w:color w:val="2F023B"/>
          <w:sz w:val="24"/>
          <w:szCs w:val="24"/>
          <w:lang w:val="nl-NL"/>
        </w:rPr>
        <w:t>eter begrijp</w:t>
      </w:r>
      <w:r w:rsidRPr="5763930C" w:rsidR="0082018F">
        <w:rPr>
          <w:rFonts w:ascii="Dubai" w:hAnsi="Dubai" w:eastAsia="Dubai" w:cs="Dubai"/>
          <w:color w:val="2F023B"/>
          <w:sz w:val="24"/>
          <w:szCs w:val="24"/>
          <w:lang w:val="nl-NL"/>
        </w:rPr>
        <w:t>en</w:t>
      </w:r>
      <w:r w:rsidRPr="5763930C" w:rsidR="00F7250B">
        <w:rPr>
          <w:rFonts w:ascii="Dubai" w:hAnsi="Dubai" w:eastAsia="Dubai" w:cs="Dubai"/>
          <w:color w:val="2F023B"/>
          <w:sz w:val="24"/>
          <w:szCs w:val="24"/>
          <w:lang w:val="nl-NL"/>
        </w:rPr>
        <w:t xml:space="preserve"> wat je voelt, </w:t>
      </w:r>
      <w:r w:rsidRPr="5763930C" w:rsidR="0082018F">
        <w:rPr>
          <w:rFonts w:ascii="Dubai" w:hAnsi="Dubai" w:eastAsia="Dubai" w:cs="Dubai"/>
          <w:color w:val="2F023B"/>
          <w:sz w:val="24"/>
          <w:szCs w:val="24"/>
          <w:lang w:val="nl-NL"/>
        </w:rPr>
        <w:t>kan je helpen ermee om te gaan. Ook als emoties minder fijn zijn.</w:t>
      </w:r>
    </w:p>
    <w:p w:rsidRPr="002445A9" w:rsidR="00BC097C" w:rsidP="10B8AAB3" w:rsidRDefault="00BC097C" w14:paraId="28E0915A" w14:textId="4F0CBD28">
      <w:pPr>
        <w:rPr>
          <w:rFonts w:ascii="Dubai" w:hAnsi="Dubai" w:eastAsia="Dubai" w:cs="Dubai"/>
          <w:color w:val="2F023B"/>
          <w:sz w:val="24"/>
          <w:szCs w:val="24"/>
          <w:lang w:val="nl-NL"/>
        </w:rPr>
      </w:pPr>
      <w:r w:rsidRPr="10B8AAB3" w:rsidR="00BC097C">
        <w:rPr>
          <w:rFonts w:ascii="Dubai" w:hAnsi="Dubai" w:eastAsia="Dubai" w:cs="Dubai"/>
          <w:color w:val="2F023B"/>
          <w:sz w:val="24"/>
          <w:szCs w:val="24"/>
          <w:lang w:val="nl-NL"/>
        </w:rPr>
        <w:t>Denk aan de basisemoties: blij, boos, bang en verdrietig. Bedenk bij elke emotie een moment of situatie waarin je die voelde. Beantwoord per emotie de</w:t>
      </w:r>
      <w:r w:rsidRPr="10B8AAB3" w:rsidR="00CE277E">
        <w:rPr>
          <w:rFonts w:ascii="Dubai" w:hAnsi="Dubai" w:eastAsia="Dubai" w:cs="Dubai"/>
          <w:color w:val="2F023B"/>
          <w:sz w:val="24"/>
          <w:szCs w:val="24"/>
          <w:lang w:val="nl-NL"/>
        </w:rPr>
        <w:t>ze vragen:</w:t>
      </w:r>
    </w:p>
    <w:p w:rsidRPr="002445A9" w:rsidR="00DB7190" w:rsidP="10B8AAB3" w:rsidRDefault="00CE277E" w14:paraId="6EB15E97" w14:textId="5DDE86E9">
      <w:pPr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0B8AAB3" w:rsidR="00CE277E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Wanneer voel ik dit?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10B8AAB3" w14:paraId="6126B15D">
        <w:trPr>
          <w:trHeight w:val="300"/>
        </w:trPr>
        <w:tc>
          <w:tcPr>
            <w:tcW w:w="8640" w:type="dxa"/>
            <w:tcMar/>
          </w:tcPr>
          <w:p w:rsidR="27C0E8C7" w:rsidP="10B8AAB3" w:rsidRDefault="27C0E8C7" w14:paraId="4522DDDF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283AEE0D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6A6EFF5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4623C71A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5CBC8EAA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75D035F5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C0E8C7" w:rsidP="10B8AAB3" w:rsidRDefault="27C0E8C7" w14:paraId="163E9CC0" w14:textId="195ED7B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C0E8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70D463F0" w14:textId="5C832D2B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2505EA31" w14:textId="77777777">
      <w:pPr>
        <w:ind w:left="0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Waar voel ik dit in mijn lichaam?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10B8AAB3" w14:paraId="1D52D0CB">
        <w:trPr>
          <w:trHeight w:val="300"/>
        </w:trPr>
        <w:tc>
          <w:tcPr>
            <w:tcW w:w="8640" w:type="dxa"/>
            <w:tcMar/>
          </w:tcPr>
          <w:p w:rsidR="666C4862" w:rsidP="10B8AAB3" w:rsidRDefault="666C4862" w14:paraId="260C2761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78584AE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7F435E7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5F48C607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4EC07E6D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6C5D1229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66C4862" w:rsidP="10B8AAB3" w:rsidRDefault="666C4862" w14:paraId="05FD9C5D" w14:textId="364AFC0D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66C4862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00CE277E" w:rsidP="10B8AAB3" w:rsidRDefault="00CE277E" w14:paraId="6D6CCC80" w14:textId="77777777">
      <w:pPr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0C0D3DB3" w14:textId="0A36A536">
      <w:pPr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0B8AAB3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probeert deze emotie mij duidelijk te maken?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10B8AAB3" w14:paraId="621C4054">
        <w:trPr>
          <w:trHeight w:val="300"/>
        </w:trPr>
        <w:tc>
          <w:tcPr>
            <w:tcW w:w="8640" w:type="dxa"/>
            <w:tcMar/>
          </w:tcPr>
          <w:p w:rsidR="6B0A8213" w:rsidP="10B8AAB3" w:rsidRDefault="6B0A8213" w14:paraId="3EA7226A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70A89351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22561459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4ADDA008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2EB021FD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3FAC44D4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B0A8213" w:rsidP="10B8AAB3" w:rsidRDefault="6B0A8213" w14:paraId="706DE9EC" w14:textId="6A6DBA4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6B0A821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4F8D2260" w14:textId="1B94EB33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P="10B8AAB3" w:rsidRDefault="00CB2B46" w14:paraId="4A023E59" w14:textId="3F5365AF">
      <w:pPr>
        <w:ind w:left="0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2445A9" w:rsidR="00DB7190" w:rsidRDefault="00CB2B46" w14:paraId="61E63129" w14:textId="16D580E8">
      <w:pPr/>
      <w:r>
        <w:br w:type="page"/>
      </w:r>
    </w:p>
    <w:p w:rsidRPr="002445A9" w:rsidR="00DB7190" w:rsidP="10B8AAB3" w:rsidRDefault="00CB2B46" w14:paraId="28D20BDB" w14:textId="1F40548C">
      <w:pPr>
        <w:pStyle w:val="Standaard"/>
        <w:ind w:left="0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heb ik nodig</w:t>
      </w:r>
      <w:r w:rsidRPr="5763930C" w:rsidR="00CE277E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 xml:space="preserve"> a</w:t>
      </w:r>
      <w:r w:rsidRPr="5763930C" w:rsidR="00CE277E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ls ik me z</w:t>
      </w:r>
      <w:r w:rsidRPr="5763930C" w:rsidR="00CE277E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o voel</w:t>
      </w:r>
      <w:r w:rsidRPr="5763930C" w:rsidR="00CB2B46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0B8AAB3" w:rsidTr="75CED874" w14:paraId="0DDFF4A8">
        <w:trPr>
          <w:trHeight w:val="300"/>
        </w:trPr>
        <w:tc>
          <w:tcPr>
            <w:tcW w:w="8640" w:type="dxa"/>
            <w:tcMar/>
          </w:tcPr>
          <w:p w:rsidR="275B285C" w:rsidP="10B8AAB3" w:rsidRDefault="275B285C" w14:paraId="7C0EBD89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10B8AAB3" w:rsidRDefault="275B285C" w14:paraId="18C4B3F5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10B8AAB3" w:rsidRDefault="275B285C" w14:paraId="5DEE91C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10B8AAB3" w:rsidRDefault="275B285C" w14:paraId="53D09DB9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10B8AAB3" w:rsidRDefault="275B285C" w14:paraId="3F5B520D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10B8AAB3" w:rsidRDefault="275B285C" w14:paraId="43005079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0B8AAB3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08C74B66" w14:textId="7ED87481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275B285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334F37F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034783F2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1BC12E65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6B317B8B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1238CD7B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275B285C" w:rsidP="75CED874" w:rsidRDefault="275B285C" w14:paraId="60048E44" w14:textId="22A4485E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75CED874" w:rsidR="54DFF286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0B8AAB3" w:rsidP="10B8AAB3" w:rsidRDefault="10B8AAB3" w14:paraId="125D3E4D" w14:textId="30B27E1F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color w:val="6A25D0"/>
          <w:sz w:val="24"/>
          <w:szCs w:val="24"/>
          <w:lang w:val="nl-NL"/>
        </w:rPr>
      </w:pPr>
    </w:p>
    <w:p w:rsidRPr="00CE277E" w:rsidR="00CE277E" w:rsidP="5763930C" w:rsidRDefault="00CE277E" w14:paraId="592C1D7F" w14:textId="17309135">
      <w:pPr>
        <w:ind w:left="0"/>
        <w:rPr>
          <w:rFonts w:ascii="Dubai" w:hAnsi="Dubai" w:eastAsia="Dubai" w:cs="Dubai"/>
          <w:color w:val="auto"/>
          <w:sz w:val="24"/>
          <w:szCs w:val="24"/>
          <w:lang w:val="nl-NL"/>
        </w:rPr>
      </w:pPr>
      <w:r w:rsidRPr="5763930C" w:rsidR="00CE277E">
        <w:rPr>
          <w:rFonts w:ascii="Dubai" w:hAnsi="Dubai" w:eastAsia="Dubai" w:cs="Dubai"/>
          <w:color w:val="auto"/>
          <w:sz w:val="24"/>
          <w:szCs w:val="24"/>
          <w:lang w:val="nl-NL"/>
        </w:rPr>
        <w:t>Je hoeft het niet perfect te weten. Alleen even stilstaan helpt al.</w:t>
      </w:r>
    </w:p>
    <w:p w:rsidRPr="00CE277E" w:rsidR="00CE277E" w:rsidP="5763930C" w:rsidRDefault="00CE277E" w14:paraId="078F854A" w14:textId="5BC563BA">
      <w:pPr>
        <w:ind w:left="0"/>
        <w:rPr>
          <w:rFonts w:ascii="Dubai" w:hAnsi="Dubai" w:eastAsia="Dubai" w:cs="Dubai"/>
          <w:color w:val="auto"/>
          <w:sz w:val="24"/>
          <w:szCs w:val="24"/>
          <w:lang w:val="nl-NL"/>
        </w:rPr>
      </w:pPr>
      <w:r w:rsidRPr="5763930C" w:rsidR="00CE277E">
        <w:rPr>
          <w:rFonts w:ascii="Dubai" w:hAnsi="Dubai" w:eastAsia="Dubai" w:cs="Dubai"/>
          <w:b w:val="1"/>
          <w:bCs w:val="1"/>
          <w:color w:val="auto"/>
          <w:sz w:val="24"/>
          <w:szCs w:val="24"/>
          <w:lang w:val="nl-NL"/>
        </w:rPr>
        <w:t>Next level</w:t>
      </w:r>
      <w:r w:rsidRPr="5763930C" w:rsidR="00CE277E">
        <w:rPr>
          <w:rFonts w:ascii="Dubai" w:hAnsi="Dubai" w:eastAsia="Dubai" w:cs="Dubai"/>
          <w:color w:val="auto"/>
          <w:sz w:val="24"/>
          <w:szCs w:val="24"/>
          <w:lang w:val="nl-NL"/>
        </w:rPr>
        <w:t xml:space="preserve">: er zijn veel meer emoties dan deze vier. Check dit </w:t>
      </w:r>
      <w:hyperlink r:id="Rded74bb1abc1496b">
        <w:r w:rsidRPr="5763930C" w:rsidR="00CE277E">
          <w:rPr>
            <w:rStyle w:val="Hyperlink"/>
            <w:rFonts w:ascii="Dubai" w:hAnsi="Dubai" w:eastAsia="Dubai" w:cs="Dubai"/>
            <w:color w:val="auto"/>
            <w:sz w:val="24"/>
            <w:szCs w:val="24"/>
            <w:lang w:val="nl-NL"/>
          </w:rPr>
          <w:t>emotiewiel</w:t>
        </w:r>
      </w:hyperlink>
      <w:r w:rsidRPr="5763930C" w:rsidR="00CE277E">
        <w:rPr>
          <w:rFonts w:ascii="Dubai" w:hAnsi="Dubai" w:eastAsia="Dubai" w:cs="Dubai"/>
          <w:color w:val="auto"/>
          <w:sz w:val="24"/>
          <w:szCs w:val="24"/>
          <w:lang w:val="nl-NL"/>
        </w:rPr>
        <w:t xml:space="preserve"> en kijk wat je herkent.</w:t>
      </w:r>
    </w:p>
    <w:p w:rsidR="00CE277E" w:rsidRDefault="00CE277E" w14:paraId="5D2372DF" w14:textId="77777777">
      <w:pPr>
        <w:rPr>
          <w:rFonts w:ascii="Calibri" w:hAnsi="Calibri" w:cs="Calibri" w:eastAsiaTheme="majorEastAsia"/>
          <w:b/>
          <w:bCs/>
          <w:color w:val="4F81BD" w:themeColor="accent1"/>
          <w:sz w:val="24"/>
          <w:szCs w:val="24"/>
          <w:lang w:val="nl-NL"/>
        </w:rPr>
      </w:pPr>
      <w:r w:rsidRPr="75CED874">
        <w:rPr>
          <w:rFonts w:ascii="Calibri" w:hAnsi="Calibri" w:cs="Calibri"/>
          <w:sz w:val="24"/>
          <w:szCs w:val="24"/>
          <w:lang w:val="nl-NL"/>
        </w:rPr>
        <w:br w:type="page"/>
      </w: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DC5827"/>
    <w:rsid w:val="0567F89E"/>
    <w:rsid w:val="074114E5"/>
    <w:rsid w:val="08C0F3F1"/>
    <w:rsid w:val="0925E645"/>
    <w:rsid w:val="09747967"/>
    <w:rsid w:val="09C56B97"/>
    <w:rsid w:val="0A20CF70"/>
    <w:rsid w:val="0BE5365F"/>
    <w:rsid w:val="0C25E4BD"/>
    <w:rsid w:val="0C64AE95"/>
    <w:rsid w:val="0C819F9B"/>
    <w:rsid w:val="0C8ACF5D"/>
    <w:rsid w:val="0CFF6EDB"/>
    <w:rsid w:val="0DD67ADD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ED8083"/>
    <w:rsid w:val="2400B9D3"/>
    <w:rsid w:val="248DB995"/>
    <w:rsid w:val="2628003F"/>
    <w:rsid w:val="27385C34"/>
    <w:rsid w:val="275B285C"/>
    <w:rsid w:val="27C0E8C7"/>
    <w:rsid w:val="28007AC6"/>
    <w:rsid w:val="284E383C"/>
    <w:rsid w:val="288FCE74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AB862C"/>
    <w:rsid w:val="33AF8A19"/>
    <w:rsid w:val="3418BB5B"/>
    <w:rsid w:val="346C0D03"/>
    <w:rsid w:val="36BF6B5B"/>
    <w:rsid w:val="371FAE14"/>
    <w:rsid w:val="37407A90"/>
    <w:rsid w:val="38046454"/>
    <w:rsid w:val="381192EE"/>
    <w:rsid w:val="38685F83"/>
    <w:rsid w:val="3A19C68E"/>
    <w:rsid w:val="3A3D7AE7"/>
    <w:rsid w:val="3A3D7AE7"/>
    <w:rsid w:val="3A7AA724"/>
    <w:rsid w:val="3B6803C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4052BC29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A1FE5E0"/>
    <w:rsid w:val="4A24154F"/>
    <w:rsid w:val="4A7EFDF5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3CF490C"/>
    <w:rsid w:val="54069475"/>
    <w:rsid w:val="545101CC"/>
    <w:rsid w:val="54AE3A2A"/>
    <w:rsid w:val="54DFF286"/>
    <w:rsid w:val="54E925E4"/>
    <w:rsid w:val="54E925E4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D28E45"/>
    <w:rsid w:val="6B0A8213"/>
    <w:rsid w:val="6B69AF5D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26FEF9C"/>
    <w:rsid w:val="734D776B"/>
    <w:rsid w:val="7496A2E1"/>
    <w:rsid w:val="74C49385"/>
    <w:rsid w:val="74D44B3B"/>
    <w:rsid w:val="758ACE8E"/>
    <w:rsid w:val="758F204A"/>
    <w:rsid w:val="75CED874"/>
    <w:rsid w:val="762C4A93"/>
    <w:rsid w:val="7719F60C"/>
    <w:rsid w:val="7767B76D"/>
    <w:rsid w:val="7846CF1E"/>
    <w:rsid w:val="78E7F2D7"/>
    <w:rsid w:val="794B2D5F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hyperlink" Target="https://geluksdriehoek.be/oefeningen/het-verhaal-achter-je-gevoel/start" TargetMode="External" Id="Rded74bb1abc1496b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2026-06-23T14:28:43.0136010Z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