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E277E" w:rsidR="00DB7190" w:rsidP="19C4FB64" w:rsidRDefault="00CB2B46" w14:paraId="6616A725" w14:textId="1C3DC3FF">
      <w:pPr>
        <w:pStyle w:val="Kop2"/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</w:pPr>
      <w:r w:rsidRPr="19C4FB64" w:rsidR="4084FC02">
        <w:rPr>
          <w:rFonts w:ascii="Aharoni" w:hAnsi="Aharoni" w:eastAsia="Aharoni" w:cs="Aharoni"/>
          <w:b w:val="1"/>
          <w:bCs w:val="1"/>
          <w:i w:val="0"/>
          <w:iCs w:val="0"/>
          <w:caps w:val="0"/>
          <w:smallCaps w:val="0"/>
          <w:noProof w:val="0"/>
          <w:color w:val="3ACCBA"/>
          <w:sz w:val="31"/>
          <w:szCs w:val="31"/>
          <w:lang w:val="nl-NL"/>
        </w:rPr>
        <w:t xml:space="preserve">EMOTIES - </w:t>
      </w:r>
      <w:r w:rsidRPr="19C4FB64" w:rsidR="00CB2B46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>Denk aan fijne momenten</w:t>
      </w:r>
    </w:p>
    <w:p w:rsidR="0082018F" w:rsidP="4A90E1F8" w:rsidRDefault="0082018F" w14:paraId="4ED7E6E0" w14:textId="513C4ECD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  <w:r w:rsidRPr="4A90E1F8" w:rsidR="0082018F">
        <w:rPr>
          <w:rFonts w:ascii="Dubai" w:hAnsi="Dubai" w:eastAsia="Dubai" w:cs="Dubai"/>
          <w:color w:val="2F023B"/>
          <w:sz w:val="24"/>
          <w:szCs w:val="24"/>
          <w:lang w:val="nl-NL"/>
        </w:rPr>
        <w:t xml:space="preserve">Denken aan fijne momenten kan je helpen lekker in vel te zitten. </w:t>
      </w:r>
      <w:r w:rsidRPr="4A90E1F8" w:rsidR="007B641F">
        <w:rPr>
          <w:rFonts w:ascii="Dubai" w:hAnsi="Dubai" w:eastAsia="Dubai" w:cs="Dubai"/>
          <w:color w:val="2F023B"/>
          <w:sz w:val="24"/>
          <w:szCs w:val="24"/>
          <w:lang w:val="nl-NL"/>
        </w:rPr>
        <w:t xml:space="preserve">Dat kunnen fijne momenten zijn die al geweest zijn. Maar ook fijne momenten die nog komen gaan. </w:t>
      </w:r>
    </w:p>
    <w:p w:rsidR="00DB7190" w:rsidP="10B8AAB3" w:rsidRDefault="00CB2B46" w14:paraId="263D074E" w14:textId="77777777">
      <w:pPr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Welk fijn moment herinner ik me?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2A232117">
        <w:trPr>
          <w:trHeight w:val="300"/>
        </w:trPr>
        <w:tc>
          <w:tcPr>
            <w:tcW w:w="8640" w:type="dxa"/>
            <w:tcMar/>
          </w:tcPr>
          <w:p w:rsidR="0C25E4BD" w:rsidP="5763930C" w:rsidRDefault="0C25E4BD" w14:paraId="19003562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25E4BD" w:rsidP="5763930C" w:rsidRDefault="0C25E4BD" w14:paraId="11A8371D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25E4BD" w:rsidP="5763930C" w:rsidRDefault="0C25E4BD" w14:paraId="32A117D4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25E4BD" w:rsidP="5763930C" w:rsidRDefault="0C25E4BD" w14:paraId="4B76072E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25E4BD" w:rsidP="5763930C" w:rsidRDefault="0C25E4BD" w14:paraId="059D2F41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25E4BD" w:rsidP="5763930C" w:rsidRDefault="0C25E4BD" w14:paraId="0A1B02E3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25E4BD" w:rsidP="5763930C" w:rsidRDefault="0C25E4BD" w14:paraId="08CC87EC" w14:textId="7933C30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C25E4B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06B36A4F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21811726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75763FA4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18F5B567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4082824C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5220FEA0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719F60C" w:rsidP="5763930C" w:rsidRDefault="7719F60C" w14:paraId="7DC8DCD1" w14:textId="5B33245E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719F60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5763930C" w:rsidP="5763930C" w:rsidRDefault="5763930C" w14:paraId="14F8869C" w14:textId="07152FBB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color w:val="6A25D0"/>
          <w:sz w:val="24"/>
          <w:szCs w:val="24"/>
          <w:lang w:val="nl-NL"/>
        </w:rPr>
      </w:pPr>
    </w:p>
    <w:p w:rsidRPr="002445A9" w:rsidR="00DB7190" w:rsidP="5763930C" w:rsidRDefault="00CB2B46" w14:paraId="728C64AE" w14:textId="77777777">
      <w:pPr>
        <w:ind w:left="0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Waar was ik?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39E62C51">
        <w:trPr>
          <w:trHeight w:val="300"/>
        </w:trPr>
        <w:tc>
          <w:tcPr>
            <w:tcW w:w="8640" w:type="dxa"/>
            <w:tcMar/>
          </w:tcPr>
          <w:p w:rsidR="04DC5827" w:rsidP="5763930C" w:rsidRDefault="04DC5827" w14:paraId="1A2C06D7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4DC5827" w:rsidP="5763930C" w:rsidRDefault="04DC5827" w14:paraId="23CA7389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4DC5827" w:rsidP="5763930C" w:rsidRDefault="04DC5827" w14:paraId="37D86748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4DC5827" w:rsidP="5763930C" w:rsidRDefault="04DC5827" w14:paraId="02C45D2F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4DC5827" w:rsidP="5763930C" w:rsidRDefault="04DC5827" w14:paraId="7F669FD9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4DC5827" w:rsidP="5763930C" w:rsidRDefault="04DC5827" w14:paraId="549CEEA8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4DC5827" w:rsidP="5763930C" w:rsidRDefault="04DC5827" w14:paraId="15B711BD" w14:textId="19470CF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04DC582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5763930C" w:rsidP="5763930C" w:rsidRDefault="5763930C" w14:paraId="3B482E61" w14:textId="6499B666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5763930C" w:rsidRDefault="00CB2B46" w14:paraId="05ADF3CF" w14:textId="4258C015">
      <w:pPr>
        <w:ind w:left="0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Wie waren erbij?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68370119">
        <w:trPr>
          <w:trHeight w:val="300"/>
        </w:trPr>
        <w:tc>
          <w:tcPr>
            <w:tcW w:w="8640" w:type="dxa"/>
            <w:tcMar/>
          </w:tcPr>
          <w:p w:rsidR="4357EBF4" w:rsidP="5763930C" w:rsidRDefault="4357EBF4" w14:paraId="57F4F6DB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357EBF4" w:rsidP="5763930C" w:rsidRDefault="4357EBF4" w14:paraId="3709FB3C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357EBF4" w:rsidP="5763930C" w:rsidRDefault="4357EBF4" w14:paraId="4E64A4A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357EBF4" w:rsidP="5763930C" w:rsidRDefault="4357EBF4" w14:paraId="33465262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357EBF4" w:rsidP="5763930C" w:rsidRDefault="4357EBF4" w14:paraId="28BC6A67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357EBF4" w:rsidP="5763930C" w:rsidRDefault="4357EBF4" w14:paraId="78AD39CF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4357EBF4" w:rsidP="5763930C" w:rsidRDefault="4357EBF4" w14:paraId="7CFAC819" w14:textId="30814ECB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4357EBF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2445A9" w:rsidR="00DB7190" w:rsidP="5763930C" w:rsidRDefault="00CB2B46" w14:paraId="7614F1A7" w14:textId="2BCF58D5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5763930C" w:rsidRDefault="00CB2B46" w14:paraId="28529AC5" w14:textId="0EC9C8B4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voelde ik?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5763930C" w:rsidTr="5763930C" w14:paraId="1008B466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1AECD264" w:rsidP="5763930C" w:rsidRDefault="1AECD264" w14:paraId="6713A172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AECD264" w:rsidP="5763930C" w:rsidRDefault="1AECD264" w14:paraId="2499E059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AECD264" w:rsidP="5763930C" w:rsidRDefault="1AECD264" w14:paraId="25C23FE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AECD264" w:rsidP="5763930C" w:rsidRDefault="1AECD264" w14:paraId="670C01E3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AECD264" w:rsidP="5763930C" w:rsidRDefault="1AECD264" w14:paraId="01775549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AECD264" w:rsidP="5763930C" w:rsidRDefault="1AECD264" w14:paraId="31D7294B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AECD264" w:rsidP="5763930C" w:rsidRDefault="1AECD264" w14:paraId="27AC20E8" w14:textId="3DF441D7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1AECD264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5763930C" w:rsidP="5763930C" w:rsidRDefault="5763930C" w14:paraId="3913E5FC" w14:textId="7A23F5AC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5763930C" w:rsidRDefault="00CB2B46" w14:paraId="4116A359" w14:textId="392B2584">
      <w:pPr>
        <w:ind w:left="0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Welk woord, beeld of liedje past bij dit moment?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5763930C" w:rsidTr="4A90E1F8" w14:paraId="1091C0D6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2050F37E" w:rsidP="5763930C" w:rsidRDefault="2050F37E" w14:paraId="335E560C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2050F37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5763930C" w:rsidRDefault="2050F37E" w14:paraId="6098AAFA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2050F37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5763930C" w:rsidRDefault="2050F37E" w14:paraId="4AE3D3F2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2050F37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5763930C" w:rsidRDefault="2050F37E" w14:paraId="1B635520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2050F37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5763930C" w:rsidRDefault="2050F37E" w14:paraId="54659439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2050F37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5763930C" w:rsidRDefault="2050F37E" w14:paraId="7E0D8D9D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2050F37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4A90E1F8" w:rsidRDefault="2050F37E" w14:paraId="0C287E74" w14:textId="5FDF68D0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4A90E1F8" w:rsidR="568AA63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4A90E1F8" w:rsidRDefault="2050F37E" w14:paraId="7FA26481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4A90E1F8" w:rsidR="71EB3B1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4A90E1F8" w:rsidRDefault="2050F37E" w14:paraId="541DD87A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4A90E1F8" w:rsidR="71EB3B1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050F37E" w:rsidP="4A90E1F8" w:rsidRDefault="2050F37E" w14:paraId="77176436" w14:textId="7EA962B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4A90E1F8" w:rsidR="71EB3B1F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5763930C" w:rsidP="5763930C" w:rsidRDefault="5763930C" w14:paraId="5EA057BA" w14:textId="016048DF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5763930C" w:rsidRDefault="00CB2B46" w14:paraId="59E6E0A3" w14:textId="77777777">
      <w:pPr>
        <w:ind w:left="0"/>
        <w:rPr>
          <w:rFonts w:ascii="Calibri" w:hAnsi="Calibri" w:cs="Calibri"/>
          <w:sz w:val="24"/>
          <w:szCs w:val="24"/>
          <w:lang w:val="nl-NL"/>
        </w:rPr>
      </w:pPr>
      <w:r w:rsidRPr="4A90E1F8">
        <w:rPr>
          <w:rFonts w:ascii="Calibri" w:hAnsi="Calibri" w:cs="Calibri"/>
          <w:sz w:val="24"/>
          <w:szCs w:val="24"/>
          <w:lang w:val="nl-NL"/>
        </w:rPr>
        <w:br w:type="page"/>
      </w:r>
    </w:p>
    <w:sectPr w:rsidRPr="002445A9" w:rsidR="00DB7190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bc1a5a025dfd4e70"/>
      <w:footerReference w:type="default" r:id="R0a1eff18799948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53749E5A">
      <w:trPr>
        <w:trHeight w:val="300"/>
      </w:trPr>
      <w:tc>
        <w:tcPr>
          <w:tcW w:w="2880" w:type="dxa"/>
          <w:tcMar/>
        </w:tcPr>
        <w:p w:rsidR="10B8AAB3" w:rsidP="10B8AAB3" w:rsidRDefault="10B8AAB3" w14:paraId="72AB9F13" w14:textId="692E00C3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end"/>
          </w:r>
        </w:p>
      </w:tc>
      <w:tc>
        <w:tcPr>
          <w:tcW w:w="2880" w:type="dxa"/>
          <w:tcMar/>
        </w:tcPr>
        <w:p w:rsidR="10B8AAB3" w:rsidP="10B8AAB3" w:rsidRDefault="10B8AAB3" w14:paraId="3D541372" w14:textId="38D452E7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586BFC77" w14:textId="2D46E62C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t>De Mindgym</w:t>
          </w:r>
        </w:p>
      </w:tc>
    </w:tr>
  </w:tbl>
  <w:p w:rsidR="10B8AAB3" w:rsidP="10B8AAB3" w:rsidRDefault="10B8AAB3" w14:paraId="73025C88" w14:textId="5ED280B1">
    <w:pPr>
      <w:pStyle w:val="Voettekst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116576E2">
      <w:trPr>
        <w:trHeight w:val="300"/>
      </w:trPr>
      <w:tc>
        <w:tcPr>
          <w:tcW w:w="2880" w:type="dxa"/>
          <w:tcMar/>
        </w:tcPr>
        <w:p w:rsidR="10B8AAB3" w:rsidP="10B8AAB3" w:rsidRDefault="10B8AAB3" w14:paraId="44D23EA1" w14:textId="52A51CD7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FF MENTAAL</w:t>
          </w:r>
        </w:p>
      </w:tc>
      <w:tc>
        <w:tcPr>
          <w:tcW w:w="2880" w:type="dxa"/>
          <w:tcMar/>
        </w:tcPr>
        <w:p w:rsidR="10B8AAB3" w:rsidP="10B8AAB3" w:rsidRDefault="10B8AAB3" w14:paraId="7CD473A0" w14:textId="3395152A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0BC1DFC8" w14:textId="37A73A3E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Oefeningen</w:t>
          </w:r>
        </w:p>
      </w:tc>
    </w:tr>
  </w:tbl>
  <w:p w:rsidR="10B8AAB3" w:rsidP="10B8AAB3" w:rsidRDefault="10B8AAB3" w14:paraId="39EFA188" w14:textId="571401CA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1793D08"/>
    <w:multiLevelType w:val="multilevel"/>
    <w:tmpl w:val="3DA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05A5751"/>
    <w:multiLevelType w:val="multilevel"/>
    <w:tmpl w:val="1BBA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E47E7F"/>
    <w:multiLevelType w:val="multilevel"/>
    <w:tmpl w:val="45D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DF2708E"/>
    <w:multiLevelType w:val="hybridMultilevel"/>
    <w:tmpl w:val="408460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D43BB"/>
    <w:multiLevelType w:val="hybridMultilevel"/>
    <w:tmpl w:val="A858E7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7787">
    <w:abstractNumId w:val="8"/>
  </w:num>
  <w:num w:numId="2" w16cid:durableId="268897533">
    <w:abstractNumId w:val="6"/>
  </w:num>
  <w:num w:numId="3" w16cid:durableId="614755075">
    <w:abstractNumId w:val="5"/>
  </w:num>
  <w:num w:numId="4" w16cid:durableId="653872448">
    <w:abstractNumId w:val="4"/>
  </w:num>
  <w:num w:numId="5" w16cid:durableId="489638032">
    <w:abstractNumId w:val="7"/>
  </w:num>
  <w:num w:numId="6" w16cid:durableId="1276137729">
    <w:abstractNumId w:val="3"/>
  </w:num>
  <w:num w:numId="7" w16cid:durableId="606617021">
    <w:abstractNumId w:val="2"/>
  </w:num>
  <w:num w:numId="8" w16cid:durableId="613054337">
    <w:abstractNumId w:val="1"/>
  </w:num>
  <w:num w:numId="9" w16cid:durableId="1719620440">
    <w:abstractNumId w:val="0"/>
  </w:num>
  <w:num w:numId="10" w16cid:durableId="508526258">
    <w:abstractNumId w:val="10"/>
  </w:num>
  <w:num w:numId="11" w16cid:durableId="1250625903">
    <w:abstractNumId w:val="12"/>
  </w:num>
  <w:num w:numId="12" w16cid:durableId="516431341">
    <w:abstractNumId w:val="13"/>
  </w:num>
  <w:num w:numId="13" w16cid:durableId="1348369569">
    <w:abstractNumId w:val="11"/>
  </w:num>
  <w:num w:numId="14" w16cid:durableId="1342201504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D42"/>
    <w:rsid w:val="00034616"/>
    <w:rsid w:val="0003630E"/>
    <w:rsid w:val="0006063C"/>
    <w:rsid w:val="000A09F9"/>
    <w:rsid w:val="00147BB2"/>
    <w:rsid w:val="0015074B"/>
    <w:rsid w:val="00165A5F"/>
    <w:rsid w:val="002445A9"/>
    <w:rsid w:val="00250DEE"/>
    <w:rsid w:val="002802C6"/>
    <w:rsid w:val="0029639D"/>
    <w:rsid w:val="00326F90"/>
    <w:rsid w:val="003A1324"/>
    <w:rsid w:val="003E4889"/>
    <w:rsid w:val="003F6B35"/>
    <w:rsid w:val="00445292"/>
    <w:rsid w:val="006212BE"/>
    <w:rsid w:val="006358A1"/>
    <w:rsid w:val="00675EDD"/>
    <w:rsid w:val="006B0320"/>
    <w:rsid w:val="006C08A5"/>
    <w:rsid w:val="006F1A4B"/>
    <w:rsid w:val="0072008E"/>
    <w:rsid w:val="007B641F"/>
    <w:rsid w:val="00813CA5"/>
    <w:rsid w:val="0082018F"/>
    <w:rsid w:val="008B74C4"/>
    <w:rsid w:val="00997D15"/>
    <w:rsid w:val="00A06732"/>
    <w:rsid w:val="00A27359"/>
    <w:rsid w:val="00A28BA5"/>
    <w:rsid w:val="00AA1D8D"/>
    <w:rsid w:val="00AC4968"/>
    <w:rsid w:val="00B272C1"/>
    <w:rsid w:val="00B47730"/>
    <w:rsid w:val="00B71499"/>
    <w:rsid w:val="00B92CDB"/>
    <w:rsid w:val="00BC097C"/>
    <w:rsid w:val="00C40729"/>
    <w:rsid w:val="00CB0664"/>
    <w:rsid w:val="00CB2B46"/>
    <w:rsid w:val="00CE277E"/>
    <w:rsid w:val="00CECA44"/>
    <w:rsid w:val="00CECA44"/>
    <w:rsid w:val="00CF06F4"/>
    <w:rsid w:val="00D3319E"/>
    <w:rsid w:val="00D73BFC"/>
    <w:rsid w:val="00DB7190"/>
    <w:rsid w:val="00DF6AFF"/>
    <w:rsid w:val="00DF73FC"/>
    <w:rsid w:val="00E25A39"/>
    <w:rsid w:val="00F7250B"/>
    <w:rsid w:val="00FA23C2"/>
    <w:rsid w:val="00FC693F"/>
    <w:rsid w:val="015D86D9"/>
    <w:rsid w:val="033D2160"/>
    <w:rsid w:val="03998FC5"/>
    <w:rsid w:val="03B1D08D"/>
    <w:rsid w:val="03EFAA72"/>
    <w:rsid w:val="04DC5827"/>
    <w:rsid w:val="0567F89E"/>
    <w:rsid w:val="074114E5"/>
    <w:rsid w:val="08C0F3F1"/>
    <w:rsid w:val="0925E645"/>
    <w:rsid w:val="09747967"/>
    <w:rsid w:val="09C56B97"/>
    <w:rsid w:val="0A20CF70"/>
    <w:rsid w:val="0BE5365F"/>
    <w:rsid w:val="0C25E4BD"/>
    <w:rsid w:val="0C64AE95"/>
    <w:rsid w:val="0C819F9B"/>
    <w:rsid w:val="0C8ACF5D"/>
    <w:rsid w:val="0CFF6EDB"/>
    <w:rsid w:val="0DD67ADD"/>
    <w:rsid w:val="0F40CE48"/>
    <w:rsid w:val="0F40CE48"/>
    <w:rsid w:val="0F5F2FF3"/>
    <w:rsid w:val="100AC9B5"/>
    <w:rsid w:val="107FC62B"/>
    <w:rsid w:val="10B8AAB3"/>
    <w:rsid w:val="1175AC0E"/>
    <w:rsid w:val="11D1E016"/>
    <w:rsid w:val="12049447"/>
    <w:rsid w:val="122F57AC"/>
    <w:rsid w:val="12BA9956"/>
    <w:rsid w:val="1394150D"/>
    <w:rsid w:val="1417CBC2"/>
    <w:rsid w:val="1419F857"/>
    <w:rsid w:val="154392A8"/>
    <w:rsid w:val="15A87AE2"/>
    <w:rsid w:val="1640D3B6"/>
    <w:rsid w:val="1661324F"/>
    <w:rsid w:val="16ADC119"/>
    <w:rsid w:val="16DF6532"/>
    <w:rsid w:val="17279BC2"/>
    <w:rsid w:val="185E8AED"/>
    <w:rsid w:val="1929A3FE"/>
    <w:rsid w:val="19C4FB64"/>
    <w:rsid w:val="19F85614"/>
    <w:rsid w:val="1AECD264"/>
    <w:rsid w:val="1B038BBC"/>
    <w:rsid w:val="1C549B3A"/>
    <w:rsid w:val="1D62F8F0"/>
    <w:rsid w:val="1E3E93B0"/>
    <w:rsid w:val="1EA311B2"/>
    <w:rsid w:val="1EFDD9CB"/>
    <w:rsid w:val="1F8C33D7"/>
    <w:rsid w:val="1FE7972C"/>
    <w:rsid w:val="2050F37E"/>
    <w:rsid w:val="20C1FF88"/>
    <w:rsid w:val="21C458A0"/>
    <w:rsid w:val="22ED8083"/>
    <w:rsid w:val="2400B9D3"/>
    <w:rsid w:val="248DB995"/>
    <w:rsid w:val="2628003F"/>
    <w:rsid w:val="27385C34"/>
    <w:rsid w:val="275B285C"/>
    <w:rsid w:val="27C0E8C7"/>
    <w:rsid w:val="284E383C"/>
    <w:rsid w:val="288FCE74"/>
    <w:rsid w:val="28A83FF8"/>
    <w:rsid w:val="28DB4BB2"/>
    <w:rsid w:val="29944DAA"/>
    <w:rsid w:val="2B008E67"/>
    <w:rsid w:val="2B88CB8B"/>
    <w:rsid w:val="2C64019D"/>
    <w:rsid w:val="2C64019D"/>
    <w:rsid w:val="2FC0B15E"/>
    <w:rsid w:val="3051D6E5"/>
    <w:rsid w:val="3079F497"/>
    <w:rsid w:val="308E2454"/>
    <w:rsid w:val="312B048F"/>
    <w:rsid w:val="322DCBB3"/>
    <w:rsid w:val="32AC78F3"/>
    <w:rsid w:val="33AB862C"/>
    <w:rsid w:val="33AF8A19"/>
    <w:rsid w:val="3418BB5B"/>
    <w:rsid w:val="346C0D03"/>
    <w:rsid w:val="36BF6B5B"/>
    <w:rsid w:val="371FAE14"/>
    <w:rsid w:val="37407A90"/>
    <w:rsid w:val="38046454"/>
    <w:rsid w:val="381192EE"/>
    <w:rsid w:val="38685F83"/>
    <w:rsid w:val="38874AF1"/>
    <w:rsid w:val="3A19C68E"/>
    <w:rsid w:val="3A3D7AE7"/>
    <w:rsid w:val="3A3D7AE7"/>
    <w:rsid w:val="3A7AA724"/>
    <w:rsid w:val="3B6803CC"/>
    <w:rsid w:val="3BF5F48F"/>
    <w:rsid w:val="3C3B972A"/>
    <w:rsid w:val="3C942C50"/>
    <w:rsid w:val="3DC8479E"/>
    <w:rsid w:val="3EB0D2A9"/>
    <w:rsid w:val="3EB0D2A9"/>
    <w:rsid w:val="3EB2196A"/>
    <w:rsid w:val="3F06A386"/>
    <w:rsid w:val="3F270DEA"/>
    <w:rsid w:val="4052BC29"/>
    <w:rsid w:val="4084FC02"/>
    <w:rsid w:val="412A10D9"/>
    <w:rsid w:val="41A7ED9B"/>
    <w:rsid w:val="41CA8B4D"/>
    <w:rsid w:val="4357EBF4"/>
    <w:rsid w:val="43B457A6"/>
    <w:rsid w:val="444B4003"/>
    <w:rsid w:val="4571AD85"/>
    <w:rsid w:val="45A67A94"/>
    <w:rsid w:val="45AF03A4"/>
    <w:rsid w:val="45D2BB23"/>
    <w:rsid w:val="46742BA6"/>
    <w:rsid w:val="46FEC90E"/>
    <w:rsid w:val="4713F05A"/>
    <w:rsid w:val="4A1FE5E0"/>
    <w:rsid w:val="4A24154F"/>
    <w:rsid w:val="4A7EFDF5"/>
    <w:rsid w:val="4A90E1F8"/>
    <w:rsid w:val="4B959D6C"/>
    <w:rsid w:val="4C6A3414"/>
    <w:rsid w:val="4D8228DB"/>
    <w:rsid w:val="4DD41900"/>
    <w:rsid w:val="4EFFFB20"/>
    <w:rsid w:val="50BDDE68"/>
    <w:rsid w:val="519839CE"/>
    <w:rsid w:val="51C142B1"/>
    <w:rsid w:val="51F08FD7"/>
    <w:rsid w:val="524C5459"/>
    <w:rsid w:val="54069475"/>
    <w:rsid w:val="545101CC"/>
    <w:rsid w:val="54AE3A2A"/>
    <w:rsid w:val="54E925E4"/>
    <w:rsid w:val="54E925E4"/>
    <w:rsid w:val="568AA632"/>
    <w:rsid w:val="5763930C"/>
    <w:rsid w:val="57FFADBA"/>
    <w:rsid w:val="58347ECF"/>
    <w:rsid w:val="5858DE62"/>
    <w:rsid w:val="5923CAC7"/>
    <w:rsid w:val="5AB3947F"/>
    <w:rsid w:val="5B9ECEFC"/>
    <w:rsid w:val="5BA2B9C6"/>
    <w:rsid w:val="5C3A6E7B"/>
    <w:rsid w:val="5DC0CC23"/>
    <w:rsid w:val="5EC549B1"/>
    <w:rsid w:val="61E43E40"/>
    <w:rsid w:val="62939A65"/>
    <w:rsid w:val="63087225"/>
    <w:rsid w:val="6311C0D8"/>
    <w:rsid w:val="63B310B9"/>
    <w:rsid w:val="640F1318"/>
    <w:rsid w:val="64875517"/>
    <w:rsid w:val="650F40EE"/>
    <w:rsid w:val="657B4127"/>
    <w:rsid w:val="665FA976"/>
    <w:rsid w:val="666C4862"/>
    <w:rsid w:val="67854A4B"/>
    <w:rsid w:val="67BA3080"/>
    <w:rsid w:val="68D805CC"/>
    <w:rsid w:val="695696B7"/>
    <w:rsid w:val="6979703D"/>
    <w:rsid w:val="69BA539E"/>
    <w:rsid w:val="6A10F77C"/>
    <w:rsid w:val="6A10F77C"/>
    <w:rsid w:val="6AD28E45"/>
    <w:rsid w:val="6B0A8213"/>
    <w:rsid w:val="6B69AF5D"/>
    <w:rsid w:val="6C06F6D6"/>
    <w:rsid w:val="6C11304C"/>
    <w:rsid w:val="6C3E153E"/>
    <w:rsid w:val="6C9DED6B"/>
    <w:rsid w:val="6DAA5F11"/>
    <w:rsid w:val="6EE64587"/>
    <w:rsid w:val="6F0455F2"/>
    <w:rsid w:val="6F42F5DE"/>
    <w:rsid w:val="70095123"/>
    <w:rsid w:val="70A82FE0"/>
    <w:rsid w:val="70C193DE"/>
    <w:rsid w:val="70C193DE"/>
    <w:rsid w:val="70DE8AA4"/>
    <w:rsid w:val="71E3F541"/>
    <w:rsid w:val="71EB3B1F"/>
    <w:rsid w:val="726FEF9C"/>
    <w:rsid w:val="734D776B"/>
    <w:rsid w:val="7496A2E1"/>
    <w:rsid w:val="74C49385"/>
    <w:rsid w:val="74D44B3B"/>
    <w:rsid w:val="758ACE8E"/>
    <w:rsid w:val="758F204A"/>
    <w:rsid w:val="762C4A93"/>
    <w:rsid w:val="7719F60C"/>
    <w:rsid w:val="7767B76D"/>
    <w:rsid w:val="7846CF1E"/>
    <w:rsid w:val="78E7F2D7"/>
    <w:rsid w:val="7993F6E8"/>
    <w:rsid w:val="7B32F50A"/>
    <w:rsid w:val="7CA808C4"/>
    <w:rsid w:val="7CC258CA"/>
    <w:rsid w:val="7CD85389"/>
    <w:rsid w:val="7E0683F6"/>
    <w:rsid w:val="7E70ABD6"/>
    <w:rsid w:val="7E7FBDEE"/>
    <w:rsid w:val="7EA214B5"/>
    <w:rsid w:val="7EB37963"/>
    <w:rsid w:val="7EBD2579"/>
    <w:rsid w:val="7FDEA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26B4F"/>
  <w14:defaultImageDpi w14:val="300"/>
  <w15:docId w15:val="{62799C9F-F68A-4E51-98C8-A295495C61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E277E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3B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3BF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D73BF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BF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73B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footer" Target="footer.xml" Id="R0a1eff187999486f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eader" Target="header.xml" Id="Rbc1a5a025dfd4e70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293b70-8f97-4fd5-978c-83b462d73f85">
      <Terms xmlns="http://schemas.microsoft.com/office/infopath/2007/PartnerControls"/>
    </lcf76f155ced4ddcb4097134ff3c332f>
    <TaxCatchAll xmlns="2a1274f1-0e0e-415f-949a-84b334f23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03CDC047674A95AF517E69A73607" ma:contentTypeVersion="11" ma:contentTypeDescription="Een nieuw document maken." ma:contentTypeScope="" ma:versionID="6207dbbc139fd1c4d864a221fa6cb69c">
  <xsd:schema xmlns:xsd="http://www.w3.org/2001/XMLSchema" xmlns:xs="http://www.w3.org/2001/XMLSchema" xmlns:p="http://schemas.microsoft.com/office/2006/metadata/properties" xmlns:ns2="51202a96-aa28-40a1-8cbe-0a6550b80cd4" xmlns:ns3="8cd1c27d-502e-4417-8070-e5a9b92b0b97" targetNamespace="http://schemas.microsoft.com/office/2006/metadata/properties" ma:root="true" ma:fieldsID="3dfef81f91a0be55bff5d74789225005" ns2:_="" ns3:_="">
    <xsd:import namespace="51202a96-aa28-40a1-8cbe-0a6550b80cd4"/>
    <xsd:import namespace="8cd1c27d-502e-4417-8070-e5a9b92b0b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02a96-aa28-40a1-8cbe-0a6550b80cd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1d27030-5c4b-46bf-8244-78e253c840b5}" ma:internalName="TaxCatchAll" ma:showField="CatchAllData" ma:web="51202a96-aa28-40a1-8cbe-0a6550b8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c27d-502e-4417-8070-e5a9b92b0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2acaa0d-a40d-4f73-83f1-5bbc08f3a3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D32A4964FDC4D9BDBE318428B2150" ma:contentTypeVersion="17" ma:contentTypeDescription="Een nieuw document maken." ma:contentTypeScope="" ma:versionID="029cf9a34785c47172bc181f90550f3c">
  <xsd:schema xmlns:xsd="http://www.w3.org/2001/XMLSchema" xmlns:xs="http://www.w3.org/2001/XMLSchema" xmlns:p="http://schemas.microsoft.com/office/2006/metadata/properties" xmlns:ns2="86293b70-8f97-4fd5-978c-83b462d73f85" xmlns:ns3="2a1274f1-0e0e-415f-949a-84b334f2333a" targetNamespace="http://schemas.microsoft.com/office/2006/metadata/properties" ma:root="true" ma:fieldsID="2c5633d04b81674766e4e79ed2fc1a85" ns2:_="" ns3:_="">
    <xsd:import namespace="86293b70-8f97-4fd5-978c-83b462d73f85"/>
    <xsd:import namespace="2a1274f1-0e0e-415f-949a-84b334f2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3b70-8f97-4fd5-978c-83b462d73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5253302-e1c2-438b-bb47-88303090f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274f1-0e0e-415f-949a-84b334f233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454ddd7-a142-40af-8639-a6a958cfd68c}" ma:internalName="TaxCatchAll" ma:showField="CatchAllData" ma:web="2a1274f1-0e0e-415f-949a-84b334f2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E2491-9CA8-4E3E-9AAF-962A3F74AED5}">
  <ds:schemaRefs>
    <ds:schemaRef ds:uri="http://schemas.microsoft.com/office/2006/metadata/properties"/>
    <ds:schemaRef ds:uri="http://schemas.microsoft.com/office/infopath/2007/PartnerControls"/>
    <ds:schemaRef ds:uri="8cd1c27d-502e-4417-8070-e5a9b92b0b97"/>
    <ds:schemaRef ds:uri="51202a96-aa28-40a1-8cbe-0a6550b80cd4"/>
  </ds:schemaRefs>
</ds:datastoreItem>
</file>

<file path=customXml/itemProps2.xml><?xml version="1.0" encoding="utf-8"?>
<ds:datastoreItem xmlns:ds="http://schemas.openxmlformats.org/officeDocument/2006/customXml" ds:itemID="{52EA115A-B113-49D3-A6DC-C3501B2B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ACBC73-9DA8-46E9-9CBC-3F7AFF8E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02a96-aa28-40a1-8cbe-0a6550b80cd4"/>
    <ds:schemaRef ds:uri="8cd1c27d-502e-4417-8070-e5a9b92b0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5BD53-AA10-4024-8F9E-5580B06CA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Sofia  Sacco</lastModifiedBy>
  <revision>36</revision>
  <dcterms:created xsi:type="dcterms:W3CDTF">2026-05-13T15:21:00.0000000Z</dcterms:created>
  <dcterms:modified xsi:type="dcterms:W3CDTF">2026-06-23T14:30:11.7410514Z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0x010100035D32A4964FDC4D9BDBE318428B2150</vt:lpwstr>
  </property>
  <property fmtid="{D5CDD505-2E9C-101B-9397-08002B2CF9AE}" pid="3" name="_dlc_DocIdItemGuid">
    <vt:lpwstr>c38ce624-dacc-496b-b607-2d7147d5f115</vt:lpwstr>
  </property>
  <property fmtid="{D5CDD505-2E9C-101B-9397-08002B2CF9AE}" pid="4" name="MediaServiceImageTags">
    <vt:lpwstr/>
  </property>
</Properties>
</file>