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Performance Review Template</w:t>
      </w:r>
    </w:p>
    <w:p>
      <w:r>
        <w:t>Copy this form for annual, mid-year or quarterly reviews. Keep every section; shorten the review period for quarterly use.</w:t>
      </w:r>
    </w:p>
    <w:p>
      <w:pPr>
        <w:pStyle w:val="Heading1"/>
      </w:pPr>
      <w:r>
        <w:t>Section 1: Review details</w:t>
      </w:r>
    </w:p>
    <w:p>
      <w:r>
        <w:t>Employee name and role: ______________________________</w:t>
      </w:r>
    </w:p>
    <w:p>
      <w:r>
        <w:t>Manager: ______________________________</w:t>
      </w:r>
    </w:p>
    <w:p>
      <w:r>
        <w:t>Review period: ______________________________</w:t>
      </w:r>
    </w:p>
    <w:p>
      <w:r>
        <w:t>Review meeting date: ______________________________</w:t>
      </w:r>
    </w:p>
    <w:p>
      <w:r>
        <w:t>Self-assessment received on: ______________________________</w:t>
      </w:r>
    </w:p>
    <w:p>
      <w:pPr>
        <w:pStyle w:val="Heading1"/>
      </w:pPr>
      <w:r>
        <w:t>Section 2: Results against last period's goals</w:t>
      </w:r>
    </w:p>
    <w:p>
      <w:pPr>
        <w:pStyle w:val="Heading2"/>
      </w:pPr>
      <w:r>
        <w:t>Goal 1</w:t>
      </w:r>
    </w:p>
    <w:p>
      <w:r>
        <w:t>Goal (what was agreed): ______________________________</w:t>
      </w:r>
    </w:p>
    <w:p>
      <w:r>
        <w:t>Result (with a number where one exists): ______________________________</w:t>
      </w:r>
    </w:p>
    <w:p>
      <w:r>
        <w:t>Evidence: ______________________________</w:t>
      </w:r>
    </w:p>
    <w:p>
      <w:r>
        <w:t>Rating: ______________________________</w:t>
      </w:r>
    </w:p>
    <w:p>
      <w:pPr>
        <w:pStyle w:val="Heading2"/>
      </w:pPr>
      <w:r>
        <w:t>Goal 2</w:t>
      </w:r>
    </w:p>
    <w:p>
      <w:r>
        <w:t>Goal (what was agreed): ______________________________</w:t>
      </w:r>
    </w:p>
    <w:p>
      <w:r>
        <w:t>Result (with a number where one exists): ______________________________</w:t>
      </w:r>
    </w:p>
    <w:p>
      <w:r>
        <w:t>Evidence: ______________________________</w:t>
      </w:r>
    </w:p>
    <w:p>
      <w:r>
        <w:t>Rating: ______________________________</w:t>
      </w:r>
    </w:p>
    <w:p>
      <w:pPr>
        <w:pStyle w:val="Heading2"/>
      </w:pPr>
      <w:r>
        <w:t>Goal 3</w:t>
      </w:r>
    </w:p>
    <w:p>
      <w:r>
        <w:t>Goal (what was agreed): ______________________________</w:t>
      </w:r>
    </w:p>
    <w:p>
      <w:r>
        <w:t>Result (with a number where one exists): ______________________________</w:t>
      </w:r>
    </w:p>
    <w:p>
      <w:r>
        <w:t>Evidence: ______________________________</w:t>
      </w:r>
    </w:p>
    <w:p>
      <w:r>
        <w:t>Rating: ______________________________</w:t>
      </w:r>
    </w:p>
    <w:p>
      <w:pPr>
        <w:pStyle w:val="Heading1"/>
      </w:pPr>
      <w:r>
        <w:t>Section 3: Rating scale</w:t>
      </w:r>
    </w:p>
    <w:p>
      <w:pPr>
        <w:pStyle w:val="ListBullet"/>
      </w:pPr>
      <w:r>
        <w:rPr>
          <w:b/>
        </w:rPr>
        <w:t xml:space="preserve">Exceeds: </w:t>
      </w:r>
      <w:r>
        <w:t>delivered more than the goal asked, and others noticed.</w:t>
      </w:r>
    </w:p>
    <w:p>
      <w:pPr>
        <w:pStyle w:val="ListBullet"/>
      </w:pPr>
      <w:r>
        <w:rPr>
          <w:b/>
        </w:rPr>
        <w:t xml:space="preserve">Meets: </w:t>
      </w:r>
      <w:r>
        <w:t>delivered what was agreed, at the quality expected.</w:t>
      </w:r>
    </w:p>
    <w:p>
      <w:pPr>
        <w:pStyle w:val="ListBullet"/>
      </w:pPr>
      <w:r>
        <w:rPr>
          <w:b/>
        </w:rPr>
        <w:t xml:space="preserve">Partly meets: </w:t>
      </w:r>
      <w:r>
        <w:t>delivered some of it, or all of it late or with rework.</w:t>
      </w:r>
    </w:p>
    <w:p>
      <w:pPr>
        <w:pStyle w:val="ListBullet"/>
      </w:pPr>
      <w:r>
        <w:rPr>
          <w:b/>
        </w:rPr>
        <w:t xml:space="preserve">Does not meet: </w:t>
      </w:r>
      <w:r>
        <w:t>did not deliver, without a reason outside the person's control.</w:t>
      </w:r>
    </w:p>
    <w:p>
      <w:pPr>
        <w:pStyle w:val="Heading1"/>
      </w:pPr>
      <w:r>
        <w:t>Section 4: Core parts of the role</w:t>
      </w:r>
    </w:p>
    <w:p>
      <w:r>
        <w:t>Rate three to five areas. Write one sentence of evidence under each rating.</w:t>
      </w:r>
    </w:p>
    <w:p>
      <w:r>
        <w:t>Quality of work (rating and evidence): ______________________________</w:t>
      </w:r>
    </w:p>
    <w:p>
      <w:r>
        <w:t>Ownership (rating and evidence): ______________________________</w:t>
      </w:r>
    </w:p>
    <w:p>
      <w:r>
        <w:t>Collaboration (rating and evidence): ______________________________</w:t>
      </w:r>
    </w:p>
    <w:p>
      <w:r>
        <w:t>Communication (rating and evidence): ______________________________</w:t>
      </w:r>
    </w:p>
    <w:p>
      <w:r>
        <w:t>Role skill (rating and evidence): ______________________________</w:t>
      </w:r>
    </w:p>
    <w:p>
      <w:pPr>
        <w:pStyle w:val="Heading1"/>
      </w:pPr>
      <w:r>
        <w:t>Section 5: Strengths and one growth area</w:t>
      </w:r>
    </w:p>
    <w:p>
      <w:r>
        <w:t>Strength 1, with an example: ______________________________</w:t>
      </w:r>
    </w:p>
    <w:p>
      <w:r>
        <w:t>Strength 2, with an example: ______________________________</w:t>
      </w:r>
    </w:p>
    <w:p>
      <w:r>
        <w:t>One growth area, with an example and the skill behind it: ______________________________</w:t>
      </w:r>
    </w:p>
    <w:p>
      <w:pPr>
        <w:pStyle w:val="Heading1"/>
      </w:pPr>
      <w:r>
        <w:t>Section 6: Employee self-assessment (send a week before)</w:t>
      </w:r>
    </w:p>
    <w:p>
      <w:pPr>
        <w:pStyle w:val="ListNumber"/>
      </w:pPr>
      <w:r>
        <w:t>What work from this period are you proudest of, and why?</w:t>
      </w:r>
    </w:p>
    <w:p>
      <w:r>
        <w:t>______________________________</w:t>
      </w:r>
    </w:p>
    <w:p>
      <w:pPr>
        <w:pStyle w:val="ListNumber"/>
      </w:pPr>
      <w:r>
        <w:t>What got in the way of your best work?</w:t>
      </w:r>
    </w:p>
    <w:p>
      <w:r>
        <w:t>______________________________</w:t>
      </w:r>
    </w:p>
    <w:p>
      <w:pPr>
        <w:pStyle w:val="ListNumber"/>
      </w:pPr>
      <w:r>
        <w:t>What would help you most in the next period?</w:t>
      </w:r>
    </w:p>
    <w:p>
      <w:r>
        <w:t>______________________________</w:t>
      </w:r>
    </w:p>
    <w:p>
      <w:pPr>
        <w:pStyle w:val="Heading1"/>
      </w:pPr>
      <w:r>
        <w:t>Section 7: Overall rating and summary</w:t>
      </w:r>
    </w:p>
    <w:p>
      <w:r>
        <w:t>Overall rating (Exceeds, Meets, Partly meets, Does not meet): ______________________________</w:t>
      </w:r>
    </w:p>
    <w:p>
      <w:r>
        <w:t>Summary (two or three sentences): ______________________________</w:t>
      </w:r>
    </w:p>
    <w:p>
      <w:pPr>
        <w:pStyle w:val="Heading1"/>
      </w:pPr>
      <w:r>
        <w:t>Section 8: The next step</w:t>
      </w:r>
    </w:p>
    <w:p>
      <w:r>
        <w:t>Fill in every line before the meeting ends.</w:t>
      </w:r>
    </w:p>
    <w:p>
      <w:r>
        <w:t>One next step (a specific action, not a theme): ______________________________</w:t>
      </w:r>
    </w:p>
    <w:p>
      <w:r>
        <w:t>The skill to build: ______________________________</w:t>
      </w:r>
    </w:p>
    <w:p>
      <w:r>
        <w:t>The training to take it (coaching, a short course, practice with a peer, or a stretch assignment): ______________________________</w:t>
      </w:r>
    </w:p>
    <w:p>
      <w:r>
        <w:t>Owner and due date: ______________________________</w:t>
      </w:r>
    </w:p>
    <w:p>
      <w:r>
        <w:t>How we'll know it worked: ______________________________</w:t>
      </w:r>
    </w:p>
    <w:p>
      <w:r>
        <w:t>Follow-up date (within 30 days, on both calendars): ______________________________</w:t>
      </w:r>
    </w:p>
    <w:p>
      <w:pPr>
        <w:pStyle w:val="Heading1"/>
      </w:pPr>
      <w:r>
        <w:t>Section 9: Goals for the next period</w:t>
      </w:r>
    </w:p>
    <w:p>
      <w:r>
        <w:t>Goal 1, measure, and check-in date: ______________________________</w:t>
      </w:r>
    </w:p>
    <w:p>
      <w:r>
        <w:t>Goal 2, measure, and check-in date: ______________________________</w:t>
      </w:r>
    </w:p>
    <w:p>
      <w:r>
        <w:t>Goal 3 (optional), measure, and check-in date: ______________________________</w:t>
      </w:r>
    </w:p>
    <w:p>
      <w:pPr>
        <w:pStyle w:val="Heading1"/>
      </w:pPr>
      <w:r>
        <w:t>Section 10: Follow-up log and sign-off</w:t>
      </w:r>
    </w:p>
    <w:p>
      <w:r>
        <w:t>30-day check-in: was the next step taken? What changed? ______________________________</w:t>
      </w:r>
    </w:p>
    <w:p>
      <w:r>
        <w:t>90-day check-in: progress on each goal: ______________________________</w:t>
      </w:r>
    </w:p>
    <w:p>
      <w:r>
        <w:t>Employee comments: ______________________________</w:t>
      </w:r>
    </w:p>
    <w:p>
      <w:r>
        <w:t>Employee signature and date: ______________________________</w:t>
      </w:r>
    </w:p>
    <w:p>
      <w:r>
        <w:t>Manager signature and date: ______________________________</w:t>
      </w:r>
    </w:p>
    <w:p>
      <w:r>
        <w:t>A signature confirms the conversation happened, not that the employee agrees.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