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DCB6" w14:textId="2B943361" w:rsidR="00A82F23" w:rsidRPr="000E58C0" w:rsidRDefault="00341269" w:rsidP="000E58C0">
      <w:pPr>
        <w:jc w:val="center"/>
        <w:rPr>
          <w:rFonts w:ascii="Aptos" w:hAnsi="Aptos"/>
          <w:b/>
          <w:bCs/>
          <w:sz w:val="36"/>
          <w:szCs w:val="36"/>
          <w:u w:val="single"/>
        </w:rPr>
      </w:pPr>
      <w:r w:rsidRPr="000E58C0">
        <w:rPr>
          <w:rFonts w:ascii="Aptos" w:hAnsi="Aptos"/>
          <w:b/>
          <w:bCs/>
          <w:sz w:val="36"/>
          <w:szCs w:val="36"/>
          <w:u w:val="single"/>
        </w:rPr>
        <w:t>Complaints and Compliments</w:t>
      </w:r>
      <w:r w:rsidR="00E25AEC">
        <w:rPr>
          <w:rFonts w:ascii="Aptos" w:hAnsi="Aptos"/>
          <w:b/>
          <w:bCs/>
          <w:sz w:val="36"/>
          <w:szCs w:val="36"/>
          <w:u w:val="single"/>
        </w:rPr>
        <w:t xml:space="preserve"> Policy</w:t>
      </w:r>
    </w:p>
    <w:p w14:paraId="66441BC4" w14:textId="77777777" w:rsidR="00A82F23" w:rsidRPr="000E58C0" w:rsidRDefault="00A82F23">
      <w:pPr>
        <w:rPr>
          <w:rFonts w:ascii="Aptos" w:hAnsi="Aptos"/>
          <w:sz w:val="24"/>
          <w:szCs w:val="24"/>
        </w:rPr>
      </w:pPr>
    </w:p>
    <w:p w14:paraId="0DADFA2C" w14:textId="3A014DAC" w:rsidR="00A82F23" w:rsidRPr="000E58C0" w:rsidRDefault="00341269">
      <w:pPr>
        <w:rPr>
          <w:rFonts w:ascii="Aptos" w:hAnsi="Aptos"/>
          <w:i/>
          <w:iCs/>
          <w:sz w:val="24"/>
          <w:szCs w:val="24"/>
        </w:rPr>
      </w:pPr>
      <w:r w:rsidRPr="000E58C0">
        <w:rPr>
          <w:rFonts w:ascii="Aptos" w:hAnsi="Aptos"/>
          <w:i/>
          <w:iCs/>
          <w:sz w:val="24"/>
          <w:szCs w:val="24"/>
        </w:rPr>
        <w:t xml:space="preserve">At </w:t>
      </w:r>
      <w:r w:rsidRPr="000E58C0">
        <w:rPr>
          <w:rFonts w:ascii="Aptos" w:hAnsi="Aptos"/>
          <w:b/>
          <w:bCs/>
          <w:i/>
          <w:iCs/>
          <w:sz w:val="24"/>
          <w:szCs w:val="24"/>
        </w:rPr>
        <w:t>RIMU</w:t>
      </w:r>
      <w:r w:rsidR="000E58C0" w:rsidRPr="000E58C0">
        <w:rPr>
          <w:rFonts w:ascii="Aptos" w:hAnsi="Aptos"/>
          <w:b/>
          <w:bCs/>
          <w:i/>
          <w:iCs/>
          <w:sz w:val="24"/>
          <w:szCs w:val="24"/>
        </w:rPr>
        <w:t xml:space="preserve"> Music Day</w:t>
      </w:r>
      <w:r w:rsidRPr="000E58C0">
        <w:rPr>
          <w:rFonts w:ascii="Aptos" w:hAnsi="Aptos"/>
          <w:b/>
          <w:bCs/>
          <w:i/>
          <w:iCs/>
          <w:sz w:val="24"/>
          <w:szCs w:val="24"/>
        </w:rPr>
        <w:t xml:space="preserve"> nursery</w:t>
      </w:r>
      <w:r w:rsidRPr="000E58C0">
        <w:rPr>
          <w:rFonts w:ascii="Aptos" w:hAnsi="Aptos"/>
          <w:i/>
          <w:iCs/>
          <w:sz w:val="24"/>
          <w:szCs w:val="24"/>
        </w:rPr>
        <w:t xml:space="preserve"> we strive to provide the highest quality of care and education for </w:t>
      </w:r>
      <w:r w:rsidR="000E58C0" w:rsidRPr="000E58C0">
        <w:rPr>
          <w:rFonts w:ascii="Aptos" w:hAnsi="Aptos"/>
          <w:i/>
          <w:iCs/>
          <w:sz w:val="24"/>
          <w:szCs w:val="24"/>
        </w:rPr>
        <w:t>our children</w:t>
      </w:r>
      <w:r w:rsidRPr="000E58C0">
        <w:rPr>
          <w:rFonts w:ascii="Aptos" w:hAnsi="Aptos"/>
          <w:i/>
          <w:iCs/>
          <w:sz w:val="24"/>
          <w:szCs w:val="24"/>
        </w:rPr>
        <w:t xml:space="preserve"> and families and believe that all parents are treated with care, courtesy, and </w:t>
      </w:r>
      <w:r w:rsidRPr="000E58C0">
        <w:rPr>
          <w:rFonts w:ascii="Aptos" w:hAnsi="Aptos"/>
          <w:i/>
          <w:iCs/>
          <w:sz w:val="24"/>
          <w:szCs w:val="24"/>
        </w:rPr>
        <w:t>respect.</w:t>
      </w:r>
    </w:p>
    <w:p w14:paraId="72B9654D" w14:textId="77777777" w:rsidR="00341269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The nursery believes that parents are entitled to expect courtesy and prompt, careful </w:t>
      </w:r>
      <w:r w:rsidRPr="000E58C0">
        <w:rPr>
          <w:rFonts w:ascii="Aptos" w:hAnsi="Aptos"/>
          <w:sz w:val="24"/>
          <w:szCs w:val="24"/>
        </w:rPr>
        <w:t xml:space="preserve">attention to their individual needs and wishes. We </w:t>
      </w:r>
      <w:proofErr w:type="gramStart"/>
      <w:r w:rsidRPr="000E58C0">
        <w:rPr>
          <w:rFonts w:ascii="Aptos" w:hAnsi="Aptos"/>
          <w:sz w:val="24"/>
          <w:szCs w:val="24"/>
        </w:rPr>
        <w:t>hope that at all times</w:t>
      </w:r>
      <w:proofErr w:type="gramEnd"/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>parents/guardians will be happy with the service provided and that they might like to</w:t>
      </w:r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>voice your appreciation to the staff concerned.</w:t>
      </w:r>
      <w:r w:rsidR="000E58C0">
        <w:rPr>
          <w:rFonts w:ascii="Aptos" w:hAnsi="Aptos"/>
          <w:sz w:val="24"/>
          <w:szCs w:val="24"/>
        </w:rPr>
        <w:t xml:space="preserve"> </w:t>
      </w:r>
    </w:p>
    <w:p w14:paraId="6658B68F" w14:textId="77777777" w:rsidR="00341269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Complaints will be dealt with professionally and promptly to ensure that any issues </w:t>
      </w:r>
      <w:r w:rsidRPr="000E58C0">
        <w:rPr>
          <w:rFonts w:ascii="Aptos" w:hAnsi="Aptos"/>
          <w:sz w:val="24"/>
          <w:szCs w:val="24"/>
        </w:rPr>
        <w:t xml:space="preserve">arising from these complaints are handled effectively and to ensure the welfare of all </w:t>
      </w:r>
      <w:r w:rsidRPr="000E58C0">
        <w:rPr>
          <w:rFonts w:ascii="Aptos" w:hAnsi="Aptos"/>
          <w:sz w:val="24"/>
          <w:szCs w:val="24"/>
        </w:rPr>
        <w:t>children.</w:t>
      </w:r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 xml:space="preserve">We welcome any suggestions from parents on how we can improve our services, and </w:t>
      </w:r>
      <w:r w:rsidRPr="000E58C0">
        <w:rPr>
          <w:rFonts w:ascii="Aptos" w:hAnsi="Aptos"/>
          <w:sz w:val="24"/>
          <w:szCs w:val="24"/>
        </w:rPr>
        <w:t xml:space="preserve">concerns will be dealt with professionally and promptly to ensure that any issues </w:t>
      </w:r>
      <w:r w:rsidRPr="000E58C0">
        <w:rPr>
          <w:rFonts w:ascii="Aptos" w:hAnsi="Aptos"/>
          <w:sz w:val="24"/>
          <w:szCs w:val="24"/>
        </w:rPr>
        <w:t xml:space="preserve">arising from them are handled effectively and to ensure the welfare of all children, </w:t>
      </w:r>
      <w:r w:rsidRPr="000E58C0">
        <w:rPr>
          <w:rFonts w:ascii="Aptos" w:hAnsi="Aptos"/>
          <w:sz w:val="24"/>
          <w:szCs w:val="24"/>
        </w:rPr>
        <w:t xml:space="preserve">enable ongoing cooperative partnership with parents and to continually improve the </w:t>
      </w:r>
      <w:r w:rsidRPr="000E58C0">
        <w:rPr>
          <w:rFonts w:ascii="Aptos" w:hAnsi="Aptos"/>
          <w:sz w:val="24"/>
          <w:szCs w:val="24"/>
        </w:rPr>
        <w:t>quality of the nursery.</w:t>
      </w:r>
      <w:r w:rsidR="000E58C0">
        <w:rPr>
          <w:rFonts w:ascii="Aptos" w:hAnsi="Aptos"/>
          <w:sz w:val="24"/>
          <w:szCs w:val="24"/>
        </w:rPr>
        <w:t xml:space="preserve"> </w:t>
      </w:r>
    </w:p>
    <w:p w14:paraId="566C3AA8" w14:textId="4D70401F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We have a formal procedure for dealing with complaints where we </w:t>
      </w:r>
      <w:proofErr w:type="gramStart"/>
      <w:r w:rsidR="000E58C0">
        <w:rPr>
          <w:rFonts w:ascii="Aptos" w:hAnsi="Aptos"/>
          <w:sz w:val="24"/>
          <w:szCs w:val="24"/>
        </w:rPr>
        <w:t>are not able to</w:t>
      </w:r>
      <w:proofErr w:type="gramEnd"/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 xml:space="preserve">resolve a concern. Where any concern or complaint relates to child protection, we </w:t>
      </w:r>
      <w:r w:rsidRPr="000E58C0">
        <w:rPr>
          <w:rFonts w:ascii="Aptos" w:hAnsi="Aptos"/>
          <w:sz w:val="24"/>
          <w:szCs w:val="24"/>
        </w:rPr>
        <w:t>follow our Safeguarding/Child Protection Policy.</w:t>
      </w:r>
    </w:p>
    <w:p w14:paraId="23D65E63" w14:textId="51E710F9" w:rsidR="00A82F23" w:rsidRPr="000E58C0" w:rsidRDefault="00341269">
      <w:pPr>
        <w:rPr>
          <w:rFonts w:ascii="Aptos" w:hAnsi="Aptos"/>
          <w:b/>
          <w:bCs/>
          <w:sz w:val="24"/>
          <w:szCs w:val="24"/>
          <w:u w:val="single"/>
        </w:rPr>
      </w:pPr>
      <w:r w:rsidRPr="000E58C0">
        <w:rPr>
          <w:rFonts w:ascii="Aptos" w:hAnsi="Aptos"/>
          <w:b/>
          <w:bCs/>
          <w:sz w:val="24"/>
          <w:szCs w:val="24"/>
          <w:u w:val="single"/>
        </w:rPr>
        <w:t>Internal Complaints Procedure</w:t>
      </w:r>
    </w:p>
    <w:p w14:paraId="71EFB129" w14:textId="77777777" w:rsidR="00A82F23" w:rsidRPr="000E58C0" w:rsidRDefault="00341269">
      <w:pPr>
        <w:rPr>
          <w:rFonts w:ascii="Aptos" w:hAnsi="Aptos"/>
          <w:b/>
          <w:bCs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Stage 1</w:t>
      </w:r>
    </w:p>
    <w:p w14:paraId="59F2C454" w14:textId="70249D38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If any parent should have cause for complaint or any queries regarding the care or </w:t>
      </w:r>
      <w:r w:rsidRPr="000E58C0">
        <w:rPr>
          <w:rFonts w:ascii="Aptos" w:hAnsi="Aptos"/>
          <w:sz w:val="24"/>
          <w:szCs w:val="24"/>
        </w:rPr>
        <w:t xml:space="preserve">early learning provided by the </w:t>
      </w:r>
      <w:r w:rsidR="000E58C0" w:rsidRPr="000E58C0">
        <w:rPr>
          <w:rFonts w:ascii="Aptos" w:hAnsi="Aptos"/>
          <w:sz w:val="24"/>
          <w:szCs w:val="24"/>
        </w:rPr>
        <w:t>nursery,</w:t>
      </w:r>
      <w:r w:rsidRPr="000E58C0">
        <w:rPr>
          <w:rFonts w:ascii="Aptos" w:hAnsi="Aptos"/>
          <w:sz w:val="24"/>
          <w:szCs w:val="24"/>
        </w:rPr>
        <w:t xml:space="preserve"> they should in the first instance take it up with </w:t>
      </w:r>
      <w:r w:rsidRPr="000E58C0">
        <w:rPr>
          <w:rFonts w:ascii="Aptos" w:hAnsi="Aptos"/>
          <w:sz w:val="24"/>
          <w:szCs w:val="24"/>
        </w:rPr>
        <w:t xml:space="preserve">the child's key person or a senior member of staff/room leader. If this is not </w:t>
      </w:r>
      <w:r w:rsidR="000E58C0" w:rsidRPr="000E58C0">
        <w:rPr>
          <w:rFonts w:ascii="Aptos" w:hAnsi="Aptos"/>
          <w:sz w:val="24"/>
          <w:szCs w:val="24"/>
        </w:rPr>
        <w:t>resolved,</w:t>
      </w:r>
      <w:r w:rsidRP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>we then ask them to discuss this verbally with the manager.</w:t>
      </w:r>
    </w:p>
    <w:p w14:paraId="4C914A55" w14:textId="77777777" w:rsidR="000E58C0" w:rsidRDefault="00341269">
      <w:pPr>
        <w:rPr>
          <w:rFonts w:ascii="Aptos" w:hAnsi="Aptos"/>
          <w:b/>
          <w:bCs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Stage 2</w:t>
      </w:r>
    </w:p>
    <w:p w14:paraId="172598BC" w14:textId="3D7B8D43" w:rsidR="00A82F23" w:rsidRPr="000E58C0" w:rsidRDefault="00341269">
      <w:pPr>
        <w:rPr>
          <w:rFonts w:ascii="Aptos" w:hAnsi="Aptos"/>
          <w:b/>
          <w:bCs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If the issue remains unresolved or parents feel they have received an unsatisfactory </w:t>
      </w:r>
      <w:r w:rsidRPr="000E58C0">
        <w:rPr>
          <w:rFonts w:ascii="Aptos" w:hAnsi="Aptos"/>
          <w:sz w:val="24"/>
          <w:szCs w:val="24"/>
        </w:rPr>
        <w:t xml:space="preserve">outcome, then these concerns must be presented in writing to the nursery manager. </w:t>
      </w:r>
      <w:r w:rsidRPr="000E58C0">
        <w:rPr>
          <w:rFonts w:ascii="Aptos" w:hAnsi="Aptos"/>
          <w:sz w:val="24"/>
          <w:szCs w:val="24"/>
        </w:rPr>
        <w:t xml:space="preserve">The manager will then investigate the complaint and report back to the </w:t>
      </w:r>
      <w:r w:rsidR="000E58C0" w:rsidRPr="000E58C0">
        <w:rPr>
          <w:rFonts w:ascii="Aptos" w:hAnsi="Aptos"/>
          <w:sz w:val="24"/>
          <w:szCs w:val="24"/>
        </w:rPr>
        <w:t>parents</w:t>
      </w:r>
      <w:r w:rsidRPr="000E58C0">
        <w:rPr>
          <w:rFonts w:ascii="Aptos" w:hAnsi="Aptos"/>
          <w:sz w:val="24"/>
          <w:szCs w:val="24"/>
        </w:rPr>
        <w:t xml:space="preserve"> within </w:t>
      </w:r>
      <w:r w:rsidRPr="000E58C0">
        <w:rPr>
          <w:rFonts w:ascii="Aptos" w:hAnsi="Aptos"/>
          <w:sz w:val="24"/>
          <w:szCs w:val="24"/>
        </w:rPr>
        <w:t xml:space="preserve">five working days. This will be fully documented in the complaints log and will detail </w:t>
      </w:r>
      <w:r w:rsidRPr="000E58C0">
        <w:rPr>
          <w:rFonts w:ascii="Aptos" w:hAnsi="Aptos"/>
          <w:sz w:val="24"/>
          <w:szCs w:val="24"/>
        </w:rPr>
        <w:t>the nature of the complaint and any actions arising from it.</w:t>
      </w:r>
    </w:p>
    <w:p w14:paraId="18612CAE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Nursery contact number:</w:t>
      </w:r>
      <w:r w:rsidRPr="000E58C0">
        <w:rPr>
          <w:rFonts w:ascii="Aptos" w:hAnsi="Aptos"/>
          <w:sz w:val="24"/>
          <w:szCs w:val="24"/>
        </w:rPr>
        <w:t xml:space="preserve"> 0208 858 5141</w:t>
      </w:r>
    </w:p>
    <w:p w14:paraId="62FBD485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Manager’s email:</w:t>
      </w:r>
      <w:r w:rsidRPr="000E58C0">
        <w:rPr>
          <w:rFonts w:ascii="Aptos" w:hAnsi="Aptos"/>
          <w:sz w:val="24"/>
          <w:szCs w:val="24"/>
        </w:rPr>
        <w:t xml:space="preserve"> manager@rimu.co.uk</w:t>
      </w:r>
    </w:p>
    <w:p w14:paraId="2302CB0B" w14:textId="7098C33D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(Most complaints are usually resolved informally at stage 1 or 2.)</w:t>
      </w:r>
    </w:p>
    <w:p w14:paraId="3D34195F" w14:textId="77777777" w:rsidR="00A82F23" w:rsidRPr="000E58C0" w:rsidRDefault="00341269">
      <w:pPr>
        <w:rPr>
          <w:rFonts w:ascii="Aptos" w:hAnsi="Aptos"/>
          <w:b/>
          <w:bCs/>
          <w:sz w:val="28"/>
          <w:szCs w:val="28"/>
        </w:rPr>
      </w:pPr>
      <w:r w:rsidRPr="000E58C0">
        <w:rPr>
          <w:rFonts w:ascii="Aptos" w:hAnsi="Aptos"/>
          <w:b/>
          <w:bCs/>
          <w:sz w:val="28"/>
          <w:szCs w:val="28"/>
        </w:rPr>
        <w:t>Stage 3</w:t>
      </w:r>
    </w:p>
    <w:p w14:paraId="08989BE8" w14:textId="2F86FB4A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If the matter is still not resolved, a formal meeting will be held between the manager, </w:t>
      </w:r>
      <w:r w:rsidRPr="000E58C0">
        <w:rPr>
          <w:rFonts w:ascii="Aptos" w:hAnsi="Aptos"/>
          <w:sz w:val="24"/>
          <w:szCs w:val="24"/>
        </w:rPr>
        <w:t xml:space="preserve">parent and the senior staff member to ensure that it is dealt with comprehensively. A </w:t>
      </w:r>
      <w:r w:rsidRPr="000E58C0">
        <w:rPr>
          <w:rFonts w:ascii="Aptos" w:hAnsi="Aptos"/>
          <w:sz w:val="24"/>
          <w:szCs w:val="24"/>
        </w:rPr>
        <w:t xml:space="preserve">record of the meeting will be made along with documented actions. All parties </w:t>
      </w:r>
      <w:r w:rsidRPr="000E58C0">
        <w:rPr>
          <w:rFonts w:ascii="Aptos" w:hAnsi="Aptos"/>
          <w:sz w:val="24"/>
          <w:szCs w:val="24"/>
        </w:rPr>
        <w:t xml:space="preserve">present at the meeting will review the accuracy of the record, sign to agree and </w:t>
      </w:r>
      <w:r w:rsidRPr="000E58C0">
        <w:rPr>
          <w:rFonts w:ascii="Aptos" w:hAnsi="Aptos"/>
          <w:sz w:val="24"/>
          <w:szCs w:val="24"/>
        </w:rPr>
        <w:t>receive a copy, which will signify the conclusion of the procedure.</w:t>
      </w:r>
    </w:p>
    <w:p w14:paraId="61A1BDEA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Nathalie Richardson (Owner) contact number:</w:t>
      </w:r>
      <w:r w:rsidRPr="000E58C0">
        <w:rPr>
          <w:rFonts w:ascii="Aptos" w:hAnsi="Aptos"/>
          <w:sz w:val="24"/>
          <w:szCs w:val="24"/>
        </w:rPr>
        <w:t xml:space="preserve"> 07710 288227</w:t>
      </w:r>
    </w:p>
    <w:p w14:paraId="2F994235" w14:textId="556EC1B1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Nathalie’s Email Address:</w:t>
      </w:r>
      <w:r w:rsidRPr="000E58C0">
        <w:rPr>
          <w:rFonts w:ascii="Aptos" w:hAnsi="Aptos"/>
          <w:sz w:val="24"/>
          <w:szCs w:val="24"/>
        </w:rPr>
        <w:t xml:space="preserve"> stepup@btinternet.com</w:t>
      </w:r>
    </w:p>
    <w:p w14:paraId="258DC3BF" w14:textId="77777777" w:rsidR="00A82F23" w:rsidRPr="000E58C0" w:rsidRDefault="00341269">
      <w:pPr>
        <w:rPr>
          <w:rFonts w:ascii="Aptos" w:hAnsi="Aptos"/>
          <w:b/>
          <w:bCs/>
          <w:sz w:val="28"/>
          <w:szCs w:val="28"/>
        </w:rPr>
      </w:pPr>
      <w:r w:rsidRPr="000E58C0">
        <w:rPr>
          <w:rFonts w:ascii="Aptos" w:hAnsi="Aptos"/>
          <w:b/>
          <w:bCs/>
          <w:sz w:val="28"/>
          <w:szCs w:val="28"/>
        </w:rPr>
        <w:lastRenderedPageBreak/>
        <w:t>Stage 4</w:t>
      </w:r>
    </w:p>
    <w:p w14:paraId="7B40E858" w14:textId="09E577AE" w:rsidR="000E58C0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If the matter cannot be resolved to their satisfaction, then parents have the right to </w:t>
      </w:r>
      <w:r w:rsidRPr="000E58C0">
        <w:rPr>
          <w:rFonts w:ascii="Aptos" w:hAnsi="Aptos"/>
          <w:sz w:val="24"/>
          <w:szCs w:val="24"/>
        </w:rPr>
        <w:t>raise the matter with Ofsted.</w:t>
      </w:r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 xml:space="preserve">Parents are made aware that they can contact the above in all stages of complaints </w:t>
      </w:r>
      <w:r w:rsidRPr="000E58C0">
        <w:rPr>
          <w:rFonts w:ascii="Aptos" w:hAnsi="Aptos"/>
          <w:sz w:val="24"/>
          <w:szCs w:val="24"/>
        </w:rPr>
        <w:t>and are given information on how to contact them.</w:t>
      </w:r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 xml:space="preserve">A record of complaints will be kept in the nursery. The record will include the name </w:t>
      </w:r>
      <w:r w:rsidRPr="000E58C0">
        <w:rPr>
          <w:rFonts w:ascii="Aptos" w:hAnsi="Aptos"/>
          <w:sz w:val="24"/>
          <w:szCs w:val="24"/>
        </w:rPr>
        <w:t xml:space="preserve">of the complainant, the nature of the complaint, date and time complaint received, </w:t>
      </w:r>
      <w:r w:rsidRPr="000E58C0">
        <w:rPr>
          <w:rFonts w:ascii="Aptos" w:hAnsi="Aptos"/>
          <w:sz w:val="24"/>
          <w:szCs w:val="24"/>
        </w:rPr>
        <w:t xml:space="preserve">action(s) taken, result of any investigations and any information given to the </w:t>
      </w:r>
      <w:r w:rsidRPr="000E58C0">
        <w:rPr>
          <w:rFonts w:ascii="Aptos" w:hAnsi="Aptos"/>
          <w:sz w:val="24"/>
          <w:szCs w:val="24"/>
        </w:rPr>
        <w:t>complainant including a dated response.</w:t>
      </w:r>
      <w:r w:rsid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sz w:val="24"/>
          <w:szCs w:val="24"/>
        </w:rPr>
        <w:t xml:space="preserve">Parents will be able to access this record if they wish to, however all personal details </w:t>
      </w:r>
      <w:r w:rsidRPr="000E58C0">
        <w:rPr>
          <w:rFonts w:ascii="Aptos" w:hAnsi="Aptos"/>
          <w:sz w:val="24"/>
          <w:szCs w:val="24"/>
        </w:rPr>
        <w:t xml:space="preserve">relating to any complaint will be stored confidentially and will be only accessible by </w:t>
      </w:r>
      <w:r w:rsidRPr="000E58C0">
        <w:rPr>
          <w:rFonts w:ascii="Aptos" w:hAnsi="Aptos"/>
          <w:sz w:val="24"/>
          <w:szCs w:val="24"/>
        </w:rPr>
        <w:t xml:space="preserve">the parties involved. Ofsted will have access to this record at any time during visits to </w:t>
      </w:r>
      <w:r w:rsidRPr="000E58C0">
        <w:rPr>
          <w:rFonts w:ascii="Aptos" w:hAnsi="Aptos"/>
          <w:sz w:val="24"/>
          <w:szCs w:val="24"/>
        </w:rPr>
        <w:t>ensure actions have been met appropriately.</w:t>
      </w:r>
      <w:r w:rsidR="000E58C0">
        <w:rPr>
          <w:rFonts w:ascii="Aptos" w:hAnsi="Aptos"/>
          <w:sz w:val="24"/>
          <w:szCs w:val="24"/>
        </w:rPr>
        <w:t xml:space="preserve"> </w:t>
      </w:r>
      <w:proofErr w:type="gramStart"/>
      <w:r w:rsidRPr="000E58C0">
        <w:rPr>
          <w:rFonts w:ascii="Aptos" w:hAnsi="Aptos"/>
          <w:sz w:val="24"/>
          <w:szCs w:val="24"/>
        </w:rPr>
        <w:t>The</w:t>
      </w:r>
      <w:proofErr w:type="gramEnd"/>
      <w:r w:rsidRPr="000E58C0">
        <w:rPr>
          <w:rFonts w:ascii="Aptos" w:hAnsi="Aptos"/>
          <w:sz w:val="24"/>
          <w:szCs w:val="24"/>
        </w:rPr>
        <w:t xml:space="preserve"> record of complaints is made available to Ofsted on request. </w:t>
      </w:r>
      <w:r w:rsidRPr="000E58C0">
        <w:rPr>
          <w:rFonts w:ascii="Aptos" w:hAnsi="Aptos"/>
          <w:sz w:val="24"/>
          <w:szCs w:val="24"/>
        </w:rPr>
        <w:t xml:space="preserve">We will follow this procedure for any other compliments and complaints received </w:t>
      </w:r>
      <w:r w:rsidRPr="000E58C0">
        <w:rPr>
          <w:rFonts w:ascii="Aptos" w:hAnsi="Aptos"/>
          <w:sz w:val="24"/>
          <w:szCs w:val="24"/>
        </w:rPr>
        <w:t xml:space="preserve">from visitors to the </w:t>
      </w:r>
      <w:r w:rsidR="000E58C0" w:rsidRPr="000E58C0">
        <w:rPr>
          <w:rFonts w:ascii="Aptos" w:hAnsi="Aptos"/>
          <w:sz w:val="24"/>
          <w:szCs w:val="24"/>
        </w:rPr>
        <w:t>provider</w:t>
      </w:r>
      <w:r w:rsidRPr="000E58C0">
        <w:rPr>
          <w:rFonts w:ascii="Aptos" w:hAnsi="Aptos"/>
          <w:sz w:val="24"/>
          <w:szCs w:val="24"/>
        </w:rPr>
        <w:t xml:space="preserve"> where applicable.</w:t>
      </w:r>
    </w:p>
    <w:p w14:paraId="1DE6F953" w14:textId="77777777" w:rsidR="000E58C0" w:rsidRPr="000E58C0" w:rsidRDefault="000E58C0">
      <w:pPr>
        <w:rPr>
          <w:rFonts w:ascii="Aptos" w:hAnsi="Aptos"/>
          <w:sz w:val="24"/>
          <w:szCs w:val="24"/>
        </w:rPr>
      </w:pPr>
    </w:p>
    <w:p w14:paraId="77736CFE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219C21C8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18CD8F57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364CBAD0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109BD9C4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38FE4C43" w14:textId="77777777" w:rsidR="000E58C0" w:rsidRDefault="000E58C0">
      <w:pPr>
        <w:rPr>
          <w:rFonts w:ascii="Aptos" w:hAnsi="Aptos"/>
          <w:b/>
          <w:bCs/>
          <w:sz w:val="24"/>
          <w:szCs w:val="24"/>
        </w:rPr>
      </w:pPr>
    </w:p>
    <w:p w14:paraId="7DE7275C" w14:textId="45FDE9C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Contact details for Ofsted</w:t>
      </w:r>
      <w:r w:rsidRPr="000E58C0">
        <w:rPr>
          <w:rFonts w:ascii="Aptos" w:hAnsi="Aptos"/>
          <w:sz w:val="24"/>
          <w:szCs w:val="24"/>
        </w:rPr>
        <w:t>:</w:t>
      </w:r>
    </w:p>
    <w:p w14:paraId="27DDF839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Email:</w:t>
      </w:r>
      <w:r w:rsidRPr="000E58C0">
        <w:rPr>
          <w:rFonts w:ascii="Aptos" w:hAnsi="Aptos"/>
          <w:sz w:val="24"/>
          <w:szCs w:val="24"/>
        </w:rPr>
        <w:t xml:space="preserve"> </w:t>
      </w:r>
      <w:r w:rsidRPr="000E58C0">
        <w:rPr>
          <w:rFonts w:ascii="Aptos" w:hAnsi="Aptos"/>
          <w:color w:val="0099FF"/>
          <w:sz w:val="24"/>
          <w:szCs w:val="24"/>
        </w:rPr>
        <w:t>enquiries@ofsted.gov.uk</w:t>
      </w:r>
    </w:p>
    <w:p w14:paraId="514A791F" w14:textId="5DF050D2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t>Telephone:</w:t>
      </w:r>
      <w:r w:rsidRPr="000E58C0">
        <w:rPr>
          <w:rFonts w:ascii="Aptos" w:hAnsi="Aptos"/>
          <w:sz w:val="24"/>
          <w:szCs w:val="24"/>
        </w:rPr>
        <w:t xml:space="preserve"> 0300 123 1231</w:t>
      </w:r>
    </w:p>
    <w:p w14:paraId="3115765A" w14:textId="77777777" w:rsidR="00A82F23" w:rsidRPr="000E58C0" w:rsidRDefault="00341269">
      <w:pPr>
        <w:rPr>
          <w:rFonts w:ascii="Aptos" w:hAnsi="Aptos"/>
          <w:b/>
          <w:bCs/>
          <w:sz w:val="24"/>
          <w:szCs w:val="24"/>
        </w:rPr>
      </w:pPr>
      <w:r w:rsidRPr="000E58C0">
        <w:rPr>
          <w:rFonts w:ascii="Aptos" w:hAnsi="Aptos"/>
          <w:b/>
          <w:bCs/>
          <w:sz w:val="24"/>
          <w:szCs w:val="24"/>
        </w:rPr>
        <w:lastRenderedPageBreak/>
        <w:t>By post:</w:t>
      </w:r>
    </w:p>
    <w:p w14:paraId="1F6A173D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Ofsted</w:t>
      </w:r>
    </w:p>
    <w:p w14:paraId="440A5002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Piccadilly Gate</w:t>
      </w:r>
    </w:p>
    <w:p w14:paraId="5AAC3631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Store Street</w:t>
      </w:r>
    </w:p>
    <w:p w14:paraId="1BA7CAFF" w14:textId="77777777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Manchester</w:t>
      </w:r>
    </w:p>
    <w:p w14:paraId="0EC1B9AA" w14:textId="47B06322" w:rsid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>M1 2WD</w:t>
      </w:r>
      <w:r w:rsidR="000E58C0">
        <w:rPr>
          <w:rFonts w:ascii="Aptos" w:hAnsi="Aptos"/>
          <w:sz w:val="24"/>
          <w:szCs w:val="24"/>
        </w:rPr>
        <w:t xml:space="preserve"> </w:t>
      </w:r>
    </w:p>
    <w:p w14:paraId="70E76BA2" w14:textId="1B184FFF" w:rsidR="00A82F23" w:rsidRPr="000E58C0" w:rsidRDefault="00341269">
      <w:pPr>
        <w:rPr>
          <w:rFonts w:ascii="Aptos" w:hAnsi="Aptos"/>
          <w:sz w:val="24"/>
          <w:szCs w:val="24"/>
        </w:rPr>
      </w:pPr>
      <w:r w:rsidRPr="000E58C0">
        <w:rPr>
          <w:rFonts w:ascii="Aptos" w:hAnsi="Aptos"/>
          <w:sz w:val="24"/>
          <w:szCs w:val="24"/>
        </w:rPr>
        <w:t xml:space="preserve">Parents will also be informed if the nursery becomes aware that they are going to be </w:t>
      </w:r>
      <w:r w:rsidRPr="000E58C0">
        <w:rPr>
          <w:rFonts w:ascii="Aptos" w:hAnsi="Aptos"/>
          <w:sz w:val="24"/>
          <w:szCs w:val="24"/>
        </w:rPr>
        <w:t xml:space="preserve">inspected and after inspection the nursery will provide a copy of the report to parents </w:t>
      </w:r>
      <w:r w:rsidRPr="000E58C0">
        <w:rPr>
          <w:rFonts w:ascii="Aptos" w:hAnsi="Aptos"/>
          <w:sz w:val="24"/>
          <w:szCs w:val="24"/>
        </w:rPr>
        <w:t>and/or carers of children attending on a regular basis.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7"/>
        <w:gridCol w:w="2875"/>
      </w:tblGrid>
      <w:tr w:rsidR="000E58C0" w14:paraId="5C98C148" w14:textId="77777777" w:rsidTr="000E58C0">
        <w:tc>
          <w:tcPr>
            <w:tcW w:w="2952" w:type="dxa"/>
          </w:tcPr>
          <w:p w14:paraId="607C1830" w14:textId="64D9F373" w:rsidR="000E58C0" w:rsidRPr="000E58C0" w:rsidRDefault="000E58C0">
            <w:pPr>
              <w:rPr>
                <w:rFonts w:ascii="Aptos" w:hAnsi="Aptos"/>
              </w:rPr>
            </w:pPr>
            <w:r w:rsidRPr="000E58C0">
              <w:rPr>
                <w:rFonts w:ascii="Aptos" w:hAnsi="Aptos"/>
              </w:rPr>
              <w:t>This Policy was adopted on:</w:t>
            </w:r>
          </w:p>
        </w:tc>
        <w:tc>
          <w:tcPr>
            <w:tcW w:w="2952" w:type="dxa"/>
          </w:tcPr>
          <w:p w14:paraId="13B8CC6C" w14:textId="798B1898" w:rsidR="000E58C0" w:rsidRPr="000E58C0" w:rsidRDefault="000E58C0" w:rsidP="000E58C0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Signed on behalf of the nursery:</w:t>
            </w:r>
          </w:p>
        </w:tc>
        <w:tc>
          <w:tcPr>
            <w:tcW w:w="2952" w:type="dxa"/>
          </w:tcPr>
          <w:p w14:paraId="3386FCB0" w14:textId="1A0CD66F" w:rsidR="000E58C0" w:rsidRPr="000E58C0" w:rsidRDefault="000E58C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Date for review:</w:t>
            </w:r>
          </w:p>
        </w:tc>
      </w:tr>
      <w:tr w:rsidR="000E58C0" w14:paraId="67513CF7" w14:textId="77777777" w:rsidTr="000E58C0">
        <w:tc>
          <w:tcPr>
            <w:tcW w:w="2952" w:type="dxa"/>
          </w:tcPr>
          <w:p w14:paraId="6B3BBCB9" w14:textId="4DACD11D" w:rsidR="000E58C0" w:rsidRPr="000E58C0" w:rsidRDefault="000E58C0">
            <w:pPr>
              <w:rPr>
                <w:rFonts w:ascii="Aptos" w:hAnsi="Aptos"/>
              </w:rPr>
            </w:pPr>
            <w:r w:rsidRPr="000E58C0">
              <w:rPr>
                <w:rFonts w:ascii="Aptos" w:hAnsi="Aptos"/>
              </w:rPr>
              <w:t>2/12/25</w:t>
            </w:r>
          </w:p>
        </w:tc>
        <w:tc>
          <w:tcPr>
            <w:tcW w:w="2952" w:type="dxa"/>
          </w:tcPr>
          <w:p w14:paraId="6DC3EFAD" w14:textId="7AEB81D5" w:rsidR="000E58C0" w:rsidRPr="000E58C0" w:rsidRDefault="000E58C0">
            <w:pPr>
              <w:rPr>
                <w:rFonts w:ascii="Aptos" w:hAnsi="Aptos"/>
              </w:rPr>
            </w:pPr>
            <w:r w:rsidRPr="000E58C0">
              <w:rPr>
                <w:rFonts w:ascii="Aptos" w:hAnsi="Aptos"/>
              </w:rPr>
              <w:t>Chloe Nelson</w:t>
            </w:r>
          </w:p>
        </w:tc>
        <w:tc>
          <w:tcPr>
            <w:tcW w:w="2952" w:type="dxa"/>
          </w:tcPr>
          <w:p w14:paraId="10CEC466" w14:textId="72A88348" w:rsidR="000E58C0" w:rsidRPr="000E58C0" w:rsidRDefault="000E58C0">
            <w:pPr>
              <w:rPr>
                <w:rFonts w:ascii="Aptos" w:hAnsi="Aptos"/>
              </w:rPr>
            </w:pPr>
            <w:r w:rsidRPr="000E58C0">
              <w:rPr>
                <w:rFonts w:ascii="Aptos" w:hAnsi="Aptos"/>
              </w:rPr>
              <w:t>2/12/26</w:t>
            </w:r>
          </w:p>
        </w:tc>
      </w:tr>
    </w:tbl>
    <w:p w14:paraId="79191CAF" w14:textId="77777777" w:rsidR="00A82F23" w:rsidRPr="000E58C0" w:rsidRDefault="00A82F23">
      <w:pPr>
        <w:rPr>
          <w:rFonts w:ascii="Aptos" w:hAnsi="Aptos"/>
          <w:sz w:val="24"/>
          <w:szCs w:val="24"/>
        </w:rPr>
      </w:pPr>
    </w:p>
    <w:sectPr w:rsidR="00A82F23" w:rsidRPr="000E58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377446">
    <w:abstractNumId w:val="8"/>
  </w:num>
  <w:num w:numId="2" w16cid:durableId="1650133385">
    <w:abstractNumId w:val="6"/>
  </w:num>
  <w:num w:numId="3" w16cid:durableId="2116558817">
    <w:abstractNumId w:val="5"/>
  </w:num>
  <w:num w:numId="4" w16cid:durableId="1107239381">
    <w:abstractNumId w:val="4"/>
  </w:num>
  <w:num w:numId="5" w16cid:durableId="571081009">
    <w:abstractNumId w:val="7"/>
  </w:num>
  <w:num w:numId="6" w16cid:durableId="182715009">
    <w:abstractNumId w:val="3"/>
  </w:num>
  <w:num w:numId="7" w16cid:durableId="2065714416">
    <w:abstractNumId w:val="2"/>
  </w:num>
  <w:num w:numId="8" w16cid:durableId="669792581">
    <w:abstractNumId w:val="1"/>
  </w:num>
  <w:num w:numId="9" w16cid:durableId="1640917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8C0"/>
    <w:rsid w:val="0015074B"/>
    <w:rsid w:val="0029639D"/>
    <w:rsid w:val="00326F90"/>
    <w:rsid w:val="00341269"/>
    <w:rsid w:val="00520508"/>
    <w:rsid w:val="00A82F23"/>
    <w:rsid w:val="00AA1D8D"/>
    <w:rsid w:val="00AC69A6"/>
    <w:rsid w:val="00B47730"/>
    <w:rsid w:val="00CB0664"/>
    <w:rsid w:val="00E25A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41E34C"/>
  <w14:defaultImageDpi w14:val="300"/>
  <w15:docId w15:val="{C72083B4-BA6D-43B8-BDFE-2174AF4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3549</Characters>
  <Application>Microsoft Office Word</Application>
  <DocSecurity>0</DocSecurity>
  <Lines>93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Nathalie Richardson</cp:lastModifiedBy>
  <cp:revision>4</cp:revision>
  <dcterms:created xsi:type="dcterms:W3CDTF">2025-12-02T10:01:00Z</dcterms:created>
  <dcterms:modified xsi:type="dcterms:W3CDTF">2025-12-02T10:02:00Z</dcterms:modified>
  <cp:category/>
</cp:coreProperties>
</file>