
<file path=[Content_Types].xml><?xml version="1.0" encoding="utf-8"?>
<Types xmlns="http://schemas.openxmlformats.org/package/2006/content-types">
  <Default Extension="gif" ContentType="image/gif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0000001" w14:textId="7CB710E6" w:rsidR="00AC22BD" w:rsidRDefault="001B124D" w:rsidP="00B14206">
      <w:pPr>
        <w:pStyle w:val="Heading1"/>
        <w:spacing w:before="0" w:line="240" w:lineRule="auto"/>
        <w:jc w:val="center"/>
        <w:rPr>
          <w:rFonts w:ascii="Arial" w:eastAsia="Arial" w:hAnsi="Arial" w:cs="Arial"/>
        </w:rPr>
      </w:pPr>
      <w:r>
        <w:rPr>
          <w:noProof/>
        </w:rPr>
        <w:drawing>
          <wp:anchor distT="0" distB="0" distL="114300" distR="114300" simplePos="0" relativeHeight="251658240" behindDoc="0" locked="0" layoutInCell="1" allowOverlap="1" wp14:anchorId="12B00EB8" wp14:editId="1D132C2A">
            <wp:simplePos x="0" y="0"/>
            <wp:positionH relativeFrom="column">
              <wp:posOffset>5440045</wp:posOffset>
            </wp:positionH>
            <wp:positionV relativeFrom="paragraph">
              <wp:posOffset>0</wp:posOffset>
            </wp:positionV>
            <wp:extent cx="1413510" cy="1482090"/>
            <wp:effectExtent l="0" t="0" r="0" b="3810"/>
            <wp:wrapSquare wrapText="bothSides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5385" t="12396" r="14523" b="14102"/>
                    <a:stretch/>
                  </pic:blipFill>
                  <pic:spPr bwMode="auto">
                    <a:xfrm>
                      <a:off x="0" y="0"/>
                      <a:ext cx="1413510" cy="1482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Arial" w:eastAsia="Arial" w:hAnsi="Arial" w:cs="Arial"/>
          <w:sz w:val="24"/>
          <w:szCs w:val="24"/>
        </w:rPr>
        <w:t xml:space="preserve">River Valley </w:t>
      </w:r>
      <w:r w:rsidR="006B30C9">
        <w:rPr>
          <w:rFonts w:ascii="Arial" w:eastAsia="Arial" w:hAnsi="Arial" w:cs="Arial"/>
          <w:sz w:val="24"/>
          <w:szCs w:val="24"/>
        </w:rPr>
        <w:t>Heroes</w:t>
      </w:r>
      <w:r>
        <w:rPr>
          <w:rFonts w:ascii="Arial" w:eastAsia="Arial" w:hAnsi="Arial" w:cs="Arial"/>
          <w:sz w:val="24"/>
          <w:szCs w:val="24"/>
        </w:rPr>
        <w:t xml:space="preserve"> &amp; Patriots</w:t>
      </w:r>
      <w:r w:rsidR="002522CB">
        <w:rPr>
          <w:rFonts w:ascii="Arial" w:eastAsia="Arial" w:hAnsi="Arial" w:cs="Arial"/>
          <w:sz w:val="24"/>
          <w:szCs w:val="24"/>
        </w:rPr>
        <w:t xml:space="preserve"> Application Form</w:t>
      </w:r>
    </w:p>
    <w:p w14:paraId="00000002" w14:textId="1AAF47F7" w:rsidR="00AC22BD" w:rsidRDefault="006B30C9" w:rsidP="00B1420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119" w:right="129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 xml:space="preserve">Thank you for </w:t>
      </w:r>
      <w:r w:rsidR="00DB3D7B">
        <w:rPr>
          <w:rFonts w:ascii="Arial" w:eastAsia="Arial" w:hAnsi="Arial" w:cs="Arial"/>
          <w:color w:val="000000"/>
          <w:sz w:val="24"/>
          <w:szCs w:val="24"/>
        </w:rPr>
        <w:t>your interest</w:t>
      </w:r>
      <w:r w:rsidR="002522CB">
        <w:rPr>
          <w:rFonts w:ascii="Arial" w:eastAsia="Arial" w:hAnsi="Arial" w:cs="Arial"/>
          <w:color w:val="000000"/>
          <w:sz w:val="24"/>
          <w:szCs w:val="24"/>
        </w:rPr>
        <w:t xml:space="preserve"> in volunteering with </w:t>
      </w:r>
      <w:r w:rsidR="001B124D">
        <w:rPr>
          <w:rFonts w:ascii="Arial" w:eastAsia="Arial" w:hAnsi="Arial" w:cs="Arial"/>
          <w:color w:val="000000"/>
          <w:sz w:val="24"/>
          <w:szCs w:val="24"/>
        </w:rPr>
        <w:t>River Valley Heroes &amp; Patriots</w:t>
      </w:r>
      <w:r w:rsidR="002522CB">
        <w:rPr>
          <w:rFonts w:ascii="Arial" w:eastAsia="Arial" w:hAnsi="Arial" w:cs="Arial"/>
          <w:color w:val="000000"/>
          <w:sz w:val="24"/>
          <w:szCs w:val="24"/>
        </w:rPr>
        <w:t>. Our organization encourages the participation of volunteers who support the mission: Provide support and services to veterans and the community; provide a safe, comfortable, and welcoming environment for all members and guests to enjoy; and continue to improve the club’s financial, structural, and operational posture for future generations.</w:t>
      </w:r>
    </w:p>
    <w:p w14:paraId="1197B81F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</w:p>
    <w:p w14:paraId="00000004" w14:textId="0391F604" w:rsidR="00AC22BD" w:rsidRDefault="002522CB" w:rsidP="00B14206">
      <w:pPr>
        <w:spacing w:after="0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complete the following form so we can best match your skills, availability, and interests with our volunteer opportunities.</w:t>
      </w:r>
    </w:p>
    <w:p w14:paraId="00000005" w14:textId="77777777" w:rsidR="00AC22BD" w:rsidRDefault="002522CB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Personal Information</w:t>
      </w:r>
    </w:p>
    <w:p w14:paraId="00000006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Full Name: ______________________________________________________________</w:t>
      </w:r>
    </w:p>
    <w:p w14:paraId="00000007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Address: _______________________________________________________________</w:t>
      </w:r>
    </w:p>
    <w:p w14:paraId="00000008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City / State / ZIP: _________________________________________________________</w:t>
      </w:r>
    </w:p>
    <w:p w14:paraId="00000009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Phone Number: __________________________________________________________</w:t>
      </w:r>
    </w:p>
    <w:p w14:paraId="0000000A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Email Address: __________________________________________________________</w:t>
      </w:r>
    </w:p>
    <w:p w14:paraId="0000000B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Preferred Method of Contact: </w:t>
      </w:r>
      <w:sdt>
        <w:sdtPr>
          <w:tag w:val="goog_rdk_0"/>
          <w:id w:val="-815672896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Phone </w:t>
      </w:r>
      <w:sdt>
        <w:sdtPr>
          <w:tag w:val="goog_rdk_1"/>
          <w:id w:val="-962141420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Email </w:t>
      </w:r>
      <w:sdt>
        <w:sdtPr>
          <w:tag w:val="goog_rdk_2"/>
          <w:id w:val="385869763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Text</w:t>
      </w:r>
    </w:p>
    <w:p w14:paraId="0000000C" w14:textId="77777777" w:rsidR="00AC22BD" w:rsidRDefault="002522CB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Emergency Contact</w:t>
      </w:r>
    </w:p>
    <w:p w14:paraId="0000000D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Name: _________________________________________________________________</w:t>
      </w:r>
    </w:p>
    <w:p w14:paraId="0000000E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Relationship: _______________________ Phone Number: ________________________</w:t>
      </w:r>
    </w:p>
    <w:p w14:paraId="0000000F" w14:textId="77777777" w:rsidR="00AC22BD" w:rsidRDefault="002522CB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Availability</w:t>
      </w:r>
    </w:p>
    <w:p w14:paraId="00000010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Please indicate when you are generally available to volunteer:</w:t>
      </w:r>
    </w:p>
    <w:p w14:paraId="00000011" w14:textId="77777777" w:rsidR="00AC22BD" w:rsidRDefault="00B14206">
      <w:pPr>
        <w:rPr>
          <w:rFonts w:ascii="Arial" w:eastAsia="Arial" w:hAnsi="Arial" w:cs="Arial"/>
          <w:sz w:val="24"/>
          <w:szCs w:val="24"/>
        </w:rPr>
      </w:pPr>
      <w:sdt>
        <w:sdtPr>
          <w:tag w:val="goog_rdk_3"/>
          <w:id w:val="-227153475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Monday </w:t>
      </w:r>
      <w:sdt>
        <w:sdtPr>
          <w:tag w:val="goog_rdk_4"/>
          <w:id w:val="1488816640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Tuesday </w:t>
      </w:r>
      <w:sdt>
        <w:sdtPr>
          <w:tag w:val="goog_rdk_5"/>
          <w:id w:val="-2089861564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Wednesday </w:t>
      </w:r>
      <w:sdt>
        <w:sdtPr>
          <w:tag w:val="goog_rdk_6"/>
          <w:id w:val="1622294135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Thursday </w:t>
      </w:r>
      <w:sdt>
        <w:sdtPr>
          <w:tag w:val="goog_rdk_7"/>
          <w:id w:val="-1797149787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Friday </w:t>
      </w:r>
      <w:sdt>
        <w:sdtPr>
          <w:tag w:val="goog_rdk_8"/>
          <w:id w:val="147978135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Saturday </w:t>
      </w:r>
      <w:sdt>
        <w:sdtPr>
          <w:tag w:val="goog_rdk_9"/>
          <w:id w:val="-1791007619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Sunday</w:t>
      </w:r>
    </w:p>
    <w:p w14:paraId="00000012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Preferred Times: </w:t>
      </w:r>
      <w:sdt>
        <w:sdtPr>
          <w:tag w:val="goog_rdk_10"/>
          <w:id w:val="1726238073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Morning </w:t>
      </w:r>
      <w:sdt>
        <w:sdtPr>
          <w:tag w:val="goog_rdk_11"/>
          <w:id w:val="-936234514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Afternoon </w:t>
      </w:r>
      <w:sdt>
        <w:sdtPr>
          <w:tag w:val="goog_rdk_12"/>
          <w:id w:val="-1139352198"/>
        </w:sdtPr>
        <w:sdtEndPr/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Evening</w:t>
      </w:r>
    </w:p>
    <w:p w14:paraId="00000013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How often are you available?</w:t>
      </w:r>
    </w:p>
    <w:p w14:paraId="00000014" w14:textId="77777777" w:rsidR="00AC22BD" w:rsidRDefault="00B14206">
      <w:pPr>
        <w:rPr>
          <w:rFonts w:ascii="Arial" w:eastAsia="Arial" w:hAnsi="Arial" w:cs="Arial"/>
          <w:sz w:val="24"/>
          <w:szCs w:val="24"/>
        </w:rPr>
      </w:pPr>
      <w:sdt>
        <w:sdtPr>
          <w:tag w:val="goog_rdk_13"/>
          <w:id w:val="-1192227492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Weekly </w:t>
      </w:r>
      <w:sdt>
        <w:sdtPr>
          <w:tag w:val="goog_rdk_14"/>
          <w:id w:val="-1423169033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Monthly </w:t>
      </w:r>
      <w:sdt>
        <w:sdtPr>
          <w:tag w:val="goog_rdk_15"/>
          <w:id w:val="-1214015320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Occasionally </w:t>
      </w:r>
      <w:sdt>
        <w:sdtPr>
          <w:tag w:val="goog_rdk_16"/>
          <w:id w:val="2022279181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For special events only</w:t>
      </w:r>
    </w:p>
    <w:p w14:paraId="599B73B7" w14:textId="77777777" w:rsidR="00B14206" w:rsidRDefault="00B14206" w:rsidP="00B14206">
      <w:pPr>
        <w:pStyle w:val="Heading2"/>
        <w:rPr>
          <w:rFonts w:ascii="Arial" w:eastAsia="Arial" w:hAnsi="Arial" w:cs="Arial"/>
          <w:sz w:val="24"/>
          <w:szCs w:val="24"/>
        </w:rPr>
        <w:sectPr w:rsidR="00B14206" w:rsidSect="00B14206">
          <w:type w:val="continuous"/>
          <w:pgSz w:w="12240" w:h="15840"/>
          <w:pgMar w:top="864" w:right="864" w:bottom="864" w:left="864" w:header="720" w:footer="720" w:gutter="0"/>
          <w:pgNumType w:start="1"/>
          <w:cols w:space="720"/>
        </w:sectPr>
      </w:pPr>
      <w:r>
        <w:rPr>
          <w:rFonts w:ascii="Arial" w:eastAsia="Arial" w:hAnsi="Arial" w:cs="Arial"/>
          <w:sz w:val="24"/>
          <w:szCs w:val="24"/>
        </w:rPr>
        <w:t>Areas of Interest in Volunteering</w:t>
      </w:r>
    </w:p>
    <w:p w14:paraId="3BB328D2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17"/>
          <w:id w:val="-1845548975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Event setup/cleanup</w:t>
      </w:r>
    </w:p>
    <w:p w14:paraId="6331C4FF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18"/>
          <w:id w:val="1887172477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Community outreach</w:t>
      </w:r>
    </w:p>
    <w:p w14:paraId="075F5A22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19"/>
          <w:id w:val="357062895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Veterans assistance</w:t>
      </w:r>
    </w:p>
    <w:p w14:paraId="7011889D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0"/>
          <w:id w:val="156374945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Fundraising/donations</w:t>
      </w:r>
    </w:p>
    <w:p w14:paraId="6BB2ED10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1"/>
          <w:id w:val="-143305231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Administrative support</w:t>
      </w:r>
    </w:p>
    <w:p w14:paraId="4A3D6CBB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2"/>
          <w:id w:val="-46154157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Kitchen/food service</w:t>
      </w:r>
    </w:p>
    <w:p w14:paraId="31812DC2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3"/>
          <w:id w:val="332690303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Building maintenance/repairs</w:t>
      </w:r>
    </w:p>
    <w:p w14:paraId="43C52D90" w14:textId="77777777" w:rsidR="00B14206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4"/>
          <w:id w:val="-164686512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Honor guard or ceremonies</w:t>
      </w:r>
    </w:p>
    <w:p w14:paraId="7E71CF17" w14:textId="77777777" w:rsidR="00B14206" w:rsidRPr="002522CB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</w:pPr>
      <w:sdt>
        <w:sdtPr>
          <w:tag w:val="goog_rdk_24"/>
          <w:id w:val="-512845708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t xml:space="preserve"> </w:t>
      </w:r>
      <w:r>
        <w:rPr>
          <w:rFonts w:ascii="Arial" w:hAnsi="Arial" w:cs="Arial"/>
          <w:sz w:val="24"/>
          <w:szCs w:val="24"/>
        </w:rPr>
        <w:t>Raffles</w:t>
      </w:r>
    </w:p>
    <w:p w14:paraId="6F22A721" w14:textId="77777777" w:rsidR="00B14206" w:rsidRPr="002522CB" w:rsidRDefault="00B14206" w:rsidP="00B14206">
      <w:pPr>
        <w:spacing w:after="0"/>
        <w:rPr>
          <w:rFonts w:ascii="Arial" w:eastAsia="Arial" w:hAnsi="Arial" w:cs="Arial"/>
          <w:sz w:val="24"/>
          <w:szCs w:val="24"/>
        </w:rPr>
        <w:sectPr w:rsidR="00B14206" w:rsidRPr="002522CB">
          <w:type w:val="continuous"/>
          <w:pgSz w:w="12240" w:h="15840"/>
          <w:pgMar w:top="1152" w:right="1152" w:bottom="864" w:left="1152" w:header="720" w:footer="720" w:gutter="0"/>
          <w:cols w:num="2" w:space="720" w:equalWidth="0">
            <w:col w:w="4608" w:space="720"/>
            <w:col w:w="4608" w:space="0"/>
          </w:cols>
        </w:sectPr>
      </w:pPr>
      <w:sdt>
        <w:sdtPr>
          <w:rPr>
            <w:rFonts w:ascii="Arial" w:hAnsi="Arial" w:cs="Arial"/>
            <w:sz w:val="24"/>
            <w:szCs w:val="24"/>
          </w:rPr>
          <w:tag w:val="goog_rdk_24"/>
          <w:id w:val="1966921317"/>
          <w:showingPlcHdr/>
        </w:sdtPr>
        <w:sdtContent>
          <w:r>
            <w:rPr>
              <w:rFonts w:ascii="Arial" w:hAnsi="Arial" w:cs="Arial"/>
              <w:sz w:val="24"/>
              <w:szCs w:val="24"/>
            </w:rPr>
            <w:t xml:space="preserve">     </w:t>
          </w:r>
        </w:sdtContent>
      </w:sdt>
    </w:p>
    <w:p w14:paraId="00000015" w14:textId="1F728DE8" w:rsidR="00AC22BD" w:rsidRDefault="00B14206" w:rsidP="00B14206">
      <w:pPr>
        <w:rPr>
          <w:rFonts w:ascii="Arial" w:eastAsia="Arial" w:hAnsi="Arial" w:cs="Arial"/>
          <w:b/>
          <w:bCs/>
          <w:color w:val="4F81BD"/>
          <w:sz w:val="24"/>
          <w:szCs w:val="24"/>
        </w:rPr>
      </w:pPr>
      <w:sdt>
        <w:sdtPr>
          <w:tag w:val="goog_rdk_25"/>
          <w:id w:val="1019828190"/>
        </w:sdtPr>
        <w:sdtContent>
          <w:r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sz w:val="24"/>
          <w:szCs w:val="24"/>
        </w:rPr>
        <w:t xml:space="preserve"> Other: ___________________________________________</w:t>
      </w:r>
      <w:r w:rsidR="002522CB">
        <w:br w:type="page"/>
      </w:r>
    </w:p>
    <w:p w14:paraId="00000021" w14:textId="125062A1" w:rsidR="00AC22BD" w:rsidRPr="002522CB" w:rsidRDefault="002522CB" w:rsidP="002522CB">
      <w:pPr>
        <w:pStyle w:val="Heading2"/>
        <w:rPr>
          <w:rFonts w:ascii="Arial" w:eastAsia="Arial" w:hAnsi="Arial" w:cs="Arial"/>
          <w:b w:val="0"/>
          <w:color w:val="auto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lastRenderedPageBreak/>
        <w:t xml:space="preserve">Relevant Experience or Skills </w:t>
      </w:r>
      <w:r w:rsidRPr="002522CB">
        <w:rPr>
          <w:rFonts w:ascii="Arial" w:eastAsia="Arial" w:hAnsi="Arial" w:cs="Arial"/>
          <w:b w:val="0"/>
          <w:color w:val="auto"/>
          <w:sz w:val="24"/>
          <w:szCs w:val="24"/>
        </w:rPr>
        <w:t xml:space="preserve">(Example: Military service, first aid, administrative skills, carpentry, </w:t>
      </w:r>
      <w:r>
        <w:rPr>
          <w:rFonts w:ascii="Arial" w:eastAsia="Arial" w:hAnsi="Arial" w:cs="Arial"/>
          <w:b w:val="0"/>
          <w:color w:val="auto"/>
          <w:sz w:val="24"/>
          <w:szCs w:val="24"/>
        </w:rPr>
        <w:t xml:space="preserve">public relations, people skills, sales abilities, </w:t>
      </w:r>
      <w:r w:rsidRPr="002522CB">
        <w:rPr>
          <w:rFonts w:ascii="Arial" w:eastAsia="Arial" w:hAnsi="Arial" w:cs="Arial"/>
          <w:b w:val="0"/>
          <w:color w:val="auto"/>
          <w:sz w:val="24"/>
          <w:szCs w:val="24"/>
        </w:rPr>
        <w:t>etc.)</w:t>
      </w:r>
    </w:p>
    <w:p w14:paraId="00000022" w14:textId="5B2780C3" w:rsidR="00AC22BD" w:rsidRDefault="002522CB">
      <w:pPr>
        <w:spacing w:after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__________________________________________________________________________</w:t>
      </w:r>
    </w:p>
    <w:p w14:paraId="18907C1F" w14:textId="0E07BF72" w:rsidR="00F6612B" w:rsidRDefault="00270A87" w:rsidP="00F6612B">
      <w:pPr>
        <w:pStyle w:val="Heading2"/>
        <w:spacing w:before="12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H</w:t>
      </w:r>
      <w:r w:rsidR="00F6612B">
        <w:rPr>
          <w:rFonts w:ascii="Arial" w:eastAsia="Arial" w:hAnsi="Arial" w:cs="Arial"/>
          <w:sz w:val="24"/>
          <w:szCs w:val="24"/>
        </w:rPr>
        <w:t xml:space="preserve">ave </w:t>
      </w:r>
      <w:r>
        <w:rPr>
          <w:rFonts w:ascii="Arial" w:eastAsia="Arial" w:hAnsi="Arial" w:cs="Arial"/>
          <w:sz w:val="24"/>
          <w:szCs w:val="24"/>
        </w:rPr>
        <w:t xml:space="preserve">you or a </w:t>
      </w:r>
      <w:r w:rsidR="00F6612B">
        <w:rPr>
          <w:rFonts w:ascii="Arial" w:eastAsia="Arial" w:hAnsi="Arial" w:cs="Arial"/>
          <w:sz w:val="24"/>
          <w:szCs w:val="24"/>
        </w:rPr>
        <w:t xml:space="preserve">family member served in the military? If so, please list them. </w:t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  <w:r w:rsidR="00F6612B">
        <w:rPr>
          <w:rFonts w:ascii="Arial" w:eastAsia="Arial" w:hAnsi="Arial" w:cs="Arial"/>
          <w:sz w:val="24"/>
          <w:szCs w:val="24"/>
        </w:rPr>
        <w:softHyphen/>
      </w:r>
    </w:p>
    <w:p w14:paraId="2F8C5100" w14:textId="79F65F1D" w:rsidR="00F6612B" w:rsidRPr="00F6612B" w:rsidRDefault="00F6612B" w:rsidP="00F6612B">
      <w:pPr>
        <w:pStyle w:val="Heading2"/>
        <w:spacing w:before="120" w:line="240" w:lineRule="auto"/>
        <w:rPr>
          <w:rFonts w:ascii="Arial" w:eastAsia="Arial" w:hAnsi="Arial" w:cs="Arial"/>
          <w:b w:val="0"/>
          <w:bCs w:val="0"/>
          <w:color w:val="auto"/>
          <w:sz w:val="24"/>
          <w:szCs w:val="24"/>
        </w:rPr>
      </w:pPr>
      <w:r w:rsidRPr="00F6612B">
        <w:rPr>
          <w:rFonts w:ascii="Arial" w:eastAsia="Arial" w:hAnsi="Arial" w:cs="Arial"/>
          <w:b w:val="0"/>
          <w:bCs w:val="0"/>
          <w:color w:val="auto"/>
          <w:sz w:val="24"/>
          <w:szCs w:val="24"/>
        </w:rPr>
        <w:t>__________________________________________________________________________</w:t>
      </w:r>
    </w:p>
    <w:p w14:paraId="00000023" w14:textId="3AA38E06" w:rsidR="00AC22BD" w:rsidRDefault="002522CB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Physical Limitations or Medical Conditions</w:t>
      </w:r>
    </w:p>
    <w:p w14:paraId="00000024" w14:textId="77777777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(Please list any limitations or conditions we should be aware of to ensure your safety.)</w:t>
      </w:r>
    </w:p>
    <w:p w14:paraId="00000026" w14:textId="64F53B6A" w:rsidR="00AC22BD" w:rsidRDefault="00B14206" w:rsidP="002522CB">
      <w:pPr>
        <w:pBdr>
          <w:top w:val="nil"/>
          <w:left w:val="nil"/>
          <w:bottom w:val="nil"/>
          <w:right w:val="nil"/>
          <w:between w:val="nil"/>
        </w:pBdr>
        <w:spacing w:before="180" w:after="180" w:line="240" w:lineRule="auto"/>
        <w:rPr>
          <w:rFonts w:ascii="Arial" w:eastAsia="Arial" w:hAnsi="Arial" w:cs="Arial"/>
          <w:color w:val="000000"/>
          <w:sz w:val="24"/>
          <w:szCs w:val="24"/>
        </w:rPr>
      </w:pPr>
      <w:sdt>
        <w:sdtPr>
          <w:tag w:val="goog_rdk_26"/>
          <w:id w:val="1030207000"/>
        </w:sdtPr>
        <w:sdtEndPr/>
        <w:sdtContent>
          <w:r w:rsidR="002522C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color w:val="000000"/>
          <w:sz w:val="24"/>
          <w:szCs w:val="24"/>
        </w:rPr>
        <w:t xml:space="preserve"> No known limitations</w:t>
      </w:r>
      <w:r w:rsidR="002522CB">
        <w:rPr>
          <w:rFonts w:ascii="Arial" w:eastAsia="Arial" w:hAnsi="Arial" w:cs="Arial"/>
          <w:color w:val="000000"/>
          <w:sz w:val="24"/>
          <w:szCs w:val="24"/>
        </w:rPr>
        <w:tab/>
      </w:r>
      <w:sdt>
        <w:sdtPr>
          <w:tag w:val="goog_rdk_27"/>
          <w:id w:val="1840474766"/>
        </w:sdtPr>
        <w:sdtEndPr/>
        <w:sdtContent>
          <w:r w:rsidR="002522CB"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color w:val="000000"/>
          <w:sz w:val="24"/>
          <w:szCs w:val="24"/>
        </w:rPr>
        <w:t xml:space="preserve"> Yes — please describe briefly: __________________________</w:t>
      </w:r>
    </w:p>
    <w:p w14:paraId="00000027" w14:textId="77777777" w:rsidR="00AC22BD" w:rsidRDefault="002522CB" w:rsidP="00F6612B">
      <w:pPr>
        <w:pStyle w:val="Heading3"/>
        <w:spacing w:before="0" w:line="240" w:lineRule="auto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Background Check Consent</w:t>
      </w:r>
    </w:p>
    <w:p w14:paraId="00000028" w14:textId="77777777" w:rsidR="00AC22BD" w:rsidRDefault="002522CB" w:rsidP="00F6612B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Arial" w:eastAsia="Arial" w:hAnsi="Arial" w:cs="Arial"/>
          <w:color w:val="000000"/>
          <w:sz w:val="24"/>
          <w:szCs w:val="24"/>
        </w:rPr>
      </w:pPr>
      <w:r>
        <w:rPr>
          <w:rFonts w:ascii="Arial" w:eastAsia="Arial" w:hAnsi="Arial" w:cs="Arial"/>
          <w:color w:val="000000"/>
          <w:sz w:val="24"/>
          <w:szCs w:val="24"/>
        </w:rPr>
        <w:t>Some volunteer roles may require a background check.</w:t>
      </w:r>
      <w:r>
        <w:rPr>
          <w:rFonts w:ascii="Arial" w:eastAsia="Arial" w:hAnsi="Arial" w:cs="Arial"/>
          <w:color w:val="000000"/>
          <w:sz w:val="24"/>
          <w:szCs w:val="24"/>
        </w:rPr>
        <w:br/>
      </w:r>
      <w:sdt>
        <w:sdtPr>
          <w:tag w:val="goog_rdk_28"/>
          <w:id w:val="-261758115"/>
        </w:sdtPr>
        <w:sdtEndPr/>
        <w:sdtContent>
          <w:r>
            <w:rPr>
              <w:rFonts w:ascii="Arial Unicode MS" w:eastAsia="Arial Unicode MS" w:hAnsi="Arial Unicode MS" w:cs="Arial Unicode MS"/>
              <w:color w:val="000000"/>
              <w:sz w:val="24"/>
              <w:szCs w:val="24"/>
            </w:rPr>
            <w:t>☐</w:t>
          </w:r>
        </w:sdtContent>
      </w:sdt>
      <w:r>
        <w:rPr>
          <w:rFonts w:ascii="Arial" w:eastAsia="Arial" w:hAnsi="Arial" w:cs="Arial"/>
          <w:color w:val="000000"/>
          <w:sz w:val="24"/>
          <w:szCs w:val="24"/>
        </w:rPr>
        <w:t xml:space="preserve"> I consent to a background check if required.</w:t>
      </w:r>
    </w:p>
    <w:p w14:paraId="00000029" w14:textId="77777777" w:rsidR="00AC22BD" w:rsidRDefault="002522CB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Donation Line (Optional)</w:t>
      </w:r>
    </w:p>
    <w:p w14:paraId="0000002A" w14:textId="66B9C840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If you would like to make a taxable donation to support </w:t>
      </w:r>
      <w:r w:rsidR="001B124D">
        <w:rPr>
          <w:rFonts w:ascii="Arial" w:eastAsia="Arial" w:hAnsi="Arial" w:cs="Arial"/>
          <w:sz w:val="24"/>
          <w:szCs w:val="24"/>
        </w:rPr>
        <w:t>River Valley Heroes &amp; Patriots</w:t>
      </w:r>
      <w:r>
        <w:rPr>
          <w:rFonts w:ascii="Arial" w:eastAsia="Arial" w:hAnsi="Arial" w:cs="Arial"/>
          <w:sz w:val="24"/>
          <w:szCs w:val="24"/>
        </w:rPr>
        <w:t xml:space="preserve"> programs and events:</w:t>
      </w:r>
    </w:p>
    <w:p w14:paraId="5F96E7B6" w14:textId="5A482CDD" w:rsidR="002522CB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Annual Membership $50.00</w:t>
      </w:r>
      <w:r w:rsidR="004E3D49">
        <w:rPr>
          <w:rFonts w:ascii="Arial" w:eastAsia="Arial" w:hAnsi="Arial" w:cs="Arial"/>
          <w:sz w:val="24"/>
          <w:szCs w:val="24"/>
        </w:rPr>
        <w:t xml:space="preserve"> </w:t>
      </w:r>
      <w:r w:rsidR="004E3D49">
        <w:rPr>
          <w:rFonts w:ascii="Arial" w:eastAsia="Arial" w:hAnsi="Arial" w:cs="Arial"/>
          <w:sz w:val="24"/>
          <w:szCs w:val="24"/>
        </w:rPr>
        <w:tab/>
      </w:r>
      <w:r w:rsidR="004E3D49">
        <w:rPr>
          <w:rFonts w:ascii="Arial" w:eastAsia="Arial" w:hAnsi="Arial" w:cs="Arial"/>
          <w:sz w:val="24"/>
          <w:szCs w:val="24"/>
        </w:rPr>
        <w:tab/>
        <w:t>Donation Amount $ __________________</w:t>
      </w:r>
    </w:p>
    <w:p w14:paraId="0000002B" w14:textId="58E5A87F" w:rsidR="00AC22BD" w:rsidRDefault="004E3D49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Total</w:t>
      </w:r>
      <w:r w:rsidR="002522CB">
        <w:rPr>
          <w:rFonts w:ascii="Arial" w:eastAsia="Arial" w:hAnsi="Arial" w:cs="Arial"/>
          <w:sz w:val="24"/>
          <w:szCs w:val="24"/>
        </w:rPr>
        <w:t xml:space="preserve"> Amount: $______________ </w:t>
      </w:r>
      <w:sdt>
        <w:sdtPr>
          <w:tag w:val="goog_rdk_29"/>
          <w:id w:val="1628109844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Cash </w:t>
      </w:r>
      <w:sdt>
        <w:sdtPr>
          <w:tag w:val="goog_rdk_30"/>
          <w:id w:val="-481721439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Check </w:t>
      </w:r>
      <w:sdt>
        <w:sdtPr>
          <w:tag w:val="goog_rdk_31"/>
          <w:id w:val="-1443689061"/>
        </w:sdtPr>
        <w:sdtEndPr/>
        <w:sdtContent>
          <w:r w:rsidR="002522CB">
            <w:rPr>
              <w:rFonts w:ascii="Arial Unicode MS" w:eastAsia="Arial Unicode MS" w:hAnsi="Arial Unicode MS" w:cs="Arial Unicode MS"/>
              <w:sz w:val="24"/>
              <w:szCs w:val="24"/>
            </w:rPr>
            <w:t>☐</w:t>
          </w:r>
        </w:sdtContent>
      </w:sdt>
      <w:r w:rsidR="002522CB">
        <w:rPr>
          <w:rFonts w:ascii="Arial" w:eastAsia="Arial" w:hAnsi="Arial" w:cs="Arial"/>
          <w:sz w:val="24"/>
          <w:szCs w:val="24"/>
        </w:rPr>
        <w:t xml:space="preserve"> Other: _________________</w:t>
      </w:r>
    </w:p>
    <w:p w14:paraId="66AA9DC5" w14:textId="77777777" w:rsidR="006E78B7" w:rsidRPr="000F25C4" w:rsidRDefault="006E78B7" w:rsidP="006E78B7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Make checks payable to </w:t>
      </w:r>
      <w:r>
        <w:rPr>
          <w:rFonts w:ascii="Arial" w:eastAsia="Arial" w:hAnsi="Arial" w:cs="Arial"/>
          <w:i/>
          <w:iCs/>
          <w:sz w:val="24"/>
          <w:szCs w:val="24"/>
        </w:rPr>
        <w:t>River Valley Heroes &amp; Patriots</w:t>
      </w:r>
      <w:r>
        <w:rPr>
          <w:rFonts w:ascii="Arial" w:eastAsia="Arial" w:hAnsi="Arial" w:cs="Arial"/>
          <w:sz w:val="24"/>
          <w:szCs w:val="24"/>
        </w:rPr>
        <w:t>.</w:t>
      </w:r>
    </w:p>
    <w:p w14:paraId="0000002C" w14:textId="51D8267B" w:rsidR="00AC22BD" w:rsidRDefault="009F635F">
      <w:pPr>
        <w:pStyle w:val="Heading2"/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410</w:t>
      </w:r>
      <w:r w:rsidR="002522CB">
        <w:rPr>
          <w:rFonts w:ascii="Arial" w:eastAsia="Arial" w:hAnsi="Arial" w:cs="Arial"/>
          <w:sz w:val="24"/>
          <w:szCs w:val="24"/>
        </w:rPr>
        <w:t>Declaration and Signature</w:t>
      </w:r>
    </w:p>
    <w:p w14:paraId="0000002D" w14:textId="6176F366" w:rsidR="00AC22BD" w:rsidRDefault="002522CB">
      <w:pPr>
        <w:spacing w:before="101"/>
        <w:ind w:left="118" w:right="114"/>
        <w:rPr>
          <w:rFonts w:ascii="Arial" w:eastAsia="Arial" w:hAnsi="Arial" w:cs="Arial"/>
          <w:i/>
          <w:iCs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 xml:space="preserve">I certify that the information provided is accurate and understand that volunteering with </w:t>
      </w:r>
      <w:r w:rsidR="001B124D">
        <w:rPr>
          <w:rFonts w:ascii="Arial" w:eastAsia="Arial" w:hAnsi="Arial" w:cs="Arial"/>
          <w:sz w:val="24"/>
          <w:szCs w:val="24"/>
        </w:rPr>
        <w:t xml:space="preserve">River Valley Heroes &amp; </w:t>
      </w:r>
      <w:r>
        <w:rPr>
          <w:rFonts w:ascii="Arial" w:eastAsia="Arial" w:hAnsi="Arial" w:cs="Arial"/>
          <w:sz w:val="24"/>
          <w:szCs w:val="24"/>
        </w:rPr>
        <w:t xml:space="preserve">Patriots may involve certain responsibilities and expectations. </w:t>
      </w:r>
      <w:r>
        <w:rPr>
          <w:rFonts w:ascii="Arial" w:eastAsia="Arial" w:hAnsi="Arial" w:cs="Arial"/>
          <w:i/>
          <w:iCs/>
          <w:sz w:val="24"/>
          <w:szCs w:val="24"/>
        </w:rPr>
        <w:t xml:space="preserve">As a volunteer of our organization, I agree to abide by the policies and procedures. I agree that all the work I do is on a volunteer basis, and I am not eligible to receive any monetary payment or reward. I do of my own free will and accord, solemnly promise that I will never wrong or defraud this organization nor a member thereof nor permit either to be wronged if in my power to prevent it. I uphold the rules, </w:t>
      </w:r>
      <w:r w:rsidR="004E3D49">
        <w:rPr>
          <w:rFonts w:ascii="Arial" w:eastAsia="Arial" w:hAnsi="Arial" w:cs="Arial"/>
          <w:i/>
          <w:iCs/>
          <w:sz w:val="24"/>
          <w:szCs w:val="24"/>
        </w:rPr>
        <w:t xml:space="preserve">bylaws, and expectations of the </w:t>
      </w:r>
      <w:r>
        <w:rPr>
          <w:rFonts w:ascii="Arial" w:eastAsia="Arial" w:hAnsi="Arial" w:cs="Arial"/>
          <w:i/>
          <w:iCs/>
          <w:sz w:val="24"/>
          <w:szCs w:val="24"/>
        </w:rPr>
        <w:t>VFW Post 2244.</w:t>
      </w:r>
    </w:p>
    <w:p w14:paraId="0000002E" w14:textId="77777777" w:rsidR="00AC22BD" w:rsidRDefault="00AC22BD">
      <w:pPr>
        <w:rPr>
          <w:rFonts w:ascii="Arial" w:eastAsia="Arial" w:hAnsi="Arial" w:cs="Arial"/>
          <w:sz w:val="24"/>
          <w:szCs w:val="24"/>
        </w:rPr>
      </w:pPr>
    </w:p>
    <w:p w14:paraId="0000002F" w14:textId="08BACCEF" w:rsidR="00AC22BD" w:rsidRDefault="002522CB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Signature: ______________________________________ Date: ____________________</w:t>
      </w:r>
    </w:p>
    <w:p w14:paraId="0154A387" w14:textId="27121616" w:rsidR="00B14206" w:rsidRDefault="00B14206">
      <w:pPr>
        <w:rPr>
          <w:rFonts w:ascii="Arial" w:eastAsia="Arial" w:hAnsi="Arial" w:cs="Arial"/>
          <w:sz w:val="24"/>
          <w:szCs w:val="24"/>
        </w:rPr>
      </w:pPr>
    </w:p>
    <w:p w14:paraId="7BE60BA1" w14:textId="0184BD56" w:rsidR="00B14206" w:rsidRDefault="00B1420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Committee Approval: _______________________________ Date: ___________________</w:t>
      </w:r>
    </w:p>
    <w:p w14:paraId="5C604E2D" w14:textId="000B87D2" w:rsidR="00B14206" w:rsidRDefault="00B14206">
      <w:pPr>
        <w:rPr>
          <w:rFonts w:ascii="Arial" w:eastAsia="Arial" w:hAnsi="Arial" w:cs="Arial"/>
          <w:sz w:val="24"/>
          <w:szCs w:val="24"/>
        </w:rPr>
      </w:pPr>
      <w:r>
        <w:rPr>
          <w:rFonts w:ascii="Arial" w:eastAsia="Arial" w:hAnsi="Arial" w:cs="Arial"/>
          <w:sz w:val="24"/>
          <w:szCs w:val="24"/>
        </w:rPr>
        <w:t>Post Approval Date: _______________________</w:t>
      </w:r>
    </w:p>
    <w:sectPr w:rsidR="00B14206">
      <w:type w:val="continuous"/>
      <w:pgSz w:w="12240" w:h="15840"/>
      <w:pgMar w:top="1152" w:right="1152" w:bottom="864" w:left="1152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1" w:fontKey="{8F5A352D-5364-40E6-A4F4-5EFB57544E06}"/>
    <w:embedBold r:id="rId2" w:fontKey="{348A6CF0-16E8-44A2-96A7-67DEBE9FDDF5}"/>
    <w:embedItalic r:id="rId3" w:fontKey="{C4758278-A46E-456B-AC91-BA33CE610F1A}"/>
    <w:embedBoldItalic r:id="rId4" w:fontKey="{AC53FF01-F0AC-4C0B-B274-C72FB7340968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5508154E-E9EE-40D0-AEFD-A63194ECB72F}"/>
    <w:embedBold r:id="rId6" w:fontKey="{F292CF3F-9B93-4446-923C-B8231C577722}"/>
    <w:embedItalic r:id="rId7" w:fontKey="{AE35227C-F7FF-4C9D-BFED-CFC9013E3316}"/>
    <w:embedBoldItalic r:id="rId8" w:fontKey="{21AD1D6B-F111-4735-B33C-9AE92D62C92B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">
    <w:panose1 w:val="02070409020205020404"/>
    <w:charset w:val="00"/>
    <w:family w:val="auto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altName w:val="Arial"/>
    <w:panose1 w:val="020B0604020202020204"/>
    <w:charset w:val="00"/>
    <w:family w:val="auto"/>
    <w:pitch w:val="default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3FD216E"/>
    <w:multiLevelType w:val="multilevel"/>
    <w:tmpl w:val="3C807A02"/>
    <w:lvl w:ilvl="0">
      <w:start w:val="1"/>
      <w:numFmt w:val="decimal"/>
      <w:pStyle w:val="ListBullet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72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72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72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72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72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72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72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720"/>
      </w:pPr>
    </w:lvl>
  </w:abstractNum>
  <w:num w:numId="1">
    <w:abstractNumId w:val="0"/>
  </w:num>
  <w:num w:numId="2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C22BD"/>
    <w:rsid w:val="000F25C4"/>
    <w:rsid w:val="001B124D"/>
    <w:rsid w:val="002522CB"/>
    <w:rsid w:val="00270A87"/>
    <w:rsid w:val="002C533B"/>
    <w:rsid w:val="00423BCA"/>
    <w:rsid w:val="004E3D49"/>
    <w:rsid w:val="00572261"/>
    <w:rsid w:val="006B30C9"/>
    <w:rsid w:val="006E78B7"/>
    <w:rsid w:val="009F635F"/>
    <w:rsid w:val="00AC22BD"/>
    <w:rsid w:val="00B14206"/>
    <w:rsid w:val="00DB3D7B"/>
    <w:rsid w:val="00F661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98530CC"/>
  <w15:docId w15:val="{C7630257-17E7-4887-AA10-80F2A6B34BE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mbria" w:eastAsia="Cambria" w:hAnsi="Cambria" w:cs="Cambria"/>
        <w:sz w:val="22"/>
        <w:szCs w:val="22"/>
        <w:lang w:val="en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keepLines/>
      <w:spacing w:before="480" w:after="0"/>
      <w:outlineLvl w:val="0"/>
    </w:pPr>
    <w:rPr>
      <w:rFonts w:ascii="Calibri" w:eastAsia="Calibri" w:hAnsi="Calibri" w:cs="Calibri"/>
      <w:b/>
      <w:bCs/>
      <w:color w:val="366091"/>
      <w:sz w:val="28"/>
      <w:szCs w:val="28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pPr>
      <w:keepNext/>
      <w:keepLines/>
      <w:spacing w:before="200" w:after="0"/>
      <w:outlineLvl w:val="1"/>
    </w:pPr>
    <w:rPr>
      <w:rFonts w:ascii="Calibri" w:eastAsia="Calibri" w:hAnsi="Calibri" w:cs="Calibri"/>
      <w:b/>
      <w:bCs/>
      <w:color w:val="4F81BD"/>
      <w:sz w:val="26"/>
      <w:szCs w:val="26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pPr>
      <w:keepNext/>
      <w:keepLines/>
      <w:spacing w:before="200" w:after="0"/>
      <w:outlineLvl w:val="2"/>
    </w:pPr>
    <w:rPr>
      <w:rFonts w:ascii="Calibri" w:eastAsia="Calibri" w:hAnsi="Calibri" w:cs="Calibri"/>
      <w:b/>
      <w:bCs/>
      <w:color w:val="4F81BD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pPr>
      <w:keepNext/>
      <w:keepLines/>
      <w:spacing w:before="200" w:after="0"/>
      <w:outlineLvl w:val="3"/>
    </w:pPr>
    <w:rPr>
      <w:rFonts w:ascii="Calibri" w:eastAsia="Calibri" w:hAnsi="Calibri" w:cs="Calibri"/>
      <w:b/>
      <w:bCs/>
      <w:i/>
      <w:iCs/>
      <w:color w:val="4F81BD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pPr>
      <w:keepNext/>
      <w:keepLines/>
      <w:spacing w:before="200" w:after="0"/>
      <w:outlineLvl w:val="4"/>
    </w:pPr>
    <w:rPr>
      <w:rFonts w:ascii="Calibri" w:eastAsia="Calibri" w:hAnsi="Calibri" w:cs="Calibri"/>
      <w:color w:val="243F61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pPr>
      <w:keepNext/>
      <w:keepLines/>
      <w:spacing w:before="200" w:after="0"/>
      <w:outlineLvl w:val="5"/>
    </w:pPr>
    <w:rPr>
      <w:rFonts w:ascii="Calibri" w:eastAsia="Calibri" w:hAnsi="Calibri" w:cs="Calibri"/>
      <w:i/>
      <w:iCs/>
      <w:color w:val="243F61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FC693F"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FC693F"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FC693F"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pPr>
      <w:pBdr>
        <w:bottom w:val="single" w:sz="8" w:space="4" w:color="4F81BD"/>
      </w:pBdr>
      <w:spacing w:after="300" w:line="240" w:lineRule="auto"/>
    </w:pPr>
    <w:rPr>
      <w:rFonts w:ascii="Calibri" w:eastAsia="Calibri" w:hAnsi="Calibri" w:cs="Calibri"/>
      <w:color w:val="17365D"/>
      <w:sz w:val="52"/>
      <w:szCs w:val="52"/>
    </w:rPr>
  </w:style>
  <w:style w:type="paragraph" w:styleId="Header">
    <w:name w:val="header"/>
    <w:basedOn w:val="Normal"/>
    <w:link w:val="Head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618BF"/>
  </w:style>
  <w:style w:type="paragraph" w:styleId="Footer">
    <w:name w:val="footer"/>
    <w:basedOn w:val="Normal"/>
    <w:link w:val="FooterChar"/>
    <w:uiPriority w:val="99"/>
    <w:unhideWhenUsed/>
    <w:rsid w:val="00E618B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618BF"/>
  </w:style>
  <w:style w:type="paragraph" w:styleId="NoSpacing">
    <w:name w:val="No Spacing"/>
    <w:uiPriority w:val="1"/>
    <w:qFormat/>
    <w:rsid w:val="00FC693F"/>
    <w:pPr>
      <w:spacing w:after="0" w:line="240" w:lineRule="auto"/>
    </w:pPr>
  </w:style>
  <w:style w:type="character" w:customStyle="1" w:styleId="Heading1Char">
    <w:name w:val="Heading 1 Char"/>
    <w:basedOn w:val="DefaultParagraphFont"/>
    <w:link w:val="Heading1"/>
    <w:uiPriority w:val="9"/>
    <w:rsid w:val="00FC693F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Heading2Char">
    <w:name w:val="Heading 2 Char"/>
    <w:basedOn w:val="DefaultParagraphFont"/>
    <w:link w:val="Heading2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Heading3Char">
    <w:name w:val="Heading 3 Char"/>
    <w:basedOn w:val="DefaultParagraphFont"/>
    <w:link w:val="Heading3"/>
    <w:uiPriority w:val="9"/>
    <w:rsid w:val="00FC693F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TitleChar">
    <w:name w:val="Title Char"/>
    <w:basedOn w:val="DefaultParagraphFont"/>
    <w:link w:val="Title"/>
    <w:uiPriority w:val="10"/>
    <w:rsid w:val="00FC693F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SubtitleChar">
    <w:name w:val="Subtitle Char"/>
    <w:basedOn w:val="DefaultParagraphFont"/>
    <w:link w:val="Subtitle"/>
    <w:uiPriority w:val="11"/>
    <w:rsid w:val="00FC693F"/>
    <w:rPr>
      <w:rFonts w:asciiTheme="majorHAnsi" w:eastAsiaTheme="majorEastAsia" w:hAnsiTheme="majorHAnsi" w:cstheme="majorBidi"/>
      <w:i/>
      <w:iCs/>
      <w:color w:val="4F81BD" w:themeColor="accent1"/>
      <w:spacing w:val="15"/>
      <w:sz w:val="24"/>
      <w:szCs w:val="24"/>
    </w:rPr>
  </w:style>
  <w:style w:type="paragraph" w:styleId="ListParagraph">
    <w:name w:val="List Paragraph"/>
    <w:basedOn w:val="Normal"/>
    <w:uiPriority w:val="34"/>
    <w:qFormat/>
    <w:rsid w:val="00FC693F"/>
    <w:pPr>
      <w:ind w:left="720"/>
      <w:contextualSpacing/>
    </w:pPr>
  </w:style>
  <w:style w:type="paragraph" w:styleId="BodyText">
    <w:name w:val="Body Text"/>
    <w:basedOn w:val="Normal"/>
    <w:link w:val="BodyTextChar"/>
    <w:uiPriority w:val="99"/>
    <w:unhideWhenUsed/>
    <w:rsid w:val="00AA1D8D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99"/>
    <w:rsid w:val="00AA1D8D"/>
  </w:style>
  <w:style w:type="paragraph" w:styleId="BodyText2">
    <w:name w:val="Body Text 2"/>
    <w:basedOn w:val="Normal"/>
    <w:link w:val="BodyText2Char"/>
    <w:uiPriority w:val="99"/>
    <w:unhideWhenUsed/>
    <w:rsid w:val="00AA1D8D"/>
    <w:pPr>
      <w:spacing w:after="120" w:line="480" w:lineRule="auto"/>
    </w:pPr>
  </w:style>
  <w:style w:type="character" w:customStyle="1" w:styleId="BodyText2Char">
    <w:name w:val="Body Text 2 Char"/>
    <w:basedOn w:val="DefaultParagraphFont"/>
    <w:link w:val="BodyText2"/>
    <w:uiPriority w:val="99"/>
    <w:rsid w:val="00AA1D8D"/>
  </w:style>
  <w:style w:type="paragraph" w:styleId="BodyText3">
    <w:name w:val="Body Text 3"/>
    <w:basedOn w:val="Normal"/>
    <w:link w:val="BodyText3Char"/>
    <w:uiPriority w:val="99"/>
    <w:unhideWhenUsed/>
    <w:rsid w:val="00AA1D8D"/>
    <w:pPr>
      <w:spacing w:after="120"/>
    </w:pPr>
    <w:rPr>
      <w:sz w:val="16"/>
      <w:szCs w:val="16"/>
    </w:rPr>
  </w:style>
  <w:style w:type="character" w:customStyle="1" w:styleId="BodyText3Char">
    <w:name w:val="Body Text 3 Char"/>
    <w:basedOn w:val="DefaultParagraphFont"/>
    <w:link w:val="BodyText3"/>
    <w:uiPriority w:val="99"/>
    <w:rsid w:val="00AA1D8D"/>
    <w:rPr>
      <w:sz w:val="16"/>
      <w:szCs w:val="16"/>
    </w:rPr>
  </w:style>
  <w:style w:type="paragraph" w:styleId="List">
    <w:name w:val="List"/>
    <w:basedOn w:val="Normal"/>
    <w:uiPriority w:val="99"/>
    <w:unhideWhenUsed/>
    <w:rsid w:val="00AA1D8D"/>
    <w:pPr>
      <w:ind w:left="360" w:hanging="360"/>
      <w:contextualSpacing/>
    </w:pPr>
  </w:style>
  <w:style w:type="paragraph" w:styleId="List2">
    <w:name w:val="List 2"/>
    <w:basedOn w:val="Normal"/>
    <w:uiPriority w:val="99"/>
    <w:unhideWhenUsed/>
    <w:rsid w:val="00326F90"/>
    <w:pPr>
      <w:ind w:left="720" w:hanging="360"/>
      <w:contextualSpacing/>
    </w:pPr>
  </w:style>
  <w:style w:type="paragraph" w:styleId="List3">
    <w:name w:val="List 3"/>
    <w:basedOn w:val="Normal"/>
    <w:uiPriority w:val="99"/>
    <w:unhideWhenUsed/>
    <w:rsid w:val="00326F90"/>
    <w:pPr>
      <w:ind w:left="1080" w:hanging="360"/>
      <w:contextualSpacing/>
    </w:pPr>
  </w:style>
  <w:style w:type="paragraph" w:styleId="ListBullet">
    <w:name w:val="List Bullet"/>
    <w:basedOn w:val="Normal"/>
    <w:uiPriority w:val="99"/>
    <w:unhideWhenUsed/>
    <w:rsid w:val="00326F90"/>
    <w:pPr>
      <w:numPr>
        <w:numId w:val="1"/>
      </w:numPr>
      <w:contextualSpacing/>
    </w:pPr>
  </w:style>
  <w:style w:type="paragraph" w:styleId="ListBullet2">
    <w:name w:val="List Bullet 2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Bullet3">
    <w:name w:val="List Bullet 3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">
    <w:name w:val="List Number"/>
    <w:basedOn w:val="Normal"/>
    <w:uiPriority w:val="99"/>
    <w:unhideWhenUsed/>
    <w:rsid w:val="00326F90"/>
    <w:pPr>
      <w:tabs>
        <w:tab w:val="num" w:pos="720"/>
      </w:tabs>
      <w:ind w:left="720" w:hanging="720"/>
      <w:contextualSpacing/>
    </w:pPr>
  </w:style>
  <w:style w:type="paragraph" w:styleId="ListNumber2">
    <w:name w:val="List Number 2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Number3">
    <w:name w:val="List Number 3"/>
    <w:basedOn w:val="Normal"/>
    <w:uiPriority w:val="99"/>
    <w:unhideWhenUsed/>
    <w:rsid w:val="0029639D"/>
    <w:pPr>
      <w:tabs>
        <w:tab w:val="num" w:pos="720"/>
      </w:tabs>
      <w:ind w:left="720" w:hanging="720"/>
      <w:contextualSpacing/>
    </w:pPr>
  </w:style>
  <w:style w:type="paragraph" w:styleId="ListContinue">
    <w:name w:val="List Continue"/>
    <w:basedOn w:val="Normal"/>
    <w:uiPriority w:val="99"/>
    <w:unhideWhenUsed/>
    <w:rsid w:val="0029639D"/>
    <w:pPr>
      <w:spacing w:after="120"/>
      <w:ind w:left="360"/>
      <w:contextualSpacing/>
    </w:pPr>
  </w:style>
  <w:style w:type="paragraph" w:styleId="ListContinue2">
    <w:name w:val="List Continue 2"/>
    <w:basedOn w:val="Normal"/>
    <w:uiPriority w:val="99"/>
    <w:unhideWhenUsed/>
    <w:rsid w:val="0029639D"/>
    <w:pPr>
      <w:spacing w:after="120"/>
      <w:ind w:left="720"/>
      <w:contextualSpacing/>
    </w:pPr>
  </w:style>
  <w:style w:type="paragraph" w:styleId="ListContinue3">
    <w:name w:val="List Continue 3"/>
    <w:basedOn w:val="Normal"/>
    <w:uiPriority w:val="99"/>
    <w:unhideWhenUsed/>
    <w:rsid w:val="0029639D"/>
    <w:pPr>
      <w:spacing w:after="120"/>
      <w:ind w:left="1080"/>
      <w:contextualSpacing/>
    </w:pPr>
  </w:style>
  <w:style w:type="paragraph" w:styleId="MacroText">
    <w:name w:val="macro"/>
    <w:link w:val="MacroTextChar"/>
    <w:uiPriority w:val="99"/>
    <w:unhideWhenUsed/>
    <w:rsid w:val="0029639D"/>
    <w:pPr>
      <w:tabs>
        <w:tab w:val="left" w:pos="576"/>
        <w:tab w:val="left" w:pos="1152"/>
        <w:tab w:val="left" w:pos="1728"/>
        <w:tab w:val="left" w:pos="2304"/>
        <w:tab w:val="left" w:pos="2880"/>
        <w:tab w:val="left" w:pos="3456"/>
        <w:tab w:val="left" w:pos="4032"/>
      </w:tabs>
    </w:pPr>
    <w:rPr>
      <w:rFonts w:ascii="Courier" w:hAnsi="Courier"/>
      <w:sz w:val="20"/>
      <w:szCs w:val="20"/>
    </w:rPr>
  </w:style>
  <w:style w:type="character" w:customStyle="1" w:styleId="MacroTextChar">
    <w:name w:val="Macro Text Char"/>
    <w:basedOn w:val="DefaultParagraphFont"/>
    <w:link w:val="MacroText"/>
    <w:uiPriority w:val="99"/>
    <w:rsid w:val="0029639D"/>
    <w:rPr>
      <w:rFonts w:ascii="Courier" w:hAnsi="Courier"/>
      <w:sz w:val="20"/>
      <w:szCs w:val="20"/>
    </w:rPr>
  </w:style>
  <w:style w:type="paragraph" w:styleId="Quote">
    <w:name w:val="Quote"/>
    <w:basedOn w:val="Normal"/>
    <w:next w:val="Normal"/>
    <w:link w:val="QuoteChar"/>
    <w:uiPriority w:val="29"/>
    <w:qFormat/>
    <w:rsid w:val="00FC693F"/>
    <w:rPr>
      <w:i/>
      <w:iCs/>
      <w:color w:val="000000" w:themeColor="text1"/>
    </w:rPr>
  </w:style>
  <w:style w:type="character" w:customStyle="1" w:styleId="QuoteChar">
    <w:name w:val="Quote Char"/>
    <w:basedOn w:val="DefaultParagraphFont"/>
    <w:link w:val="Quote"/>
    <w:uiPriority w:val="29"/>
    <w:rsid w:val="00FC693F"/>
    <w:rPr>
      <w:i/>
      <w:iCs/>
      <w:color w:val="000000" w:themeColor="text1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FC693F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FC693F"/>
    <w:rPr>
      <w:rFonts w:asciiTheme="majorHAnsi" w:eastAsiaTheme="majorEastAsia" w:hAnsiTheme="majorHAnsi" w:cstheme="majorBidi"/>
      <w:color w:val="243F60" w:themeColor="accent1" w:themeShade="7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FC693F"/>
    <w:rPr>
      <w:rFonts w:asciiTheme="majorHAnsi" w:eastAsiaTheme="majorEastAsia" w:hAnsiTheme="majorHAnsi" w:cstheme="majorBidi"/>
      <w:i/>
      <w:iCs/>
      <w:color w:val="243F60" w:themeColor="accent1" w:themeShade="7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FC693F"/>
    <w:rPr>
      <w:rFonts w:asciiTheme="majorHAnsi" w:eastAsiaTheme="majorEastAsia" w:hAnsiTheme="majorHAnsi" w:cstheme="majorBidi"/>
      <w:color w:val="4F81BD" w:themeColor="accent1"/>
      <w:sz w:val="20"/>
      <w:szCs w:val="20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FC693F"/>
    <w:rPr>
      <w:rFonts w:asciiTheme="majorHAnsi" w:eastAsiaTheme="majorEastAsia" w:hAnsiTheme="majorHAnsi" w:cstheme="majorBidi"/>
      <w:i/>
      <w:iCs/>
      <w:color w:val="404040" w:themeColor="text1" w:themeTint="BF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FC693F"/>
    <w:pPr>
      <w:spacing w:line="240" w:lineRule="auto"/>
    </w:pPr>
    <w:rPr>
      <w:b/>
      <w:bCs/>
      <w:color w:val="4F81BD" w:themeColor="accent1"/>
      <w:sz w:val="18"/>
      <w:szCs w:val="18"/>
    </w:rPr>
  </w:style>
  <w:style w:type="character" w:styleId="Strong">
    <w:name w:val="Strong"/>
    <w:basedOn w:val="DefaultParagraphFont"/>
    <w:uiPriority w:val="22"/>
    <w:qFormat/>
    <w:rsid w:val="00FC693F"/>
    <w:rPr>
      <w:b/>
      <w:bCs/>
    </w:rPr>
  </w:style>
  <w:style w:type="character" w:styleId="Emphasis">
    <w:name w:val="Emphasis"/>
    <w:basedOn w:val="DefaultParagraphFont"/>
    <w:uiPriority w:val="20"/>
    <w:qFormat/>
    <w:rsid w:val="00FC693F"/>
    <w:rPr>
      <w:i/>
      <w:iCs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FC693F"/>
    <w:pPr>
      <w:pBdr>
        <w:bottom w:val="single" w:sz="4" w:space="4" w:color="4F81BD" w:themeColor="accent1"/>
      </w:pBdr>
      <w:spacing w:before="200" w:after="280"/>
      <w:ind w:left="936" w:right="936"/>
    </w:pPr>
    <w:rPr>
      <w:b/>
      <w:bCs/>
      <w:i/>
      <w:iCs/>
      <w:color w:val="4F81BD" w:themeColor="accent1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FC693F"/>
    <w:rPr>
      <w:b/>
      <w:bCs/>
      <w:i/>
      <w:iCs/>
      <w:color w:val="4F81BD" w:themeColor="accent1"/>
    </w:rPr>
  </w:style>
  <w:style w:type="character" w:styleId="SubtleEmphasis">
    <w:name w:val="Subtle Emphasis"/>
    <w:basedOn w:val="DefaultParagraphFont"/>
    <w:uiPriority w:val="19"/>
    <w:qFormat/>
    <w:rsid w:val="00FC693F"/>
    <w:rPr>
      <w:i/>
      <w:iCs/>
      <w:color w:val="808080" w:themeColor="text1" w:themeTint="7F"/>
    </w:rPr>
  </w:style>
  <w:style w:type="character" w:styleId="IntenseEmphasis">
    <w:name w:val="Intense Emphasis"/>
    <w:basedOn w:val="DefaultParagraphFont"/>
    <w:uiPriority w:val="21"/>
    <w:qFormat/>
    <w:rsid w:val="00FC693F"/>
    <w:rPr>
      <w:b/>
      <w:bCs/>
      <w:i/>
      <w:iCs/>
      <w:color w:val="4F81BD" w:themeColor="accent1"/>
    </w:rPr>
  </w:style>
  <w:style w:type="character" w:styleId="SubtleReference">
    <w:name w:val="Subtle Reference"/>
    <w:basedOn w:val="DefaultParagraphFont"/>
    <w:uiPriority w:val="31"/>
    <w:qFormat/>
    <w:rsid w:val="00FC693F"/>
    <w:rPr>
      <w:smallCaps/>
      <w:color w:val="C0504D" w:themeColor="accent2"/>
      <w:u w:val="single"/>
    </w:rPr>
  </w:style>
  <w:style w:type="character" w:styleId="IntenseReference">
    <w:name w:val="Intense Reference"/>
    <w:basedOn w:val="DefaultParagraphFont"/>
    <w:uiPriority w:val="32"/>
    <w:qFormat/>
    <w:rsid w:val="00FC693F"/>
    <w:rPr>
      <w:b/>
      <w:bCs/>
      <w:smallCaps/>
      <w:color w:val="C0504D" w:themeColor="accent2"/>
      <w:spacing w:val="5"/>
      <w:u w:val="single"/>
    </w:rPr>
  </w:style>
  <w:style w:type="character" w:styleId="BookTitle">
    <w:name w:val="Book Title"/>
    <w:basedOn w:val="DefaultParagraphFont"/>
    <w:uiPriority w:val="33"/>
    <w:qFormat/>
    <w:rsid w:val="00FC693F"/>
    <w:rPr>
      <w:b/>
      <w:bCs/>
      <w:smallCaps/>
      <w:spacing w:val="5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FC693F"/>
    <w:pPr>
      <w:outlineLvl w:val="9"/>
    </w:pPr>
  </w:style>
  <w:style w:type="table" w:styleId="TableGrid">
    <w:name w:val="Table Grid"/>
    <w:basedOn w:val="TableNormal"/>
    <w:uiPriority w:val="59"/>
    <w:rsid w:val="00FC693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LightShading">
    <w:name w:val="Light Shading"/>
    <w:basedOn w:val="TableNormal"/>
    <w:uiPriority w:val="60"/>
    <w:rsid w:val="00FC693F"/>
    <w:pPr>
      <w:spacing w:after="0" w:line="240" w:lineRule="auto"/>
    </w:pPr>
    <w:rPr>
      <w:color w:val="000000" w:themeColor="text1" w:themeShade="BF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LightShading-Accent1">
    <w:name w:val="Light Shading Accent 1"/>
    <w:basedOn w:val="TableNormal"/>
    <w:uiPriority w:val="60"/>
    <w:rsid w:val="00FC693F"/>
    <w:pPr>
      <w:spacing w:after="0" w:line="240" w:lineRule="auto"/>
    </w:pPr>
    <w:rPr>
      <w:color w:val="365F91" w:themeColor="accent1" w:themeShade="BF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LightShading-Accent2">
    <w:name w:val="Light Shading Accent 2"/>
    <w:basedOn w:val="TableNormal"/>
    <w:uiPriority w:val="60"/>
    <w:rsid w:val="00FC693F"/>
    <w:pPr>
      <w:spacing w:after="0"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rsid w:val="00FC693F"/>
    <w:pPr>
      <w:spacing w:after="0" w:line="240" w:lineRule="auto"/>
    </w:pPr>
    <w:rPr>
      <w:color w:val="76923C" w:themeColor="accent3" w:themeShade="BF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LightShading-Accent4">
    <w:name w:val="Light Shading Accent 4"/>
    <w:basedOn w:val="TableNormal"/>
    <w:uiPriority w:val="60"/>
    <w:rsid w:val="00FC693F"/>
    <w:pPr>
      <w:spacing w:after="0" w:line="240" w:lineRule="auto"/>
    </w:pPr>
    <w:rPr>
      <w:color w:val="5F497A" w:themeColor="accent4" w:themeShade="BF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LightShading-Accent5">
    <w:name w:val="Light Shading Accent 5"/>
    <w:basedOn w:val="TableNormal"/>
    <w:uiPriority w:val="60"/>
    <w:rsid w:val="00FC693F"/>
    <w:pPr>
      <w:spacing w:after="0" w:line="240" w:lineRule="auto"/>
    </w:pPr>
    <w:rPr>
      <w:color w:val="31849B" w:themeColor="accent5" w:themeShade="BF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LightShading-Accent6">
    <w:name w:val="Light Shading Accent 6"/>
    <w:basedOn w:val="TableNormal"/>
    <w:uiPriority w:val="60"/>
    <w:rsid w:val="00FC693F"/>
    <w:pPr>
      <w:spacing w:after="0" w:line="240" w:lineRule="auto"/>
    </w:pPr>
    <w:rPr>
      <w:color w:val="E36C0A" w:themeColor="accent6" w:themeShade="BF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LightList">
    <w:name w:val="Light List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LightList-Accent1">
    <w:name w:val="Light List Accent 1"/>
    <w:basedOn w:val="TableNormal"/>
    <w:uiPriority w:val="61"/>
    <w:rsid w:val="00FC693F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LightList-Accent2">
    <w:name w:val="Light List Accent 2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LightList-Accent4">
    <w:name w:val="Light List Accent 4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LightList-Accent5">
    <w:name w:val="Light List Accent 5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LightList-Accent6">
    <w:name w:val="Light List Accent 6"/>
    <w:basedOn w:val="TableNormal"/>
    <w:uiPriority w:val="61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LightGrid">
    <w:name w:val="Light Grid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LightGrid-Accent1">
    <w:name w:val="Light Grid Accent 1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LightGrid-Accent2">
    <w:name w:val="Light Grid Accent 2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LightGrid-Accent4">
    <w:name w:val="Light Grid Accent 4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LightGrid-Accent5">
    <w:name w:val="Light Grid Accent 5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LightGrid-Accent6">
    <w:name w:val="Light Grid Accent 6"/>
    <w:basedOn w:val="TableNormal"/>
    <w:uiPriority w:val="62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MediumShading1">
    <w:name w:val="Medium Shading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rsid w:val="00CB0664"/>
    <w:pPr>
      <w:spacing w:after="0"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List1">
    <w:name w:val="Medium Lis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MediumList1-Accent1">
    <w:name w:val="Medium List 1 Accent 1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MediumList1-Accent2">
    <w:name w:val="Medium List 1 Accent 2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MediumList1-Accent4">
    <w:name w:val="Medium List 1 Accent 4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MediumList1-Accent5">
    <w:name w:val="Medium List 1 Accent 5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MediumList1-Accent6">
    <w:name w:val="Medium List 1 Accent 6"/>
    <w:basedOn w:val="TableNormal"/>
    <w:uiPriority w:val="65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MediumList2">
    <w:name w:val="Medium Lis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Grid1">
    <w:name w:val="Medium Grid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MediumGrid1-Accent1">
    <w:name w:val="Medium Grid 1 Accent 1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MediumGrid1-Accent2">
    <w:name w:val="Medium Grid 1 Accent 2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MediumGrid1-Accent4">
    <w:name w:val="Medium Grid 1 Accent 4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MediumGrid1-Accent5">
    <w:name w:val="Medium Grid 1 Accent 5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MediumGrid1-Accent6">
    <w:name w:val="Medium Grid 1 Accent 6"/>
    <w:basedOn w:val="TableNormal"/>
    <w:uiPriority w:val="67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MediumGrid2">
    <w:name w:val="Medium Grid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rsid w:val="00CB0664"/>
    <w:pPr>
      <w:spacing w:after="0" w:line="240" w:lineRule="auto"/>
    </w:pPr>
    <w:rPr>
      <w:rFonts w:asciiTheme="majorHAnsi" w:eastAsiaTheme="majorEastAsia" w:hAnsiTheme="majorHAnsi" w:cstheme="majorBidi"/>
      <w:color w:val="000000" w:themeColor="text1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MediumGrid3-Accent1">
    <w:name w:val="Medium Grid 3 Accent 1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MediumGrid3-Accent2">
    <w:name w:val="Medium Grid 3 Accent 2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MediumGrid3-Accent4">
    <w:name w:val="Medium Grid 3 Accent 4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MediumGrid3-Accent5">
    <w:name w:val="Medium Grid 3 Accent 5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MediumGrid3-Accent6">
    <w:name w:val="Medium Grid 3 Accent 6"/>
    <w:basedOn w:val="TableNormal"/>
    <w:uiPriority w:val="69"/>
    <w:rsid w:val="00CB0664"/>
    <w:pPr>
      <w:spacing w:after="0"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DarkList">
    <w:name w:val="Dark List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DarkList-Accent1">
    <w:name w:val="Dark List Accent 1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table" w:styleId="DarkList-Accent2">
    <w:name w:val="Dark List Accent 2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DarkList-Accent4">
    <w:name w:val="Dark List Accent 4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DarkList-Accent5">
    <w:name w:val="Dark List Accent 5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DarkList-Accent6">
    <w:name w:val="Dark List Accent 6"/>
    <w:basedOn w:val="TableNormal"/>
    <w:uiPriority w:val="70"/>
    <w:rsid w:val="00CB0664"/>
    <w:pPr>
      <w:spacing w:after="0"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olorfulShading">
    <w:name w:val="Colorful Shading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1">
    <w:name w:val="Colorful Shading Accent 1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2">
    <w:name w:val="Colorful Shading Accent 2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3">
    <w:name w:val="Colorful Shading Accent 3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5">
    <w:name w:val="Colorful Shading Accent 5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Shading-Accent6">
    <w:name w:val="Colorful Shading Accent 6"/>
    <w:basedOn w:val="TableNormal"/>
    <w:uiPriority w:val="71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ColorfulList">
    <w:name w:val="Colorful List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ColorfulList-Accent1">
    <w:name w:val="Colorful List Accent 1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ColorfulList-Accent2">
    <w:name w:val="Colorful List Accent 2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ColorfulList-Accent4">
    <w:name w:val="Colorful List Accent 4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ColorfulList-Accent5">
    <w:name w:val="Colorful List Accent 5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ColorfulList-Accent6">
    <w:name w:val="Colorful List Accent 6"/>
    <w:basedOn w:val="TableNormal"/>
    <w:uiPriority w:val="72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ColorfulGrid">
    <w:name w:val="Colorful Grid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ColorfulGrid-Accent1">
    <w:name w:val="Colorful Grid Accent 1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ColorfulGrid-Accent2">
    <w:name w:val="Colorful Grid Accent 2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ColorfulGrid-Accent4">
    <w:name w:val="Colorful Grid Accent 4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ColorfulGrid-Accent5">
    <w:name w:val="Colorful Grid Accent 5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ColorfulGrid-Accent6">
    <w:name w:val="Colorful Grid Accent 6"/>
    <w:basedOn w:val="TableNormal"/>
    <w:uiPriority w:val="73"/>
    <w:rsid w:val="00CB0664"/>
    <w:pPr>
      <w:spacing w:after="0" w:line="240" w:lineRule="auto"/>
    </w:pPr>
    <w:rPr>
      <w:color w:val="00000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paragraph" w:customStyle="1" w:styleId="FirstParagraph">
    <w:name w:val="First Paragraph"/>
    <w:basedOn w:val="BodyText"/>
    <w:next w:val="BodyText"/>
    <w:qFormat/>
    <w:rsid w:val="008B181B"/>
    <w:pPr>
      <w:spacing w:before="180" w:after="180" w:line="240" w:lineRule="auto"/>
    </w:pPr>
    <w:rPr>
      <w:sz w:val="24"/>
      <w:szCs w:val="24"/>
      <w:lang w:eastAsia="zh-CN"/>
    </w:rPr>
  </w:style>
  <w:style w:type="paragraph" w:styleId="NormalWeb">
    <w:name w:val="Normal (Web)"/>
    <w:basedOn w:val="Normal"/>
    <w:uiPriority w:val="99"/>
    <w:semiHidden/>
    <w:unhideWhenUsed/>
    <w:rsid w:val="000C1FCB"/>
    <w:rPr>
      <w:rFonts w:ascii="Times New Roman" w:hAnsi="Times New Roman" w:cs="Times New Roman"/>
      <w:sz w:val="24"/>
      <w:szCs w:val="24"/>
    </w:rPr>
  </w:style>
  <w:style w:type="paragraph" w:styleId="Subtitle">
    <w:name w:val="Subtitle"/>
    <w:basedOn w:val="Normal"/>
    <w:next w:val="Normal"/>
    <w:link w:val="SubtitleChar"/>
    <w:uiPriority w:val="11"/>
    <w:qFormat/>
    <w:rPr>
      <w:rFonts w:ascii="Calibri" w:eastAsia="Calibri" w:hAnsi="Calibri" w:cs="Calibri"/>
      <w:i/>
      <w:iCs/>
      <w:color w:val="4F81BD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gif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+Ix/Gjy1ZjuUiA6oMdOjTkIgTw==">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127</TotalTime>
  <Pages>2</Pages>
  <Words>570</Words>
  <Characters>3253</Characters>
  <Application>Microsoft Office Word</Application>
  <DocSecurity>0</DocSecurity>
  <Lines>27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3816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python-docx</dc:creator>
  <cp:lastModifiedBy>Candace R. Joles</cp:lastModifiedBy>
  <cp:revision>10</cp:revision>
  <cp:lastPrinted>2025-12-06T18:01:00Z</cp:lastPrinted>
  <dcterms:created xsi:type="dcterms:W3CDTF">2025-11-28T17:19:00Z</dcterms:created>
  <dcterms:modified xsi:type="dcterms:W3CDTF">2026-05-12T13:48:00Z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e2fd8dcf-9516-4d6c-a761-1ca19e16c87c</vt:lpwstr>
  </property>
</Properties>
</file>