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20"/>
      </w:pPr>
      <w:r>
        <w:pict>
          <v:shape id="TextBox1" type="#_x0000_t202" style="position:absolute;margin-left:85.00pt;margin-top:570.00pt;width:425.00pt;height:46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center"/>
                  </w:pPr>
                  <w:sdt>
                    <w:sdtPr>
                      <w:alias w:val="Venue"/>
                      <w:tag w:val="VENUE"/>
                      <w:id w:val="800001"/>
                      <w:text w:multiLine="1"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32"/>
                          <w:szCs w:val="32"/>
                          <w:color w:val="777777"/>
                        </w:rPr>
                        <w:t>Click to enter venue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2" type="#_x0000_t202" style="position:absolute;margin-left:116.00pt;margin-top:639.00pt;width:173.00pt;height:29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Date"/>
                      <w:tag w:val="DATE"/>
                      <w:id w:val="800002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28"/>
                          <w:szCs w:val="28"/>
                          <w:color w:val="777777"/>
                        </w:rPr>
                        <w:t>Click to enter date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3" type="#_x0000_t202" style="position:absolute;margin-left:415.00pt;margin-top:639.00pt;width:132.00pt;height:29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Time"/>
                      <w:tag w:val="TIME"/>
                      <w:id w:val="800003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28"/>
                          <w:szCs w:val="28"/>
                          <w:color w:val="777777"/>
                        </w:rPr>
                        <w:t>Click to enter time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4" type="#_x0000_t202" style="position:absolute;margin-left:137.00pt;margin-top:694.00pt;width:152.00pt;height:29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Contact"/>
                      <w:tag w:val="CONTACT"/>
                      <w:id w:val="800004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28"/>
                          <w:szCs w:val="28"/>
                          <w:color w:val="777777"/>
                        </w:rPr>
                        <w:t>Click to enter contact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5" type="#_x0000_t202" style="position:absolute;margin-left:415.00pt;margin-top:694.00pt;width:132.00pt;height:29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Price"/>
                      <w:tag w:val="PRICE"/>
                      <w:id w:val="800005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28"/>
                          <w:szCs w:val="28"/>
                          <w:color w:val="777777"/>
                        </w:rPr>
                        <w:t>Click to enter price</w:t>
                      </w:r>
                    </w:sdtContent>
                  </w:sdt>
                </w:p>
              </w:txbxContent>
            </v:textbox>
          </v:shape>
        </w:pict>
      </w:r>
    </w:p>
    <w:sectPr w:rsidR="00FC693F" w:rsidRPr="0006063C" w:rsidSect="00034616">
      <w:headerReference w:type="default" r:id="rId9"/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5" cy="10692003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BSFS-Poster-A4-White-300dpi-s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5" cy="1069200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BSFS Poster A4 White Fillable</dc:title>
  <dc:subject>Editable event fields over a fixed background</dc:subject>
  <dc:creator>Blue Sky Fashion Shows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