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821A2" w14:textId="77777777" w:rsidR="000C1C05" w:rsidRDefault="000C1C05">
      <w:pPr>
        <w:jc w:val="center"/>
        <w:rPr>
          <w:rFonts w:ascii="Calibri" w:hAnsi="Calibri" w:cs="Calibri"/>
          <w:b/>
          <w:sz w:val="40"/>
        </w:rPr>
      </w:pPr>
    </w:p>
    <w:p w14:paraId="6D167D9C" w14:textId="77777777" w:rsidR="000C1C05" w:rsidRDefault="000C1C05">
      <w:pPr>
        <w:jc w:val="center"/>
        <w:rPr>
          <w:rFonts w:ascii="Calibri" w:hAnsi="Calibri" w:cs="Calibri"/>
          <w:b/>
          <w:sz w:val="40"/>
        </w:rPr>
      </w:pPr>
    </w:p>
    <w:p w14:paraId="58F7C0FE" w14:textId="665F3238" w:rsidR="00573238" w:rsidRPr="009F3795" w:rsidRDefault="004B7FD6">
      <w:pPr>
        <w:jc w:val="center"/>
        <w:rPr>
          <w:rFonts w:ascii="Calibri" w:hAnsi="Calibri" w:cs="Calibri"/>
        </w:rPr>
      </w:pPr>
      <w:r w:rsidRPr="009F3795">
        <w:rPr>
          <w:rFonts w:ascii="Calibri" w:hAnsi="Calibri" w:cs="Calibri"/>
          <w:b/>
          <w:sz w:val="40"/>
        </w:rPr>
        <w:t>CDTnet Doctoral Candidate Application Form</w:t>
      </w:r>
      <w:r w:rsidRPr="009F3795">
        <w:rPr>
          <w:rFonts w:ascii="Calibri" w:hAnsi="Calibri" w:cs="Calibri"/>
          <w:b/>
          <w:sz w:val="40"/>
        </w:rPr>
        <w:br/>
      </w:r>
    </w:p>
    <w:p w14:paraId="33B3A40B" w14:textId="77777777" w:rsidR="00573238" w:rsidRPr="00536A43" w:rsidRDefault="004B7FD6">
      <w:pPr>
        <w:jc w:val="center"/>
        <w:rPr>
          <w:rFonts w:ascii="Calibri" w:hAnsi="Calibri" w:cs="Calibri"/>
          <w:sz w:val="32"/>
          <w:szCs w:val="32"/>
        </w:rPr>
      </w:pPr>
      <w:r w:rsidRPr="00536A43">
        <w:rPr>
          <w:rFonts w:ascii="Calibri" w:hAnsi="Calibri" w:cs="Calibri"/>
          <w:sz w:val="32"/>
          <w:szCs w:val="32"/>
        </w:rPr>
        <w:t>Cardio-vascular Digital Twin Network (CDTnet)</w:t>
      </w:r>
      <w:r w:rsidRPr="00536A43">
        <w:rPr>
          <w:rFonts w:ascii="Calibri" w:hAnsi="Calibri" w:cs="Calibri"/>
          <w:sz w:val="32"/>
          <w:szCs w:val="32"/>
        </w:rPr>
        <w:br/>
        <w:t>Marie Sklodowska-Curie Actions Doctoral Network</w:t>
      </w:r>
    </w:p>
    <w:p w14:paraId="0DA916B0" w14:textId="15BD86F9" w:rsidR="00573238" w:rsidRDefault="004B7FD6">
      <w:pPr>
        <w:jc w:val="center"/>
        <w:rPr>
          <w:rFonts w:ascii="Calibri" w:hAnsi="Calibri" w:cs="Calibri"/>
          <w:sz w:val="32"/>
          <w:szCs w:val="32"/>
        </w:rPr>
      </w:pPr>
      <w:r w:rsidRPr="00536A43">
        <w:rPr>
          <w:rFonts w:ascii="Calibri" w:hAnsi="Calibri" w:cs="Calibri"/>
          <w:sz w:val="32"/>
          <w:szCs w:val="32"/>
        </w:rPr>
        <w:br/>
        <w:t xml:space="preserve">Applications close: 30 September 2026, 23:59 </w:t>
      </w:r>
      <w:r w:rsidR="00650389">
        <w:rPr>
          <w:rFonts w:ascii="Calibri" w:hAnsi="Calibri" w:cs="Calibri"/>
          <w:sz w:val="32"/>
          <w:szCs w:val="32"/>
        </w:rPr>
        <w:t>CET</w:t>
      </w:r>
    </w:p>
    <w:p w14:paraId="046C39F2" w14:textId="1FCA70F0" w:rsidR="00EF6970" w:rsidRPr="00536A43" w:rsidRDefault="00EF6970">
      <w:pPr>
        <w:jc w:val="center"/>
        <w:rPr>
          <w:rFonts w:ascii="Calibri" w:hAnsi="Calibri" w:cs="Calibri"/>
          <w:sz w:val="32"/>
          <w:szCs w:val="32"/>
        </w:rPr>
      </w:pPr>
      <w:r>
        <w:rPr>
          <w:rFonts w:ascii="Calibri" w:hAnsi="Calibri" w:cs="Calibri"/>
          <w:sz w:val="32"/>
          <w:szCs w:val="32"/>
        </w:rPr>
        <w:t>Recruitment date target: 28</w:t>
      </w:r>
      <w:r w:rsidRPr="00EF6970">
        <w:rPr>
          <w:rFonts w:ascii="Calibri" w:hAnsi="Calibri" w:cs="Calibri"/>
          <w:sz w:val="32"/>
          <w:szCs w:val="32"/>
          <w:vertAlign w:val="superscript"/>
        </w:rPr>
        <w:t>th</w:t>
      </w:r>
      <w:r>
        <w:rPr>
          <w:rFonts w:ascii="Calibri" w:hAnsi="Calibri" w:cs="Calibri"/>
          <w:sz w:val="32"/>
          <w:szCs w:val="32"/>
        </w:rPr>
        <w:t xml:space="preserve"> February 2027 the latest</w:t>
      </w:r>
    </w:p>
    <w:p w14:paraId="4D0A14A8" w14:textId="79290285" w:rsidR="006C260D" w:rsidRDefault="006C260D">
      <w:pPr>
        <w:rPr>
          <w:rFonts w:ascii="Calibri" w:hAnsi="Calibri" w:cs="Calibri"/>
          <w:lang w:val="en-GB"/>
        </w:rPr>
      </w:pPr>
    </w:p>
    <w:p w14:paraId="78450B06" w14:textId="0FEDD096" w:rsidR="006C260D" w:rsidRDefault="00EF6970">
      <w:pPr>
        <w:rPr>
          <w:rFonts w:ascii="Calibri" w:hAnsi="Calibri" w:cs="Calibri"/>
          <w:lang w:val="en-GB"/>
        </w:rPr>
      </w:pPr>
      <w:r>
        <w:rPr>
          <w:rFonts w:ascii="Calibri" w:hAnsi="Calibri" w:cs="Calibri"/>
          <w:b/>
          <w:noProof/>
          <w:sz w:val="40"/>
        </w:rPr>
        <w:drawing>
          <wp:anchor distT="0" distB="0" distL="114300" distR="114300" simplePos="0" relativeHeight="251658240" behindDoc="0" locked="0" layoutInCell="1" allowOverlap="1" wp14:anchorId="00643647" wp14:editId="3167C802">
            <wp:simplePos x="0" y="0"/>
            <wp:positionH relativeFrom="margin">
              <wp:align>center</wp:align>
            </wp:positionH>
            <wp:positionV relativeFrom="paragraph">
              <wp:posOffset>316865</wp:posOffset>
            </wp:positionV>
            <wp:extent cx="1297305" cy="881380"/>
            <wp:effectExtent l="0" t="0" r="0" b="0"/>
            <wp:wrapTopAndBottom/>
            <wp:docPr id="1802090180" name="Picture 4">
              <a:extLst xmlns:a="http://schemas.openxmlformats.org/drawingml/2006/main">
                <a:ext uri="{FF2B5EF4-FFF2-40B4-BE49-F238E27FC236}">
                  <a16:creationId xmlns:a16="http://schemas.microsoft.com/office/drawing/2014/main" id="{1ACD5CFA-C9FE-47F0-B841-94D2244618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090180" name="Picture 1802090180"/>
                    <pic:cNvPicPr/>
                  </pic:nvPicPr>
                  <pic:blipFill>
                    <a:blip r:embed="rId8"/>
                    <a:stretch>
                      <a:fillRect/>
                    </a:stretch>
                  </pic:blipFill>
                  <pic:spPr>
                    <a:xfrm>
                      <a:off x="0" y="0"/>
                      <a:ext cx="1297305" cy="881380"/>
                    </a:xfrm>
                    <a:prstGeom prst="rect">
                      <a:avLst/>
                    </a:prstGeom>
                  </pic:spPr>
                </pic:pic>
              </a:graphicData>
            </a:graphic>
          </wp:anchor>
        </w:drawing>
      </w:r>
    </w:p>
    <w:p w14:paraId="19AC88DB" w14:textId="0227B390" w:rsidR="006C260D" w:rsidRDefault="006C260D">
      <w:pPr>
        <w:rPr>
          <w:rFonts w:ascii="Calibri" w:hAnsi="Calibri" w:cs="Calibri"/>
          <w:lang w:val="en-GB"/>
        </w:rPr>
      </w:pPr>
    </w:p>
    <w:p w14:paraId="4373794C" w14:textId="2D1A0852" w:rsidR="000053BB" w:rsidRDefault="000053BB">
      <w:pPr>
        <w:rPr>
          <w:rFonts w:ascii="Calibri" w:hAnsi="Calibri" w:cs="Calibri"/>
          <w:b/>
          <w:bCs/>
          <w:lang w:val="en-GB"/>
        </w:rPr>
      </w:pPr>
      <w:r w:rsidRPr="009F3795">
        <w:rPr>
          <w:rFonts w:ascii="Calibri" w:hAnsi="Calibri" w:cs="Calibri"/>
          <w:lang w:val="en-GB"/>
        </w:rPr>
        <w:t xml:space="preserve">Thank you for your interest in CDTnet. This application form allows you to apply for up to five doctoral projects through a single recruitment process. Please complete all required sections and submit the form together with the supporting documents listed </w:t>
      </w:r>
      <w:r w:rsidRPr="00AD1BAE">
        <w:rPr>
          <w:rFonts w:ascii="Calibri" w:hAnsi="Calibri" w:cs="Calibri"/>
          <w:b/>
          <w:bCs/>
          <w:lang w:val="en-GB"/>
        </w:rPr>
        <w:t>in Section 1</w:t>
      </w:r>
      <w:r w:rsidR="00AD1BAE" w:rsidRPr="00AD1BAE">
        <w:rPr>
          <w:rFonts w:ascii="Calibri" w:hAnsi="Calibri" w:cs="Calibri"/>
          <w:b/>
          <w:bCs/>
          <w:lang w:val="en-GB"/>
        </w:rPr>
        <w:t>1</w:t>
      </w:r>
      <w:r w:rsidRPr="00AD1BAE">
        <w:rPr>
          <w:rFonts w:ascii="Calibri" w:hAnsi="Calibri" w:cs="Calibri"/>
          <w:b/>
          <w:bCs/>
          <w:lang w:val="en-GB"/>
        </w:rPr>
        <w:t>.</w:t>
      </w:r>
    </w:p>
    <w:p w14:paraId="49663039" w14:textId="77777777" w:rsidR="006C260D" w:rsidRDefault="006C260D">
      <w:pPr>
        <w:rPr>
          <w:rFonts w:ascii="Calibri" w:hAnsi="Calibri" w:cs="Calibri"/>
          <w:b/>
          <w:bCs/>
          <w:lang w:val="en-GB"/>
        </w:rPr>
      </w:pPr>
    </w:p>
    <w:p w14:paraId="73A7FF26" w14:textId="77777777" w:rsidR="006C260D" w:rsidRDefault="006C260D">
      <w:pPr>
        <w:rPr>
          <w:rFonts w:ascii="Calibri" w:hAnsi="Calibri" w:cs="Calibri"/>
          <w:b/>
          <w:bCs/>
          <w:lang w:val="en-GB"/>
        </w:rPr>
      </w:pPr>
    </w:p>
    <w:p w14:paraId="4B4923AF" w14:textId="77777777" w:rsidR="006C260D" w:rsidRDefault="006C260D">
      <w:pPr>
        <w:rPr>
          <w:rFonts w:ascii="Calibri" w:hAnsi="Calibri" w:cs="Calibri"/>
          <w:b/>
          <w:bCs/>
          <w:lang w:val="en-GB"/>
        </w:rPr>
      </w:pPr>
    </w:p>
    <w:p w14:paraId="7ED125C0" w14:textId="77777777" w:rsidR="006C260D" w:rsidRDefault="006C260D">
      <w:pPr>
        <w:rPr>
          <w:rFonts w:ascii="Calibri" w:hAnsi="Calibri" w:cs="Calibri"/>
          <w:b/>
          <w:bCs/>
          <w:lang w:val="en-GB"/>
        </w:rPr>
      </w:pPr>
    </w:p>
    <w:p w14:paraId="441FC96C" w14:textId="77777777" w:rsidR="006C260D" w:rsidRPr="00C839E6" w:rsidRDefault="006C260D">
      <w:pPr>
        <w:rPr>
          <w:rFonts w:ascii="Calibri" w:hAnsi="Calibri" w:cs="Calibri"/>
        </w:rPr>
      </w:pPr>
    </w:p>
    <w:p w14:paraId="3C57D5BE" w14:textId="77777777" w:rsidR="00573238" w:rsidRPr="009F3795" w:rsidRDefault="004B7FD6">
      <w:pPr>
        <w:pStyle w:val="Heading1"/>
        <w:rPr>
          <w:rFonts w:ascii="Calibri" w:hAnsi="Calibri" w:cs="Calibri"/>
        </w:rPr>
      </w:pPr>
      <w:r w:rsidRPr="009F3795">
        <w:rPr>
          <w:rFonts w:ascii="Calibri" w:hAnsi="Calibri" w:cs="Calibri"/>
        </w:rPr>
        <w:lastRenderedPageBreak/>
        <w:t>1. Personal Details</w:t>
      </w:r>
    </w:p>
    <w:p w14:paraId="10AFB67D" w14:textId="77777777" w:rsidR="00573238" w:rsidRPr="009F3795" w:rsidRDefault="004B7FD6">
      <w:pPr>
        <w:rPr>
          <w:rFonts w:ascii="Calibri" w:hAnsi="Calibri" w:cs="Calibri"/>
        </w:rPr>
      </w:pPr>
      <w:r w:rsidRPr="009F3795">
        <w:rPr>
          <w:rFonts w:ascii="Calibri" w:hAnsi="Calibri" w:cs="Calibri"/>
        </w:rPr>
        <w:t>Full Name:</w:t>
      </w:r>
    </w:p>
    <w:p w14:paraId="3FF8926E" w14:textId="77777777" w:rsidR="00573238" w:rsidRPr="009F3795" w:rsidRDefault="004B7FD6">
      <w:pPr>
        <w:rPr>
          <w:rFonts w:ascii="Calibri" w:hAnsi="Calibri" w:cs="Calibri"/>
        </w:rPr>
      </w:pPr>
      <w:r w:rsidRPr="009F3795">
        <w:rPr>
          <w:rFonts w:ascii="Calibri" w:hAnsi="Calibri" w:cs="Calibri"/>
        </w:rPr>
        <w:t>Email:</w:t>
      </w:r>
    </w:p>
    <w:p w14:paraId="3E166891" w14:textId="77777777" w:rsidR="00573238" w:rsidRPr="009F3795" w:rsidRDefault="004B7FD6">
      <w:pPr>
        <w:rPr>
          <w:rFonts w:ascii="Calibri" w:hAnsi="Calibri" w:cs="Calibri"/>
        </w:rPr>
      </w:pPr>
      <w:r w:rsidRPr="009F3795">
        <w:rPr>
          <w:rFonts w:ascii="Calibri" w:hAnsi="Calibri" w:cs="Calibri"/>
        </w:rPr>
        <w:t>Telephone:</w:t>
      </w:r>
    </w:p>
    <w:p w14:paraId="7CB65E03" w14:textId="77777777" w:rsidR="00573238" w:rsidRPr="009F3795" w:rsidRDefault="004B7FD6">
      <w:pPr>
        <w:rPr>
          <w:rFonts w:ascii="Calibri" w:hAnsi="Calibri" w:cs="Calibri"/>
        </w:rPr>
      </w:pPr>
      <w:r w:rsidRPr="009F3795">
        <w:rPr>
          <w:rFonts w:ascii="Calibri" w:hAnsi="Calibri" w:cs="Calibri"/>
        </w:rPr>
        <w:t>Nationality:</w:t>
      </w:r>
    </w:p>
    <w:p w14:paraId="7B418309" w14:textId="77777777" w:rsidR="00573238" w:rsidRPr="009F3795" w:rsidRDefault="004B7FD6">
      <w:pPr>
        <w:rPr>
          <w:rFonts w:ascii="Calibri" w:hAnsi="Calibri" w:cs="Calibri"/>
        </w:rPr>
      </w:pPr>
      <w:r w:rsidRPr="009F3795">
        <w:rPr>
          <w:rFonts w:ascii="Calibri" w:hAnsi="Calibri" w:cs="Calibri"/>
        </w:rPr>
        <w:t>Country of Residence:</w:t>
      </w:r>
    </w:p>
    <w:p w14:paraId="1B4CEA7B" w14:textId="77777777" w:rsidR="00573238" w:rsidRPr="009F3795" w:rsidRDefault="004B7FD6">
      <w:pPr>
        <w:rPr>
          <w:rFonts w:ascii="Calibri" w:hAnsi="Calibri" w:cs="Calibri"/>
        </w:rPr>
      </w:pPr>
      <w:r w:rsidRPr="009F3795">
        <w:rPr>
          <w:rFonts w:ascii="Calibri" w:hAnsi="Calibri" w:cs="Calibri"/>
        </w:rPr>
        <w:t>LinkedIn (optional):</w:t>
      </w:r>
    </w:p>
    <w:p w14:paraId="70CC2E0C" w14:textId="77777777" w:rsidR="00573238" w:rsidRPr="009F3795" w:rsidRDefault="004B7FD6">
      <w:pPr>
        <w:rPr>
          <w:rFonts w:ascii="Calibri" w:hAnsi="Calibri" w:cs="Calibri"/>
        </w:rPr>
      </w:pPr>
      <w:r w:rsidRPr="009F3795">
        <w:rPr>
          <w:rFonts w:ascii="Calibri" w:hAnsi="Calibri" w:cs="Calibri"/>
        </w:rPr>
        <w:t>Personal Website/Portfolio (optional):</w:t>
      </w:r>
    </w:p>
    <w:p w14:paraId="739412E8" w14:textId="77777777" w:rsidR="00573238" w:rsidRPr="009F3795" w:rsidRDefault="004B7FD6">
      <w:pPr>
        <w:pStyle w:val="Heading1"/>
        <w:rPr>
          <w:rFonts w:ascii="Calibri" w:hAnsi="Calibri" w:cs="Calibri"/>
        </w:rPr>
      </w:pPr>
      <w:r w:rsidRPr="009F3795">
        <w:rPr>
          <w:rFonts w:ascii="Calibri" w:hAnsi="Calibri" w:cs="Calibri"/>
        </w:rPr>
        <w:t>2. Eligibility</w:t>
      </w:r>
    </w:p>
    <w:p w14:paraId="7D7A9B34" w14:textId="77777777" w:rsidR="004927BE" w:rsidRPr="001512A5" w:rsidRDefault="004927BE" w:rsidP="004927BE">
      <w:pPr>
        <w:rPr>
          <w:rFonts w:ascii="Calibri" w:hAnsi="Calibri" w:cs="Calibri"/>
          <w:b/>
          <w:bCs/>
        </w:rPr>
      </w:pPr>
      <w:r w:rsidRPr="001512A5">
        <w:rPr>
          <w:rFonts w:ascii="Calibri" w:hAnsi="Calibri" w:cs="Calibri"/>
          <w:b/>
          <w:bCs/>
        </w:rPr>
        <w:t>Academic Eligibility </w:t>
      </w:r>
    </w:p>
    <w:p w14:paraId="63A12495" w14:textId="52635ED4" w:rsidR="004927BE" w:rsidRPr="004927BE" w:rsidRDefault="00000000" w:rsidP="004927BE">
      <w:pPr>
        <w:rPr>
          <w:rFonts w:ascii="Calibri" w:hAnsi="Calibri" w:cs="Calibri"/>
        </w:rPr>
      </w:pPr>
      <w:sdt>
        <w:sdtPr>
          <w:rPr>
            <w:rFonts w:ascii="Calibri" w:hAnsi="Calibri" w:cs="Calibri"/>
          </w:rPr>
          <w:id w:val="1744136321"/>
          <w14:checkbox>
            <w14:checked w14:val="0"/>
            <w14:checkedState w14:val="2612" w14:font="MS Gothic"/>
            <w14:uncheckedState w14:val="2610" w14:font="MS Gothic"/>
          </w14:checkbox>
        </w:sdtPr>
        <w:sdtContent>
          <w:r w:rsidR="00055398">
            <w:rPr>
              <w:rFonts w:ascii="MS Gothic" w:eastAsia="MS Gothic" w:hAnsi="MS Gothic" w:cs="Calibri" w:hint="eastAsia"/>
            </w:rPr>
            <w:t>☐</w:t>
          </w:r>
        </w:sdtContent>
      </w:sdt>
      <w:r w:rsidR="004927BE" w:rsidRPr="004927BE">
        <w:rPr>
          <w:rFonts w:ascii="Calibri" w:hAnsi="Calibri" w:cs="Calibri"/>
        </w:rPr>
        <w:t xml:space="preserve"> I do not hold a doctoral degree and will not have been awarded one before recruitment. </w:t>
      </w:r>
    </w:p>
    <w:p w14:paraId="38054A5C" w14:textId="18CF04FD" w:rsidR="004927BE" w:rsidRPr="004927BE" w:rsidRDefault="00000000" w:rsidP="004927BE">
      <w:pPr>
        <w:rPr>
          <w:rFonts w:ascii="Calibri" w:hAnsi="Calibri" w:cs="Calibri"/>
        </w:rPr>
      </w:pPr>
      <w:sdt>
        <w:sdtPr>
          <w:rPr>
            <w:rFonts w:ascii="Calibri" w:hAnsi="Calibri" w:cs="Calibri"/>
          </w:rPr>
          <w:id w:val="709380782"/>
          <w14:checkbox>
            <w14:checked w14:val="0"/>
            <w14:checkedState w14:val="2612" w14:font="MS Gothic"/>
            <w14:uncheckedState w14:val="2610" w14:font="MS Gothic"/>
          </w14:checkbox>
        </w:sdtPr>
        <w:sdtContent>
          <w:r w:rsidR="00055398">
            <w:rPr>
              <w:rFonts w:ascii="MS Gothic" w:eastAsia="MS Gothic" w:hAnsi="MS Gothic" w:cs="Calibri" w:hint="eastAsia"/>
            </w:rPr>
            <w:t>☐</w:t>
          </w:r>
        </w:sdtContent>
      </w:sdt>
      <w:r w:rsidR="004927BE" w:rsidRPr="004927BE">
        <w:rPr>
          <w:rFonts w:ascii="Calibri" w:hAnsi="Calibri" w:cs="Calibri"/>
        </w:rPr>
        <w:t xml:space="preserve"> I will be eligible to </w:t>
      </w:r>
      <w:r w:rsidR="004A6F74" w:rsidRPr="004927BE">
        <w:rPr>
          <w:rFonts w:ascii="Calibri" w:hAnsi="Calibri" w:cs="Calibri"/>
        </w:rPr>
        <w:t>enroll</w:t>
      </w:r>
      <w:r w:rsidR="004927BE" w:rsidRPr="004927BE">
        <w:rPr>
          <w:rFonts w:ascii="Calibri" w:hAnsi="Calibri" w:cs="Calibri"/>
        </w:rPr>
        <w:t> in a doctoral program at the recruiting institution by the proposed recruitment date. </w:t>
      </w:r>
    </w:p>
    <w:p w14:paraId="3E028A48" w14:textId="77777777" w:rsidR="004927BE" w:rsidRPr="004927BE" w:rsidRDefault="004927BE" w:rsidP="004927BE">
      <w:pPr>
        <w:rPr>
          <w:rFonts w:ascii="Calibri" w:hAnsi="Calibri" w:cs="Calibri"/>
        </w:rPr>
      </w:pPr>
      <w:r w:rsidRPr="004927BE">
        <w:rPr>
          <w:rFonts w:ascii="Calibri" w:hAnsi="Calibri" w:cs="Calibri"/>
        </w:rPr>
        <w:t>Degree qualifying me for doctoral study: ____________________ </w:t>
      </w:r>
    </w:p>
    <w:p w14:paraId="027FC45A" w14:textId="77777777" w:rsidR="004927BE" w:rsidRPr="004927BE" w:rsidRDefault="004927BE" w:rsidP="004927BE">
      <w:pPr>
        <w:rPr>
          <w:rFonts w:ascii="Calibri" w:hAnsi="Calibri" w:cs="Calibri"/>
        </w:rPr>
      </w:pPr>
      <w:r w:rsidRPr="004927BE">
        <w:rPr>
          <w:rFonts w:ascii="Calibri" w:hAnsi="Calibri" w:cs="Calibri"/>
        </w:rPr>
        <w:t>Expected/Actual graduation date: ____________________ </w:t>
      </w:r>
    </w:p>
    <w:p w14:paraId="7A9C5C27" w14:textId="77777777" w:rsidR="004927BE" w:rsidRPr="001512A5" w:rsidRDefault="004927BE" w:rsidP="004927BE">
      <w:pPr>
        <w:rPr>
          <w:rFonts w:ascii="Calibri" w:hAnsi="Calibri" w:cs="Calibri"/>
          <w:b/>
          <w:bCs/>
        </w:rPr>
      </w:pPr>
      <w:r w:rsidRPr="001512A5">
        <w:rPr>
          <w:rFonts w:ascii="Calibri" w:hAnsi="Calibri" w:cs="Calibri"/>
          <w:b/>
          <w:bCs/>
        </w:rPr>
        <w:t>MSCA Mobility Rule </w:t>
      </w:r>
    </w:p>
    <w:p w14:paraId="5B882B7F" w14:textId="07FF6F88" w:rsidR="004927BE" w:rsidRDefault="004927BE" w:rsidP="004927BE">
      <w:pPr>
        <w:rPr>
          <w:rFonts w:ascii="Calibri" w:hAnsi="Calibri" w:cs="Calibri"/>
        </w:rPr>
      </w:pPr>
      <w:r w:rsidRPr="004927BE">
        <w:rPr>
          <w:rFonts w:ascii="Calibri" w:hAnsi="Calibri" w:cs="Calibri"/>
        </w:rPr>
        <w:t>Applicants must not have resided or carried out their main activity (work, studies, etc.) in the country of the recruiting institution for more than 12 months during the 36 months immediately before the recruitment deadline. </w:t>
      </w:r>
      <w:r w:rsidR="00345F93">
        <w:rPr>
          <w:rFonts w:ascii="Calibri" w:hAnsi="Calibri" w:cs="Calibri"/>
        </w:rPr>
        <w:t>Please add rows if necessary</w:t>
      </w:r>
    </w:p>
    <w:tbl>
      <w:tblPr>
        <w:tblW w:w="8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5"/>
        <w:gridCol w:w="1725"/>
        <w:gridCol w:w="1725"/>
        <w:gridCol w:w="1725"/>
        <w:gridCol w:w="1725"/>
      </w:tblGrid>
      <w:tr w:rsidR="00F0293A" w:rsidRPr="00E137C4" w14:paraId="4A2BE487" w14:textId="77777777">
        <w:trPr>
          <w:trHeight w:val="300"/>
        </w:trPr>
        <w:tc>
          <w:tcPr>
            <w:tcW w:w="1725" w:type="dxa"/>
            <w:shd w:val="clear" w:color="auto" w:fill="FFFFFF"/>
            <w:hideMark/>
          </w:tcPr>
          <w:p w14:paraId="79D217A5" w14:textId="77777777" w:rsidR="00F0293A" w:rsidRPr="00E137C4" w:rsidRDefault="00F0293A">
            <w:pPr>
              <w:rPr>
                <w:rFonts w:ascii="Calibri" w:hAnsi="Calibri" w:cs="Calibri"/>
                <w:b/>
                <w:bCs/>
                <w:lang w:val="en-GB"/>
              </w:rPr>
            </w:pPr>
            <w:r w:rsidRPr="00E137C4">
              <w:rPr>
                <w:rFonts w:ascii="Calibri" w:hAnsi="Calibri" w:cs="Calibri"/>
                <w:b/>
                <w:bCs/>
                <w:lang w:val="en-GB"/>
              </w:rPr>
              <w:t>Country </w:t>
            </w:r>
          </w:p>
        </w:tc>
        <w:tc>
          <w:tcPr>
            <w:tcW w:w="1725" w:type="dxa"/>
            <w:shd w:val="clear" w:color="auto" w:fill="FFFFFF"/>
            <w:hideMark/>
          </w:tcPr>
          <w:p w14:paraId="0BE20051" w14:textId="77777777" w:rsidR="00F0293A" w:rsidRPr="00E137C4" w:rsidRDefault="00F0293A">
            <w:pPr>
              <w:rPr>
                <w:rFonts w:ascii="Calibri" w:hAnsi="Calibri" w:cs="Calibri"/>
                <w:b/>
                <w:bCs/>
                <w:lang w:val="en-GB"/>
              </w:rPr>
            </w:pPr>
            <w:r w:rsidRPr="00E137C4">
              <w:rPr>
                <w:rFonts w:ascii="Calibri" w:hAnsi="Calibri" w:cs="Calibri"/>
                <w:b/>
                <w:bCs/>
                <w:lang w:val="en-GB"/>
              </w:rPr>
              <w:t>Main Activity </w:t>
            </w:r>
          </w:p>
        </w:tc>
        <w:tc>
          <w:tcPr>
            <w:tcW w:w="1725" w:type="dxa"/>
            <w:shd w:val="clear" w:color="auto" w:fill="FFFFFF"/>
            <w:hideMark/>
          </w:tcPr>
          <w:p w14:paraId="7832E223" w14:textId="77777777" w:rsidR="00F0293A" w:rsidRPr="00E137C4" w:rsidRDefault="00F0293A">
            <w:pPr>
              <w:rPr>
                <w:rFonts w:ascii="Calibri" w:hAnsi="Calibri" w:cs="Calibri"/>
                <w:b/>
                <w:bCs/>
                <w:lang w:val="en-GB"/>
              </w:rPr>
            </w:pPr>
            <w:r w:rsidRPr="00E137C4">
              <w:rPr>
                <w:rFonts w:ascii="Calibri" w:hAnsi="Calibri" w:cs="Calibri"/>
                <w:b/>
                <w:bCs/>
                <w:lang w:val="en-GB"/>
              </w:rPr>
              <w:t>From (MM/YYYY) </w:t>
            </w:r>
          </w:p>
        </w:tc>
        <w:tc>
          <w:tcPr>
            <w:tcW w:w="1725" w:type="dxa"/>
            <w:shd w:val="clear" w:color="auto" w:fill="FFFFFF"/>
            <w:hideMark/>
          </w:tcPr>
          <w:p w14:paraId="531A5A31" w14:textId="77777777" w:rsidR="00F0293A" w:rsidRPr="00E137C4" w:rsidRDefault="00F0293A">
            <w:pPr>
              <w:rPr>
                <w:rFonts w:ascii="Calibri" w:hAnsi="Calibri" w:cs="Calibri"/>
                <w:b/>
                <w:bCs/>
                <w:lang w:val="en-GB"/>
              </w:rPr>
            </w:pPr>
            <w:r w:rsidRPr="00E137C4">
              <w:rPr>
                <w:rFonts w:ascii="Calibri" w:hAnsi="Calibri" w:cs="Calibri"/>
                <w:b/>
                <w:bCs/>
                <w:lang w:val="en-GB"/>
              </w:rPr>
              <w:t>To (MM/YYYY) </w:t>
            </w:r>
          </w:p>
        </w:tc>
        <w:tc>
          <w:tcPr>
            <w:tcW w:w="1725" w:type="dxa"/>
            <w:shd w:val="clear" w:color="auto" w:fill="FFFFFF"/>
            <w:hideMark/>
          </w:tcPr>
          <w:p w14:paraId="3502DED8" w14:textId="77777777" w:rsidR="00F0293A" w:rsidRPr="00E137C4" w:rsidRDefault="00F0293A">
            <w:pPr>
              <w:rPr>
                <w:rFonts w:ascii="Calibri" w:hAnsi="Calibri" w:cs="Calibri"/>
                <w:b/>
                <w:bCs/>
                <w:lang w:val="en-GB"/>
              </w:rPr>
            </w:pPr>
            <w:r w:rsidRPr="00E137C4">
              <w:rPr>
                <w:rFonts w:ascii="Calibri" w:hAnsi="Calibri" w:cs="Calibri"/>
                <w:b/>
                <w:bCs/>
                <w:lang w:val="en-GB"/>
              </w:rPr>
              <w:t>Total Months </w:t>
            </w:r>
          </w:p>
        </w:tc>
      </w:tr>
      <w:tr w:rsidR="00F0293A" w:rsidRPr="00E137C4" w14:paraId="69813AC7" w14:textId="77777777">
        <w:trPr>
          <w:trHeight w:val="300"/>
        </w:trPr>
        <w:tc>
          <w:tcPr>
            <w:tcW w:w="1725" w:type="dxa"/>
            <w:shd w:val="clear" w:color="auto" w:fill="FFFFFF"/>
            <w:hideMark/>
          </w:tcPr>
          <w:p w14:paraId="10EAE3A4" w14:textId="77777777" w:rsidR="00F0293A" w:rsidRPr="00E137C4" w:rsidRDefault="00F0293A">
            <w:pPr>
              <w:rPr>
                <w:rFonts w:ascii="Calibri" w:hAnsi="Calibri" w:cs="Calibri"/>
                <w:b/>
                <w:bCs/>
                <w:lang w:val="en-GB"/>
              </w:rPr>
            </w:pPr>
            <w:r w:rsidRPr="00E137C4">
              <w:rPr>
                <w:rFonts w:ascii="Calibri" w:hAnsi="Calibri" w:cs="Calibri"/>
                <w:b/>
                <w:bCs/>
                <w:lang w:val="en-GB"/>
              </w:rPr>
              <w:t> </w:t>
            </w:r>
          </w:p>
        </w:tc>
        <w:tc>
          <w:tcPr>
            <w:tcW w:w="1725" w:type="dxa"/>
            <w:shd w:val="clear" w:color="auto" w:fill="FFFFFF"/>
            <w:hideMark/>
          </w:tcPr>
          <w:p w14:paraId="1E2BC0D4" w14:textId="77777777" w:rsidR="00F0293A" w:rsidRPr="00E137C4" w:rsidRDefault="00F0293A">
            <w:pPr>
              <w:rPr>
                <w:rFonts w:ascii="Calibri" w:hAnsi="Calibri" w:cs="Calibri"/>
                <w:b/>
                <w:bCs/>
                <w:lang w:val="en-GB"/>
              </w:rPr>
            </w:pPr>
            <w:r w:rsidRPr="00E137C4">
              <w:rPr>
                <w:rFonts w:ascii="Calibri" w:hAnsi="Calibri" w:cs="Calibri"/>
                <w:b/>
                <w:bCs/>
                <w:lang w:val="en-GB"/>
              </w:rPr>
              <w:t> </w:t>
            </w:r>
          </w:p>
        </w:tc>
        <w:tc>
          <w:tcPr>
            <w:tcW w:w="1725" w:type="dxa"/>
            <w:shd w:val="clear" w:color="auto" w:fill="FFFFFF"/>
            <w:hideMark/>
          </w:tcPr>
          <w:p w14:paraId="0F914BFA" w14:textId="77777777" w:rsidR="00F0293A" w:rsidRPr="00E137C4" w:rsidRDefault="00F0293A">
            <w:pPr>
              <w:rPr>
                <w:rFonts w:ascii="Calibri" w:hAnsi="Calibri" w:cs="Calibri"/>
                <w:b/>
                <w:bCs/>
                <w:lang w:val="en-GB"/>
              </w:rPr>
            </w:pPr>
            <w:r w:rsidRPr="00E137C4">
              <w:rPr>
                <w:rFonts w:ascii="Calibri" w:hAnsi="Calibri" w:cs="Calibri"/>
                <w:b/>
                <w:bCs/>
                <w:lang w:val="en-GB"/>
              </w:rPr>
              <w:t> </w:t>
            </w:r>
          </w:p>
        </w:tc>
        <w:tc>
          <w:tcPr>
            <w:tcW w:w="1725" w:type="dxa"/>
            <w:shd w:val="clear" w:color="auto" w:fill="FFFFFF"/>
            <w:hideMark/>
          </w:tcPr>
          <w:p w14:paraId="541C69D2" w14:textId="77777777" w:rsidR="00F0293A" w:rsidRPr="00E137C4" w:rsidRDefault="00F0293A">
            <w:pPr>
              <w:rPr>
                <w:rFonts w:ascii="Calibri" w:hAnsi="Calibri" w:cs="Calibri"/>
                <w:b/>
                <w:bCs/>
                <w:lang w:val="en-GB"/>
              </w:rPr>
            </w:pPr>
            <w:r w:rsidRPr="00E137C4">
              <w:rPr>
                <w:rFonts w:ascii="Calibri" w:hAnsi="Calibri" w:cs="Calibri"/>
                <w:b/>
                <w:bCs/>
                <w:lang w:val="en-GB"/>
              </w:rPr>
              <w:t> </w:t>
            </w:r>
          </w:p>
        </w:tc>
        <w:tc>
          <w:tcPr>
            <w:tcW w:w="1725" w:type="dxa"/>
            <w:shd w:val="clear" w:color="auto" w:fill="FFFFFF"/>
            <w:hideMark/>
          </w:tcPr>
          <w:p w14:paraId="61147960" w14:textId="77777777" w:rsidR="00F0293A" w:rsidRPr="00E137C4" w:rsidRDefault="00F0293A">
            <w:pPr>
              <w:rPr>
                <w:rFonts w:ascii="Calibri" w:hAnsi="Calibri" w:cs="Calibri"/>
                <w:b/>
                <w:bCs/>
                <w:lang w:val="en-GB"/>
              </w:rPr>
            </w:pPr>
            <w:r w:rsidRPr="00E137C4">
              <w:rPr>
                <w:rFonts w:ascii="Calibri" w:hAnsi="Calibri" w:cs="Calibri"/>
                <w:b/>
                <w:bCs/>
                <w:lang w:val="en-GB"/>
              </w:rPr>
              <w:t> </w:t>
            </w:r>
          </w:p>
        </w:tc>
      </w:tr>
      <w:tr w:rsidR="00F0293A" w:rsidRPr="00E137C4" w14:paraId="46B765CE" w14:textId="77777777">
        <w:trPr>
          <w:trHeight w:val="300"/>
        </w:trPr>
        <w:tc>
          <w:tcPr>
            <w:tcW w:w="1725" w:type="dxa"/>
            <w:shd w:val="clear" w:color="auto" w:fill="FFFFFF"/>
            <w:hideMark/>
          </w:tcPr>
          <w:p w14:paraId="1DB8DB82" w14:textId="77777777" w:rsidR="00F0293A" w:rsidRPr="00E137C4" w:rsidRDefault="00F0293A">
            <w:pPr>
              <w:rPr>
                <w:rFonts w:ascii="Calibri" w:hAnsi="Calibri" w:cs="Calibri"/>
                <w:b/>
                <w:bCs/>
                <w:lang w:val="en-GB"/>
              </w:rPr>
            </w:pPr>
            <w:r w:rsidRPr="00E137C4">
              <w:rPr>
                <w:rFonts w:ascii="Calibri" w:hAnsi="Calibri" w:cs="Calibri"/>
                <w:b/>
                <w:bCs/>
                <w:lang w:val="en-GB"/>
              </w:rPr>
              <w:t> </w:t>
            </w:r>
          </w:p>
        </w:tc>
        <w:tc>
          <w:tcPr>
            <w:tcW w:w="1725" w:type="dxa"/>
            <w:shd w:val="clear" w:color="auto" w:fill="FFFFFF"/>
            <w:hideMark/>
          </w:tcPr>
          <w:p w14:paraId="57C9BD54" w14:textId="77777777" w:rsidR="00F0293A" w:rsidRPr="00E137C4" w:rsidRDefault="00F0293A">
            <w:pPr>
              <w:rPr>
                <w:rFonts w:ascii="Calibri" w:hAnsi="Calibri" w:cs="Calibri"/>
                <w:b/>
                <w:bCs/>
                <w:lang w:val="en-GB"/>
              </w:rPr>
            </w:pPr>
            <w:r w:rsidRPr="00E137C4">
              <w:rPr>
                <w:rFonts w:ascii="Calibri" w:hAnsi="Calibri" w:cs="Calibri"/>
                <w:b/>
                <w:bCs/>
                <w:lang w:val="en-GB"/>
              </w:rPr>
              <w:t> </w:t>
            </w:r>
          </w:p>
        </w:tc>
        <w:tc>
          <w:tcPr>
            <w:tcW w:w="1725" w:type="dxa"/>
            <w:shd w:val="clear" w:color="auto" w:fill="FFFFFF"/>
            <w:hideMark/>
          </w:tcPr>
          <w:p w14:paraId="717114B5" w14:textId="04C9761E" w:rsidR="00F0293A" w:rsidRPr="00E137C4" w:rsidRDefault="00F0293A">
            <w:pPr>
              <w:rPr>
                <w:rFonts w:ascii="Calibri" w:hAnsi="Calibri" w:cs="Calibri"/>
                <w:b/>
                <w:bCs/>
                <w:lang w:val="en-GB"/>
              </w:rPr>
            </w:pPr>
          </w:p>
        </w:tc>
        <w:tc>
          <w:tcPr>
            <w:tcW w:w="1725" w:type="dxa"/>
            <w:shd w:val="clear" w:color="auto" w:fill="FFFFFF"/>
            <w:hideMark/>
          </w:tcPr>
          <w:p w14:paraId="1A3451C0" w14:textId="77777777" w:rsidR="00F0293A" w:rsidRPr="00E137C4" w:rsidRDefault="00F0293A">
            <w:pPr>
              <w:rPr>
                <w:rFonts w:ascii="Calibri" w:hAnsi="Calibri" w:cs="Calibri"/>
                <w:b/>
                <w:bCs/>
                <w:lang w:val="en-GB"/>
              </w:rPr>
            </w:pPr>
            <w:r w:rsidRPr="00E137C4">
              <w:rPr>
                <w:rFonts w:ascii="Calibri" w:hAnsi="Calibri" w:cs="Calibri"/>
                <w:b/>
                <w:bCs/>
                <w:lang w:val="en-GB"/>
              </w:rPr>
              <w:t> </w:t>
            </w:r>
          </w:p>
        </w:tc>
        <w:tc>
          <w:tcPr>
            <w:tcW w:w="1725" w:type="dxa"/>
            <w:shd w:val="clear" w:color="auto" w:fill="FFFFFF"/>
            <w:hideMark/>
          </w:tcPr>
          <w:p w14:paraId="6430FF1A" w14:textId="77777777" w:rsidR="00F0293A" w:rsidRPr="00E137C4" w:rsidRDefault="00F0293A">
            <w:pPr>
              <w:rPr>
                <w:rFonts w:ascii="Calibri" w:hAnsi="Calibri" w:cs="Calibri"/>
                <w:b/>
                <w:bCs/>
                <w:lang w:val="en-GB"/>
              </w:rPr>
            </w:pPr>
            <w:r w:rsidRPr="00E137C4">
              <w:rPr>
                <w:rFonts w:ascii="Calibri" w:hAnsi="Calibri" w:cs="Calibri"/>
                <w:b/>
                <w:bCs/>
                <w:lang w:val="en-GB"/>
              </w:rPr>
              <w:t> </w:t>
            </w:r>
          </w:p>
        </w:tc>
      </w:tr>
    </w:tbl>
    <w:p w14:paraId="07A3B8FD" w14:textId="77777777" w:rsidR="00055398" w:rsidRDefault="00055398" w:rsidP="00E556A2">
      <w:pPr>
        <w:rPr>
          <w:rFonts w:ascii="Calibri" w:hAnsi="Calibri" w:cs="Calibri"/>
          <w:b/>
          <w:bCs/>
          <w:lang w:val="en-GB"/>
        </w:rPr>
      </w:pPr>
    </w:p>
    <w:p w14:paraId="4B33E5E5" w14:textId="77777777" w:rsidR="00FB31F2" w:rsidRDefault="00FB31F2" w:rsidP="00E556A2">
      <w:pPr>
        <w:rPr>
          <w:rFonts w:ascii="Calibri" w:hAnsi="Calibri" w:cs="Calibri"/>
          <w:b/>
          <w:bCs/>
          <w:lang w:val="en-GB"/>
        </w:rPr>
      </w:pPr>
    </w:p>
    <w:p w14:paraId="38AC5289" w14:textId="77777777" w:rsidR="00345F93" w:rsidRDefault="00345F93" w:rsidP="00E556A2">
      <w:pPr>
        <w:rPr>
          <w:rFonts w:ascii="Calibri" w:hAnsi="Calibri" w:cs="Calibri"/>
          <w:b/>
          <w:bCs/>
          <w:lang w:val="en-GB"/>
        </w:rPr>
      </w:pPr>
    </w:p>
    <w:p w14:paraId="1F8710FC" w14:textId="7C2F2BB2" w:rsidR="00E556A2" w:rsidRPr="00E556A2" w:rsidRDefault="00E556A2" w:rsidP="00E556A2">
      <w:pPr>
        <w:rPr>
          <w:rFonts w:ascii="Calibri" w:hAnsi="Calibri" w:cs="Calibri"/>
          <w:b/>
          <w:bCs/>
          <w:lang w:val="en-GB"/>
        </w:rPr>
      </w:pPr>
      <w:r w:rsidRPr="00E556A2">
        <w:rPr>
          <w:rFonts w:ascii="Calibri" w:hAnsi="Calibri" w:cs="Calibri"/>
          <w:b/>
          <w:bCs/>
          <w:lang w:val="en-GB"/>
        </w:rPr>
        <w:lastRenderedPageBreak/>
        <w:t>English Language Proficiency</w:t>
      </w:r>
    </w:p>
    <w:p w14:paraId="1BA36452" w14:textId="77777777" w:rsidR="00E556A2" w:rsidRPr="00E556A2" w:rsidRDefault="00E556A2" w:rsidP="00E556A2">
      <w:pPr>
        <w:rPr>
          <w:rFonts w:ascii="Calibri" w:hAnsi="Calibri" w:cs="Calibri"/>
          <w:lang w:val="en-GB"/>
        </w:rPr>
      </w:pPr>
      <w:r w:rsidRPr="00E556A2">
        <w:rPr>
          <w:rFonts w:ascii="Calibri" w:hAnsi="Calibri" w:cs="Calibri"/>
          <w:lang w:val="en-GB"/>
        </w:rPr>
        <w:t>Please indicate your level of English and provide details of any formal qualifications, where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7"/>
        <w:gridCol w:w="3061"/>
        <w:gridCol w:w="2972"/>
      </w:tblGrid>
      <w:tr w:rsidR="00055398" w:rsidRPr="00E137C4" w14:paraId="0905D268" w14:textId="77777777" w:rsidTr="008273D1">
        <w:trPr>
          <w:trHeight w:val="300"/>
        </w:trPr>
        <w:tc>
          <w:tcPr>
            <w:tcW w:w="1504" w:type="pct"/>
            <w:shd w:val="clear" w:color="auto" w:fill="FFFFFF"/>
            <w:hideMark/>
          </w:tcPr>
          <w:p w14:paraId="5C1233C6" w14:textId="64FF3B5C" w:rsidR="00055398" w:rsidRPr="00E137C4" w:rsidRDefault="00055398" w:rsidP="00E33A53">
            <w:pPr>
              <w:rPr>
                <w:rFonts w:ascii="Calibri" w:hAnsi="Calibri" w:cs="Calibri"/>
                <w:b/>
                <w:bCs/>
                <w:lang w:val="en-GB"/>
              </w:rPr>
            </w:pPr>
            <w:r>
              <w:rPr>
                <w:rFonts w:ascii="Calibri" w:hAnsi="Calibri" w:cs="Calibri"/>
                <w:b/>
                <w:bCs/>
                <w:lang w:val="en-GB"/>
              </w:rPr>
              <w:t>Qualification</w:t>
            </w:r>
          </w:p>
        </w:tc>
        <w:tc>
          <w:tcPr>
            <w:tcW w:w="1773" w:type="pct"/>
            <w:shd w:val="clear" w:color="auto" w:fill="FFFFFF"/>
            <w:hideMark/>
          </w:tcPr>
          <w:p w14:paraId="415917B5" w14:textId="474031E3" w:rsidR="00055398" w:rsidRPr="00E137C4" w:rsidRDefault="00055398" w:rsidP="00E33A53">
            <w:pPr>
              <w:rPr>
                <w:rFonts w:ascii="Calibri" w:hAnsi="Calibri" w:cs="Calibri"/>
                <w:b/>
                <w:bCs/>
                <w:lang w:val="en-GB"/>
              </w:rPr>
            </w:pPr>
            <w:r>
              <w:rPr>
                <w:rFonts w:ascii="Calibri" w:hAnsi="Calibri" w:cs="Calibri"/>
                <w:b/>
                <w:bCs/>
                <w:lang w:val="en-GB"/>
              </w:rPr>
              <w:t>Score/Grade</w:t>
            </w:r>
          </w:p>
        </w:tc>
        <w:tc>
          <w:tcPr>
            <w:tcW w:w="1722" w:type="pct"/>
            <w:shd w:val="clear" w:color="auto" w:fill="FFFFFF"/>
            <w:hideMark/>
          </w:tcPr>
          <w:p w14:paraId="11EF605C" w14:textId="4796C0E7" w:rsidR="00055398" w:rsidRPr="00E137C4" w:rsidRDefault="00055398" w:rsidP="00E33A53">
            <w:pPr>
              <w:rPr>
                <w:rFonts w:ascii="Calibri" w:hAnsi="Calibri" w:cs="Calibri"/>
                <w:b/>
                <w:bCs/>
                <w:lang w:val="en-GB"/>
              </w:rPr>
            </w:pPr>
            <w:r>
              <w:rPr>
                <w:rFonts w:ascii="Calibri" w:hAnsi="Calibri" w:cs="Calibri"/>
                <w:b/>
                <w:bCs/>
                <w:lang w:val="en-GB"/>
              </w:rPr>
              <w:t xml:space="preserve">Date Awarded </w:t>
            </w:r>
          </w:p>
        </w:tc>
      </w:tr>
      <w:tr w:rsidR="00055398" w:rsidRPr="00E137C4" w14:paraId="748C2967" w14:textId="77777777" w:rsidTr="008273D1">
        <w:trPr>
          <w:trHeight w:val="300"/>
        </w:trPr>
        <w:tc>
          <w:tcPr>
            <w:tcW w:w="1504" w:type="pct"/>
            <w:shd w:val="clear" w:color="auto" w:fill="FFFFFF"/>
            <w:hideMark/>
          </w:tcPr>
          <w:p w14:paraId="3F659BB9" w14:textId="77777777" w:rsidR="00055398" w:rsidRPr="00E137C4" w:rsidRDefault="00055398" w:rsidP="00E33A53">
            <w:pPr>
              <w:rPr>
                <w:rFonts w:ascii="Calibri" w:hAnsi="Calibri" w:cs="Calibri"/>
                <w:b/>
                <w:bCs/>
                <w:lang w:val="en-GB"/>
              </w:rPr>
            </w:pPr>
            <w:r w:rsidRPr="00E137C4">
              <w:rPr>
                <w:rFonts w:ascii="Calibri" w:hAnsi="Calibri" w:cs="Calibri"/>
                <w:b/>
                <w:bCs/>
                <w:lang w:val="en-GB"/>
              </w:rPr>
              <w:t> </w:t>
            </w:r>
          </w:p>
        </w:tc>
        <w:tc>
          <w:tcPr>
            <w:tcW w:w="1773" w:type="pct"/>
            <w:shd w:val="clear" w:color="auto" w:fill="FFFFFF"/>
            <w:hideMark/>
          </w:tcPr>
          <w:p w14:paraId="3813EE09" w14:textId="77777777" w:rsidR="00055398" w:rsidRPr="00E137C4" w:rsidRDefault="00055398" w:rsidP="00E33A53">
            <w:pPr>
              <w:rPr>
                <w:rFonts w:ascii="Calibri" w:hAnsi="Calibri" w:cs="Calibri"/>
                <w:b/>
                <w:bCs/>
                <w:lang w:val="en-GB"/>
              </w:rPr>
            </w:pPr>
            <w:r w:rsidRPr="00E137C4">
              <w:rPr>
                <w:rFonts w:ascii="Calibri" w:hAnsi="Calibri" w:cs="Calibri"/>
                <w:b/>
                <w:bCs/>
                <w:lang w:val="en-GB"/>
              </w:rPr>
              <w:t> </w:t>
            </w:r>
          </w:p>
        </w:tc>
        <w:tc>
          <w:tcPr>
            <w:tcW w:w="1722" w:type="pct"/>
            <w:shd w:val="clear" w:color="auto" w:fill="FFFFFF"/>
            <w:hideMark/>
          </w:tcPr>
          <w:p w14:paraId="6F9FA356" w14:textId="77777777" w:rsidR="00055398" w:rsidRPr="00E137C4" w:rsidRDefault="00055398" w:rsidP="00E33A53">
            <w:pPr>
              <w:rPr>
                <w:rFonts w:ascii="Calibri" w:hAnsi="Calibri" w:cs="Calibri"/>
                <w:b/>
                <w:bCs/>
                <w:lang w:val="en-GB"/>
              </w:rPr>
            </w:pPr>
            <w:r w:rsidRPr="00E137C4">
              <w:rPr>
                <w:rFonts w:ascii="Calibri" w:hAnsi="Calibri" w:cs="Calibri"/>
                <w:b/>
                <w:bCs/>
                <w:lang w:val="en-GB"/>
              </w:rPr>
              <w:t> </w:t>
            </w:r>
          </w:p>
        </w:tc>
      </w:tr>
      <w:tr w:rsidR="00055398" w:rsidRPr="00E137C4" w14:paraId="59476AFA" w14:textId="77777777" w:rsidTr="008273D1">
        <w:trPr>
          <w:trHeight w:val="300"/>
        </w:trPr>
        <w:tc>
          <w:tcPr>
            <w:tcW w:w="1504" w:type="pct"/>
            <w:shd w:val="clear" w:color="auto" w:fill="FFFFFF"/>
            <w:hideMark/>
          </w:tcPr>
          <w:p w14:paraId="401D4509" w14:textId="77777777" w:rsidR="00055398" w:rsidRPr="00E137C4" w:rsidRDefault="00055398" w:rsidP="00E33A53">
            <w:pPr>
              <w:rPr>
                <w:rFonts w:ascii="Calibri" w:hAnsi="Calibri" w:cs="Calibri"/>
                <w:b/>
                <w:bCs/>
                <w:lang w:val="en-GB"/>
              </w:rPr>
            </w:pPr>
            <w:r w:rsidRPr="00E137C4">
              <w:rPr>
                <w:rFonts w:ascii="Calibri" w:hAnsi="Calibri" w:cs="Calibri"/>
                <w:b/>
                <w:bCs/>
                <w:lang w:val="en-GB"/>
              </w:rPr>
              <w:t> </w:t>
            </w:r>
          </w:p>
        </w:tc>
        <w:tc>
          <w:tcPr>
            <w:tcW w:w="1773" w:type="pct"/>
            <w:shd w:val="clear" w:color="auto" w:fill="FFFFFF"/>
            <w:hideMark/>
          </w:tcPr>
          <w:p w14:paraId="3DEE4469" w14:textId="77777777" w:rsidR="00055398" w:rsidRPr="00E137C4" w:rsidRDefault="00055398" w:rsidP="00E33A53">
            <w:pPr>
              <w:rPr>
                <w:rFonts w:ascii="Calibri" w:hAnsi="Calibri" w:cs="Calibri"/>
                <w:b/>
                <w:bCs/>
                <w:lang w:val="en-GB"/>
              </w:rPr>
            </w:pPr>
            <w:r w:rsidRPr="00E137C4">
              <w:rPr>
                <w:rFonts w:ascii="Calibri" w:hAnsi="Calibri" w:cs="Calibri"/>
                <w:b/>
                <w:bCs/>
                <w:lang w:val="en-GB"/>
              </w:rPr>
              <w:t> </w:t>
            </w:r>
          </w:p>
        </w:tc>
        <w:tc>
          <w:tcPr>
            <w:tcW w:w="1722" w:type="pct"/>
            <w:shd w:val="clear" w:color="auto" w:fill="FFFFFF"/>
            <w:hideMark/>
          </w:tcPr>
          <w:p w14:paraId="78C33753" w14:textId="77777777" w:rsidR="00055398" w:rsidRPr="00E137C4" w:rsidRDefault="00055398" w:rsidP="00E33A53">
            <w:pPr>
              <w:rPr>
                <w:rFonts w:ascii="Calibri" w:hAnsi="Calibri" w:cs="Calibri"/>
                <w:b/>
                <w:bCs/>
                <w:lang w:val="en-GB"/>
              </w:rPr>
            </w:pPr>
          </w:p>
        </w:tc>
      </w:tr>
    </w:tbl>
    <w:p w14:paraId="5DA8BDB5" w14:textId="77777777" w:rsidR="00573238" w:rsidRPr="009F3795" w:rsidRDefault="004B7FD6">
      <w:pPr>
        <w:pStyle w:val="Heading1"/>
        <w:rPr>
          <w:rFonts w:ascii="Calibri" w:hAnsi="Calibri" w:cs="Calibri"/>
        </w:rPr>
      </w:pPr>
      <w:r w:rsidRPr="009F3795">
        <w:rPr>
          <w:rFonts w:ascii="Calibri" w:hAnsi="Calibri" w:cs="Calibri"/>
        </w:rPr>
        <w:t>3. Academic Qualifications</w:t>
      </w:r>
    </w:p>
    <w:p w14:paraId="607EE98F" w14:textId="09804D16" w:rsidR="00573238" w:rsidRDefault="004B7FD6">
      <w:pPr>
        <w:rPr>
          <w:rFonts w:ascii="Calibri" w:hAnsi="Calibri" w:cs="Calibri"/>
        </w:rPr>
      </w:pPr>
      <w:r w:rsidRPr="009F3795">
        <w:rPr>
          <w:rFonts w:ascii="Calibri" w:hAnsi="Calibri" w:cs="Calibri"/>
        </w:rPr>
        <w:t>Complete degree information below.</w:t>
      </w:r>
      <w:r w:rsidR="00536A43">
        <w:rPr>
          <w:rFonts w:ascii="Calibri" w:hAnsi="Calibri" w:cs="Calibri"/>
        </w:rPr>
        <w:t xml:space="preserve"> Please add rows if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1"/>
        <w:gridCol w:w="1669"/>
        <w:gridCol w:w="1782"/>
        <w:gridCol w:w="1764"/>
        <w:gridCol w:w="1764"/>
      </w:tblGrid>
      <w:tr w:rsidR="00345F93" w:rsidRPr="00E137C4" w14:paraId="5F923073" w14:textId="2A6F56F3" w:rsidTr="00345F93">
        <w:trPr>
          <w:trHeight w:val="300"/>
        </w:trPr>
        <w:tc>
          <w:tcPr>
            <w:tcW w:w="1651" w:type="dxa"/>
            <w:shd w:val="clear" w:color="auto" w:fill="FFFFFF"/>
            <w:hideMark/>
          </w:tcPr>
          <w:p w14:paraId="66A1C045" w14:textId="0F0E61D4" w:rsidR="00345F93" w:rsidRPr="00E137C4" w:rsidRDefault="00345F93" w:rsidP="00E33A53">
            <w:pPr>
              <w:rPr>
                <w:rFonts w:ascii="Calibri" w:hAnsi="Calibri" w:cs="Calibri"/>
                <w:b/>
                <w:bCs/>
                <w:lang w:val="en-GB"/>
              </w:rPr>
            </w:pPr>
            <w:r>
              <w:rPr>
                <w:rFonts w:ascii="Calibri" w:hAnsi="Calibri" w:cs="Calibri"/>
                <w:b/>
                <w:bCs/>
                <w:lang w:val="en-GB"/>
              </w:rPr>
              <w:t>Degree</w:t>
            </w:r>
          </w:p>
        </w:tc>
        <w:tc>
          <w:tcPr>
            <w:tcW w:w="1669" w:type="dxa"/>
            <w:shd w:val="clear" w:color="auto" w:fill="FFFFFF"/>
            <w:hideMark/>
          </w:tcPr>
          <w:p w14:paraId="665A10D3" w14:textId="37EEF935" w:rsidR="00345F93" w:rsidRPr="00E137C4" w:rsidRDefault="00345F93" w:rsidP="00E33A53">
            <w:pPr>
              <w:rPr>
                <w:rFonts w:ascii="Calibri" w:hAnsi="Calibri" w:cs="Calibri"/>
                <w:b/>
                <w:bCs/>
                <w:lang w:val="en-GB"/>
              </w:rPr>
            </w:pPr>
            <w:r>
              <w:rPr>
                <w:rFonts w:ascii="Calibri" w:hAnsi="Calibri" w:cs="Calibri"/>
                <w:b/>
                <w:bCs/>
                <w:lang w:val="en-GB"/>
              </w:rPr>
              <w:t>Awarding Institution</w:t>
            </w:r>
          </w:p>
        </w:tc>
        <w:tc>
          <w:tcPr>
            <w:tcW w:w="1782" w:type="dxa"/>
            <w:shd w:val="clear" w:color="auto" w:fill="FFFFFF"/>
            <w:hideMark/>
          </w:tcPr>
          <w:p w14:paraId="28444EDD" w14:textId="7D40CFA8" w:rsidR="00345F93" w:rsidRPr="00E137C4" w:rsidRDefault="00345F93" w:rsidP="00E33A53">
            <w:pPr>
              <w:rPr>
                <w:rFonts w:ascii="Calibri" w:hAnsi="Calibri" w:cs="Calibri"/>
                <w:b/>
                <w:bCs/>
                <w:lang w:val="en-GB"/>
              </w:rPr>
            </w:pPr>
            <w:r>
              <w:rPr>
                <w:rFonts w:ascii="Calibri" w:hAnsi="Calibri" w:cs="Calibri"/>
                <w:b/>
                <w:bCs/>
                <w:lang w:val="en-GB"/>
              </w:rPr>
              <w:t>Year</w:t>
            </w:r>
          </w:p>
        </w:tc>
        <w:tc>
          <w:tcPr>
            <w:tcW w:w="1764" w:type="dxa"/>
            <w:shd w:val="clear" w:color="auto" w:fill="FFFFFF"/>
          </w:tcPr>
          <w:p w14:paraId="0568E6C5" w14:textId="3366531F" w:rsidR="00345F93" w:rsidRDefault="00345F93" w:rsidP="00E33A53">
            <w:pPr>
              <w:rPr>
                <w:rFonts w:ascii="Calibri" w:hAnsi="Calibri" w:cs="Calibri"/>
                <w:b/>
                <w:bCs/>
                <w:lang w:val="en-GB"/>
              </w:rPr>
            </w:pPr>
            <w:r w:rsidRPr="00536A43">
              <w:rPr>
                <w:rFonts w:ascii="Calibri" w:hAnsi="Calibri" w:cs="Calibri"/>
                <w:b/>
                <w:bCs/>
                <w:lang w:val="en-GB"/>
              </w:rPr>
              <w:t>Grade</w:t>
            </w:r>
            <w:r>
              <w:rPr>
                <w:rFonts w:ascii="Calibri" w:hAnsi="Calibri" w:cs="Calibri"/>
                <w:b/>
                <w:bCs/>
                <w:lang w:val="en-GB"/>
              </w:rPr>
              <w:t xml:space="preserve"> (indicate if expected)</w:t>
            </w:r>
          </w:p>
        </w:tc>
        <w:tc>
          <w:tcPr>
            <w:tcW w:w="1764" w:type="dxa"/>
            <w:shd w:val="clear" w:color="auto" w:fill="FFFFFF"/>
          </w:tcPr>
          <w:p w14:paraId="0C67644C" w14:textId="28DAC42C" w:rsidR="00345F93" w:rsidRDefault="00345F93" w:rsidP="00E33A53">
            <w:pPr>
              <w:rPr>
                <w:rFonts w:ascii="Calibri" w:hAnsi="Calibri" w:cs="Calibri"/>
                <w:b/>
                <w:bCs/>
                <w:lang w:val="en-GB"/>
              </w:rPr>
            </w:pPr>
            <w:r w:rsidRPr="00536A43">
              <w:rPr>
                <w:rFonts w:ascii="Calibri" w:hAnsi="Calibri" w:cs="Calibri"/>
                <w:b/>
                <w:bCs/>
                <w:lang w:val="en-GB"/>
              </w:rPr>
              <w:t>Grade Scale</w:t>
            </w:r>
          </w:p>
        </w:tc>
      </w:tr>
      <w:tr w:rsidR="00345F93" w:rsidRPr="00E137C4" w14:paraId="1767D0B4" w14:textId="77EF858F" w:rsidTr="00345F93">
        <w:trPr>
          <w:trHeight w:val="300"/>
        </w:trPr>
        <w:tc>
          <w:tcPr>
            <w:tcW w:w="1651" w:type="dxa"/>
            <w:shd w:val="clear" w:color="auto" w:fill="FFFFFF"/>
            <w:hideMark/>
          </w:tcPr>
          <w:p w14:paraId="0659A684"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c>
          <w:tcPr>
            <w:tcW w:w="1669" w:type="dxa"/>
            <w:shd w:val="clear" w:color="auto" w:fill="FFFFFF"/>
            <w:hideMark/>
          </w:tcPr>
          <w:p w14:paraId="3855B74C"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c>
          <w:tcPr>
            <w:tcW w:w="1782" w:type="dxa"/>
            <w:shd w:val="clear" w:color="auto" w:fill="FFFFFF"/>
            <w:hideMark/>
          </w:tcPr>
          <w:p w14:paraId="4B65B1EE"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c>
          <w:tcPr>
            <w:tcW w:w="1764" w:type="dxa"/>
            <w:shd w:val="clear" w:color="auto" w:fill="FFFFFF"/>
          </w:tcPr>
          <w:p w14:paraId="7694BA0E" w14:textId="77777777" w:rsidR="00345F93" w:rsidRPr="00E137C4" w:rsidRDefault="00345F93" w:rsidP="00E33A53">
            <w:pPr>
              <w:rPr>
                <w:rFonts w:ascii="Calibri" w:hAnsi="Calibri" w:cs="Calibri"/>
                <w:b/>
                <w:bCs/>
                <w:lang w:val="en-GB"/>
              </w:rPr>
            </w:pPr>
          </w:p>
        </w:tc>
        <w:tc>
          <w:tcPr>
            <w:tcW w:w="1764" w:type="dxa"/>
            <w:shd w:val="clear" w:color="auto" w:fill="FFFFFF"/>
          </w:tcPr>
          <w:p w14:paraId="3AE3A633" w14:textId="77777777" w:rsidR="00345F93" w:rsidRPr="00E137C4" w:rsidRDefault="00345F93" w:rsidP="00E33A53">
            <w:pPr>
              <w:rPr>
                <w:rFonts w:ascii="Calibri" w:hAnsi="Calibri" w:cs="Calibri"/>
                <w:b/>
                <w:bCs/>
                <w:lang w:val="en-GB"/>
              </w:rPr>
            </w:pPr>
          </w:p>
        </w:tc>
      </w:tr>
      <w:tr w:rsidR="00345F93" w:rsidRPr="00E137C4" w14:paraId="54656E9C" w14:textId="5D63EF9F" w:rsidTr="00345F93">
        <w:trPr>
          <w:trHeight w:val="300"/>
        </w:trPr>
        <w:tc>
          <w:tcPr>
            <w:tcW w:w="1651" w:type="dxa"/>
            <w:shd w:val="clear" w:color="auto" w:fill="FFFFFF"/>
            <w:hideMark/>
          </w:tcPr>
          <w:p w14:paraId="04BE49AF"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c>
          <w:tcPr>
            <w:tcW w:w="1669" w:type="dxa"/>
            <w:shd w:val="clear" w:color="auto" w:fill="FFFFFF"/>
            <w:hideMark/>
          </w:tcPr>
          <w:p w14:paraId="131D6C35"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c>
          <w:tcPr>
            <w:tcW w:w="1782" w:type="dxa"/>
            <w:shd w:val="clear" w:color="auto" w:fill="FFFFFF"/>
            <w:hideMark/>
          </w:tcPr>
          <w:p w14:paraId="6ACCF87B" w14:textId="77777777" w:rsidR="00345F93" w:rsidRPr="00E137C4" w:rsidRDefault="00345F93" w:rsidP="00E33A53">
            <w:pPr>
              <w:rPr>
                <w:rFonts w:ascii="Calibri" w:hAnsi="Calibri" w:cs="Calibri"/>
                <w:b/>
                <w:bCs/>
                <w:lang w:val="en-GB"/>
              </w:rPr>
            </w:pPr>
          </w:p>
        </w:tc>
        <w:tc>
          <w:tcPr>
            <w:tcW w:w="1764" w:type="dxa"/>
            <w:shd w:val="clear" w:color="auto" w:fill="FFFFFF"/>
          </w:tcPr>
          <w:p w14:paraId="62CB1EF7" w14:textId="77777777" w:rsidR="00345F93" w:rsidRPr="00E137C4" w:rsidRDefault="00345F93" w:rsidP="00E33A53">
            <w:pPr>
              <w:rPr>
                <w:rFonts w:ascii="Calibri" w:hAnsi="Calibri" w:cs="Calibri"/>
                <w:b/>
                <w:bCs/>
                <w:lang w:val="en-GB"/>
              </w:rPr>
            </w:pPr>
          </w:p>
        </w:tc>
        <w:tc>
          <w:tcPr>
            <w:tcW w:w="1764" w:type="dxa"/>
            <w:shd w:val="clear" w:color="auto" w:fill="FFFFFF"/>
          </w:tcPr>
          <w:p w14:paraId="5DEC8911" w14:textId="77777777" w:rsidR="00345F93" w:rsidRPr="00E137C4" w:rsidRDefault="00345F93" w:rsidP="00E33A53">
            <w:pPr>
              <w:rPr>
                <w:rFonts w:ascii="Calibri" w:hAnsi="Calibri" w:cs="Calibri"/>
                <w:b/>
                <w:bCs/>
                <w:lang w:val="en-GB"/>
              </w:rPr>
            </w:pPr>
          </w:p>
        </w:tc>
      </w:tr>
    </w:tbl>
    <w:p w14:paraId="0DC200B4" w14:textId="77777777" w:rsidR="00345F93" w:rsidRPr="009F3795" w:rsidRDefault="00345F93">
      <w:pPr>
        <w:rPr>
          <w:rFonts w:ascii="Calibri" w:hAnsi="Calibri" w:cs="Calibri"/>
        </w:rPr>
      </w:pPr>
    </w:p>
    <w:p w14:paraId="7FD309C8" w14:textId="77777777" w:rsidR="00573238" w:rsidRPr="009F3795" w:rsidRDefault="004B7FD6">
      <w:pPr>
        <w:pStyle w:val="Heading1"/>
        <w:rPr>
          <w:rFonts w:ascii="Calibri" w:hAnsi="Calibri" w:cs="Calibri"/>
        </w:rPr>
      </w:pPr>
      <w:r w:rsidRPr="009F3795">
        <w:rPr>
          <w:rFonts w:ascii="Calibri" w:hAnsi="Calibri" w:cs="Calibri"/>
        </w:rPr>
        <w:t>4. Research Experience</w:t>
      </w:r>
    </w:p>
    <w:p w14:paraId="3D27C9E3" w14:textId="458B0411" w:rsidR="00573238" w:rsidRPr="009F3795" w:rsidRDefault="004B7FD6">
      <w:pPr>
        <w:rPr>
          <w:rFonts w:ascii="Calibri" w:hAnsi="Calibri" w:cs="Calibri"/>
        </w:rPr>
      </w:pPr>
      <w:r w:rsidRPr="009F3795">
        <w:rPr>
          <w:rFonts w:ascii="Calibri" w:hAnsi="Calibri" w:cs="Calibri"/>
        </w:rPr>
        <w:t>Describe research projects, internships, thesis work and relevant employment (max 500 words).</w:t>
      </w:r>
    </w:p>
    <w:p w14:paraId="3A78E34E" w14:textId="77777777" w:rsidR="00573238" w:rsidRPr="009F3795" w:rsidRDefault="004B7FD6">
      <w:pPr>
        <w:pStyle w:val="Heading1"/>
        <w:rPr>
          <w:rFonts w:ascii="Calibri" w:hAnsi="Calibri" w:cs="Calibri"/>
        </w:rPr>
      </w:pPr>
      <w:r w:rsidRPr="009F3795">
        <w:rPr>
          <w:rFonts w:ascii="Calibri" w:hAnsi="Calibri" w:cs="Calibri"/>
        </w:rPr>
        <w:t>5. Technical Skills</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44"/>
        <w:gridCol w:w="709"/>
        <w:gridCol w:w="1417"/>
        <w:gridCol w:w="1060"/>
      </w:tblGrid>
      <w:tr w:rsidR="00FD0ADC" w:rsidRPr="00FD0ADC" w14:paraId="0B72C655" w14:textId="77777777" w:rsidTr="008273D1">
        <w:trPr>
          <w:tblCellSpacing w:w="15" w:type="dxa"/>
        </w:trPr>
        <w:tc>
          <w:tcPr>
            <w:tcW w:w="249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EA418A" w14:textId="77777777" w:rsidR="00FD0ADC" w:rsidRPr="00FD0ADC" w:rsidRDefault="00FD0ADC" w:rsidP="008273D1">
            <w:pPr>
              <w:spacing w:after="0" w:line="240" w:lineRule="auto"/>
              <w:rPr>
                <w:rFonts w:ascii="Calibri" w:hAnsi="Calibri" w:cs="Calibri"/>
                <w:b/>
                <w:bCs/>
                <w:lang w:val="en-GB"/>
              </w:rPr>
            </w:pPr>
            <w:r w:rsidRPr="00FD0ADC">
              <w:rPr>
                <w:rFonts w:ascii="Calibri" w:hAnsi="Calibri" w:cs="Calibri"/>
                <w:b/>
                <w:bCs/>
                <w:lang w:val="en-GB"/>
              </w:rPr>
              <w:t>Skill</w:t>
            </w:r>
          </w:p>
        </w:tc>
        <w:tc>
          <w:tcPr>
            <w:tcW w:w="67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E122A6" w14:textId="77777777" w:rsidR="00FD0ADC" w:rsidRPr="00FD0ADC" w:rsidRDefault="00FD0ADC" w:rsidP="008273D1">
            <w:pPr>
              <w:spacing w:after="0" w:line="240" w:lineRule="auto"/>
              <w:rPr>
                <w:rFonts w:ascii="Calibri" w:hAnsi="Calibri" w:cs="Calibri"/>
                <w:b/>
                <w:bCs/>
                <w:lang w:val="en-GB"/>
              </w:rPr>
            </w:pPr>
            <w:r w:rsidRPr="00FD0ADC">
              <w:rPr>
                <w:rFonts w:ascii="Calibri" w:hAnsi="Calibri" w:cs="Calibri"/>
                <w:b/>
                <w:bCs/>
                <w:lang w:val="en-GB"/>
              </w:rPr>
              <w:t>Basic</w:t>
            </w:r>
          </w:p>
        </w:tc>
        <w:tc>
          <w:tcPr>
            <w:tcW w:w="138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FB1A22" w14:textId="77777777" w:rsidR="00FD0ADC" w:rsidRPr="00FD0ADC" w:rsidRDefault="00FD0ADC" w:rsidP="008273D1">
            <w:pPr>
              <w:spacing w:after="0" w:line="240" w:lineRule="auto"/>
              <w:rPr>
                <w:rFonts w:ascii="Calibri" w:hAnsi="Calibri" w:cs="Calibri"/>
                <w:b/>
                <w:bCs/>
                <w:lang w:val="en-GB"/>
              </w:rPr>
            </w:pPr>
            <w:r w:rsidRPr="00FD0ADC">
              <w:rPr>
                <w:rFonts w:ascii="Calibri" w:hAnsi="Calibri" w:cs="Calibri"/>
                <w:b/>
                <w:bCs/>
                <w:lang w:val="en-GB"/>
              </w:rPr>
              <w:t>Intermediate</w:t>
            </w:r>
          </w:p>
        </w:tc>
        <w:tc>
          <w:tcPr>
            <w:tcW w:w="101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2696C4" w14:textId="77777777" w:rsidR="00FD0ADC" w:rsidRPr="00FD0ADC" w:rsidRDefault="00FD0ADC" w:rsidP="008273D1">
            <w:pPr>
              <w:spacing w:after="0" w:line="240" w:lineRule="auto"/>
              <w:rPr>
                <w:rFonts w:ascii="Calibri" w:hAnsi="Calibri" w:cs="Calibri"/>
                <w:b/>
                <w:bCs/>
                <w:lang w:val="en-GB"/>
              </w:rPr>
            </w:pPr>
            <w:r w:rsidRPr="00FD0ADC">
              <w:rPr>
                <w:rFonts w:ascii="Calibri" w:hAnsi="Calibri" w:cs="Calibri"/>
                <w:b/>
                <w:bCs/>
                <w:lang w:val="en-GB"/>
              </w:rPr>
              <w:t>Advanced</w:t>
            </w:r>
          </w:p>
        </w:tc>
      </w:tr>
      <w:tr w:rsidR="00703322" w:rsidRPr="00FD0ADC" w14:paraId="1AF2CF1B" w14:textId="77777777" w:rsidTr="008273D1">
        <w:trPr>
          <w:tblCellSpacing w:w="15" w:type="dxa"/>
        </w:trPr>
        <w:tc>
          <w:tcPr>
            <w:tcW w:w="2499" w:type="dxa"/>
            <w:tcBorders>
              <w:top w:val="single" w:sz="6" w:space="0" w:color="E6E6E6"/>
              <w:left w:val="single" w:sz="6" w:space="0" w:color="E6E6E6"/>
              <w:bottom w:val="single" w:sz="6" w:space="0" w:color="E6E6E6"/>
              <w:right w:val="single" w:sz="6" w:space="0" w:color="E6E6E6"/>
            </w:tcBorders>
            <w:vAlign w:val="center"/>
            <w:hideMark/>
          </w:tcPr>
          <w:p w14:paraId="4D2F5849" w14:textId="77777777" w:rsidR="00703322" w:rsidRPr="00FD0ADC" w:rsidRDefault="00703322" w:rsidP="008273D1">
            <w:pPr>
              <w:spacing w:after="0" w:line="240" w:lineRule="auto"/>
              <w:rPr>
                <w:rFonts w:ascii="Calibri" w:hAnsi="Calibri" w:cs="Calibri"/>
                <w:lang w:val="en-GB"/>
              </w:rPr>
            </w:pPr>
            <w:r w:rsidRPr="00FD0ADC">
              <w:rPr>
                <w:rFonts w:ascii="Calibri" w:hAnsi="Calibri" w:cs="Calibri"/>
                <w:lang w:val="en-GB"/>
              </w:rPr>
              <w:t>Python</w:t>
            </w:r>
          </w:p>
        </w:tc>
        <w:tc>
          <w:tcPr>
            <w:tcW w:w="679" w:type="dxa"/>
            <w:tcBorders>
              <w:top w:val="single" w:sz="6" w:space="0" w:color="E6E6E6"/>
              <w:left w:val="single" w:sz="6" w:space="0" w:color="E6E6E6"/>
              <w:bottom w:val="single" w:sz="6" w:space="0" w:color="E6E6E6"/>
              <w:right w:val="single" w:sz="6" w:space="0" w:color="E6E6E6"/>
            </w:tcBorders>
            <w:vAlign w:val="center"/>
            <w:hideMark/>
          </w:tcPr>
          <w:p w14:paraId="2C5AC535" w14:textId="72559466"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912972820"/>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314C502E" w14:textId="5E0A2214"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285625988"/>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015" w:type="dxa"/>
            <w:tcBorders>
              <w:top w:val="single" w:sz="6" w:space="0" w:color="E6E6E6"/>
              <w:left w:val="single" w:sz="6" w:space="0" w:color="E6E6E6"/>
              <w:bottom w:val="single" w:sz="6" w:space="0" w:color="E6E6E6"/>
              <w:right w:val="single" w:sz="6" w:space="0" w:color="E6E6E6"/>
            </w:tcBorders>
            <w:vAlign w:val="center"/>
            <w:hideMark/>
          </w:tcPr>
          <w:p w14:paraId="57ACCAF4" w14:textId="4A047DDD"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386381326"/>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r>
      <w:tr w:rsidR="00703322" w:rsidRPr="00FD0ADC" w14:paraId="3AE2BC9A" w14:textId="77777777" w:rsidTr="008273D1">
        <w:trPr>
          <w:tblCellSpacing w:w="15" w:type="dxa"/>
        </w:trPr>
        <w:tc>
          <w:tcPr>
            <w:tcW w:w="2499" w:type="dxa"/>
            <w:tcBorders>
              <w:top w:val="single" w:sz="6" w:space="0" w:color="E6E6E6"/>
              <w:left w:val="single" w:sz="6" w:space="0" w:color="E6E6E6"/>
              <w:bottom w:val="single" w:sz="6" w:space="0" w:color="E6E6E6"/>
              <w:right w:val="single" w:sz="6" w:space="0" w:color="E6E6E6"/>
            </w:tcBorders>
            <w:vAlign w:val="center"/>
            <w:hideMark/>
          </w:tcPr>
          <w:p w14:paraId="6FFFF7D4" w14:textId="77777777" w:rsidR="00703322" w:rsidRPr="00FD0ADC" w:rsidRDefault="00703322" w:rsidP="008273D1">
            <w:pPr>
              <w:spacing w:after="0" w:line="240" w:lineRule="auto"/>
              <w:rPr>
                <w:rFonts w:ascii="Calibri" w:hAnsi="Calibri" w:cs="Calibri"/>
                <w:lang w:val="en-GB"/>
              </w:rPr>
            </w:pPr>
            <w:r w:rsidRPr="00FD0ADC">
              <w:rPr>
                <w:rFonts w:ascii="Calibri" w:hAnsi="Calibri" w:cs="Calibri"/>
                <w:lang w:val="en-GB"/>
              </w:rPr>
              <w:t>MATLAB</w:t>
            </w:r>
          </w:p>
        </w:tc>
        <w:tc>
          <w:tcPr>
            <w:tcW w:w="679" w:type="dxa"/>
            <w:tcBorders>
              <w:top w:val="single" w:sz="6" w:space="0" w:color="E6E6E6"/>
              <w:left w:val="single" w:sz="6" w:space="0" w:color="E6E6E6"/>
              <w:bottom w:val="single" w:sz="6" w:space="0" w:color="E6E6E6"/>
              <w:right w:val="single" w:sz="6" w:space="0" w:color="E6E6E6"/>
            </w:tcBorders>
            <w:vAlign w:val="center"/>
            <w:hideMark/>
          </w:tcPr>
          <w:p w14:paraId="49D3629F" w14:textId="48A5A8A4"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53314510"/>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4D7B4919" w14:textId="5D8E3B72"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896799231"/>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015" w:type="dxa"/>
            <w:tcBorders>
              <w:top w:val="single" w:sz="6" w:space="0" w:color="E6E6E6"/>
              <w:left w:val="single" w:sz="6" w:space="0" w:color="E6E6E6"/>
              <w:bottom w:val="single" w:sz="6" w:space="0" w:color="E6E6E6"/>
              <w:right w:val="single" w:sz="6" w:space="0" w:color="E6E6E6"/>
            </w:tcBorders>
            <w:vAlign w:val="center"/>
            <w:hideMark/>
          </w:tcPr>
          <w:p w14:paraId="0DB02E09" w14:textId="4715564B"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961993500"/>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r>
      <w:tr w:rsidR="00703322" w:rsidRPr="00FD0ADC" w14:paraId="145F1581" w14:textId="77777777" w:rsidTr="008273D1">
        <w:trPr>
          <w:tblCellSpacing w:w="15" w:type="dxa"/>
        </w:trPr>
        <w:tc>
          <w:tcPr>
            <w:tcW w:w="2499" w:type="dxa"/>
            <w:tcBorders>
              <w:top w:val="single" w:sz="6" w:space="0" w:color="E6E6E6"/>
              <w:left w:val="single" w:sz="6" w:space="0" w:color="E6E6E6"/>
              <w:bottom w:val="single" w:sz="6" w:space="0" w:color="E6E6E6"/>
              <w:right w:val="single" w:sz="6" w:space="0" w:color="E6E6E6"/>
            </w:tcBorders>
            <w:vAlign w:val="center"/>
            <w:hideMark/>
          </w:tcPr>
          <w:p w14:paraId="276A35AA" w14:textId="77777777" w:rsidR="00703322" w:rsidRPr="00FD0ADC" w:rsidRDefault="00703322" w:rsidP="008273D1">
            <w:pPr>
              <w:spacing w:after="0" w:line="240" w:lineRule="auto"/>
              <w:rPr>
                <w:rFonts w:ascii="Calibri" w:hAnsi="Calibri" w:cs="Calibri"/>
                <w:lang w:val="en-GB"/>
              </w:rPr>
            </w:pPr>
            <w:r w:rsidRPr="00FD0ADC">
              <w:rPr>
                <w:rFonts w:ascii="Calibri" w:hAnsi="Calibri" w:cs="Calibri"/>
                <w:lang w:val="en-GB"/>
              </w:rPr>
              <w:t>R</w:t>
            </w:r>
          </w:p>
        </w:tc>
        <w:tc>
          <w:tcPr>
            <w:tcW w:w="679" w:type="dxa"/>
            <w:tcBorders>
              <w:top w:val="single" w:sz="6" w:space="0" w:color="E6E6E6"/>
              <w:left w:val="single" w:sz="6" w:space="0" w:color="E6E6E6"/>
              <w:bottom w:val="single" w:sz="6" w:space="0" w:color="E6E6E6"/>
              <w:right w:val="single" w:sz="6" w:space="0" w:color="E6E6E6"/>
            </w:tcBorders>
            <w:vAlign w:val="center"/>
            <w:hideMark/>
          </w:tcPr>
          <w:p w14:paraId="30998CCE" w14:textId="2D6B655A"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661423012"/>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0DBB90B5" w14:textId="53DE0B55"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141578588"/>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015" w:type="dxa"/>
            <w:tcBorders>
              <w:top w:val="single" w:sz="6" w:space="0" w:color="E6E6E6"/>
              <w:left w:val="single" w:sz="6" w:space="0" w:color="E6E6E6"/>
              <w:bottom w:val="single" w:sz="6" w:space="0" w:color="E6E6E6"/>
              <w:right w:val="single" w:sz="6" w:space="0" w:color="E6E6E6"/>
            </w:tcBorders>
            <w:vAlign w:val="center"/>
            <w:hideMark/>
          </w:tcPr>
          <w:p w14:paraId="6FAB295F" w14:textId="313155FE"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522288437"/>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r>
      <w:tr w:rsidR="00703322" w:rsidRPr="00FD0ADC" w14:paraId="5E75F5AC" w14:textId="77777777" w:rsidTr="008273D1">
        <w:trPr>
          <w:tblCellSpacing w:w="15" w:type="dxa"/>
        </w:trPr>
        <w:tc>
          <w:tcPr>
            <w:tcW w:w="2499" w:type="dxa"/>
            <w:tcBorders>
              <w:top w:val="single" w:sz="6" w:space="0" w:color="E6E6E6"/>
              <w:left w:val="single" w:sz="6" w:space="0" w:color="E6E6E6"/>
              <w:bottom w:val="single" w:sz="6" w:space="0" w:color="E6E6E6"/>
              <w:right w:val="single" w:sz="6" w:space="0" w:color="E6E6E6"/>
            </w:tcBorders>
            <w:vAlign w:val="center"/>
            <w:hideMark/>
          </w:tcPr>
          <w:p w14:paraId="1EC8B03C" w14:textId="77777777" w:rsidR="00703322" w:rsidRPr="00FD0ADC" w:rsidRDefault="00703322" w:rsidP="008273D1">
            <w:pPr>
              <w:spacing w:after="0" w:line="240" w:lineRule="auto"/>
              <w:rPr>
                <w:rFonts w:ascii="Calibri" w:hAnsi="Calibri" w:cs="Calibri"/>
                <w:lang w:val="en-GB"/>
              </w:rPr>
            </w:pPr>
            <w:r w:rsidRPr="00FD0ADC">
              <w:rPr>
                <w:rFonts w:ascii="Calibri" w:hAnsi="Calibri" w:cs="Calibri"/>
                <w:lang w:val="en-GB"/>
              </w:rPr>
              <w:t>Statistics</w:t>
            </w:r>
          </w:p>
        </w:tc>
        <w:tc>
          <w:tcPr>
            <w:tcW w:w="679" w:type="dxa"/>
            <w:tcBorders>
              <w:top w:val="single" w:sz="6" w:space="0" w:color="E6E6E6"/>
              <w:left w:val="single" w:sz="6" w:space="0" w:color="E6E6E6"/>
              <w:bottom w:val="single" w:sz="6" w:space="0" w:color="E6E6E6"/>
              <w:right w:val="single" w:sz="6" w:space="0" w:color="E6E6E6"/>
            </w:tcBorders>
            <w:vAlign w:val="center"/>
            <w:hideMark/>
          </w:tcPr>
          <w:p w14:paraId="141DB462" w14:textId="0813F597"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849170849"/>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529DCB1F" w14:textId="45C0130C"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148315489"/>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015" w:type="dxa"/>
            <w:tcBorders>
              <w:top w:val="single" w:sz="6" w:space="0" w:color="E6E6E6"/>
              <w:left w:val="single" w:sz="6" w:space="0" w:color="E6E6E6"/>
              <w:bottom w:val="single" w:sz="6" w:space="0" w:color="E6E6E6"/>
              <w:right w:val="single" w:sz="6" w:space="0" w:color="E6E6E6"/>
            </w:tcBorders>
            <w:vAlign w:val="center"/>
            <w:hideMark/>
          </w:tcPr>
          <w:p w14:paraId="0A8654F5" w14:textId="78B38B8C"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993166092"/>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r>
      <w:tr w:rsidR="00703322" w:rsidRPr="00FD0ADC" w14:paraId="52E591C9" w14:textId="77777777" w:rsidTr="008273D1">
        <w:trPr>
          <w:tblCellSpacing w:w="15" w:type="dxa"/>
        </w:trPr>
        <w:tc>
          <w:tcPr>
            <w:tcW w:w="2499" w:type="dxa"/>
            <w:tcBorders>
              <w:top w:val="single" w:sz="6" w:space="0" w:color="E6E6E6"/>
              <w:left w:val="single" w:sz="6" w:space="0" w:color="E6E6E6"/>
              <w:bottom w:val="single" w:sz="6" w:space="0" w:color="E6E6E6"/>
              <w:right w:val="single" w:sz="6" w:space="0" w:color="E6E6E6"/>
            </w:tcBorders>
            <w:vAlign w:val="center"/>
            <w:hideMark/>
          </w:tcPr>
          <w:p w14:paraId="6E5EA9F0" w14:textId="77777777" w:rsidR="00703322" w:rsidRPr="00FD0ADC" w:rsidRDefault="00703322" w:rsidP="008273D1">
            <w:pPr>
              <w:spacing w:after="0" w:line="240" w:lineRule="auto"/>
              <w:rPr>
                <w:rFonts w:ascii="Calibri" w:hAnsi="Calibri" w:cs="Calibri"/>
                <w:lang w:val="en-GB"/>
              </w:rPr>
            </w:pPr>
            <w:r w:rsidRPr="00FD0ADC">
              <w:rPr>
                <w:rFonts w:ascii="Calibri" w:hAnsi="Calibri" w:cs="Calibri"/>
                <w:lang w:val="en-GB"/>
              </w:rPr>
              <w:t>Machine Learning</w:t>
            </w:r>
          </w:p>
        </w:tc>
        <w:tc>
          <w:tcPr>
            <w:tcW w:w="679" w:type="dxa"/>
            <w:tcBorders>
              <w:top w:val="single" w:sz="6" w:space="0" w:color="E6E6E6"/>
              <w:left w:val="single" w:sz="6" w:space="0" w:color="E6E6E6"/>
              <w:bottom w:val="single" w:sz="6" w:space="0" w:color="E6E6E6"/>
              <w:right w:val="single" w:sz="6" w:space="0" w:color="E6E6E6"/>
            </w:tcBorders>
            <w:vAlign w:val="center"/>
            <w:hideMark/>
          </w:tcPr>
          <w:p w14:paraId="40AA4FF4" w14:textId="1EFF5903"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759109219"/>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60CA0F8B" w14:textId="44A8D014"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282809090"/>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015" w:type="dxa"/>
            <w:tcBorders>
              <w:top w:val="single" w:sz="6" w:space="0" w:color="E6E6E6"/>
              <w:left w:val="single" w:sz="6" w:space="0" w:color="E6E6E6"/>
              <w:bottom w:val="single" w:sz="6" w:space="0" w:color="E6E6E6"/>
              <w:right w:val="single" w:sz="6" w:space="0" w:color="E6E6E6"/>
            </w:tcBorders>
            <w:vAlign w:val="center"/>
            <w:hideMark/>
          </w:tcPr>
          <w:p w14:paraId="42C32169" w14:textId="2CDF4413"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926559373"/>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r>
      <w:tr w:rsidR="00703322" w:rsidRPr="00FD0ADC" w14:paraId="10B9E9CD" w14:textId="77777777" w:rsidTr="008273D1">
        <w:trPr>
          <w:tblCellSpacing w:w="15" w:type="dxa"/>
        </w:trPr>
        <w:tc>
          <w:tcPr>
            <w:tcW w:w="2499" w:type="dxa"/>
            <w:tcBorders>
              <w:top w:val="single" w:sz="6" w:space="0" w:color="E6E6E6"/>
              <w:left w:val="single" w:sz="6" w:space="0" w:color="E6E6E6"/>
              <w:bottom w:val="single" w:sz="6" w:space="0" w:color="E6E6E6"/>
              <w:right w:val="single" w:sz="6" w:space="0" w:color="E6E6E6"/>
            </w:tcBorders>
            <w:vAlign w:val="center"/>
            <w:hideMark/>
          </w:tcPr>
          <w:p w14:paraId="4C16A14A" w14:textId="77777777" w:rsidR="00703322" w:rsidRPr="00FD0ADC" w:rsidRDefault="00703322" w:rsidP="008273D1">
            <w:pPr>
              <w:spacing w:after="0" w:line="240" w:lineRule="auto"/>
              <w:rPr>
                <w:rFonts w:ascii="Calibri" w:hAnsi="Calibri" w:cs="Calibri"/>
                <w:lang w:val="en-GB"/>
              </w:rPr>
            </w:pPr>
            <w:r w:rsidRPr="00FD0ADC">
              <w:rPr>
                <w:rFonts w:ascii="Calibri" w:hAnsi="Calibri" w:cs="Calibri"/>
                <w:lang w:val="en-GB"/>
              </w:rPr>
              <w:t>Mathematical Modelling</w:t>
            </w:r>
          </w:p>
        </w:tc>
        <w:tc>
          <w:tcPr>
            <w:tcW w:w="679" w:type="dxa"/>
            <w:tcBorders>
              <w:top w:val="single" w:sz="6" w:space="0" w:color="E6E6E6"/>
              <w:left w:val="single" w:sz="6" w:space="0" w:color="E6E6E6"/>
              <w:bottom w:val="single" w:sz="6" w:space="0" w:color="E6E6E6"/>
              <w:right w:val="single" w:sz="6" w:space="0" w:color="E6E6E6"/>
            </w:tcBorders>
            <w:vAlign w:val="center"/>
            <w:hideMark/>
          </w:tcPr>
          <w:p w14:paraId="1B36627C" w14:textId="2EE3AC23"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335294145"/>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106CF748" w14:textId="280BA670"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974728962"/>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015" w:type="dxa"/>
            <w:tcBorders>
              <w:top w:val="single" w:sz="6" w:space="0" w:color="E6E6E6"/>
              <w:left w:val="single" w:sz="6" w:space="0" w:color="E6E6E6"/>
              <w:bottom w:val="single" w:sz="6" w:space="0" w:color="E6E6E6"/>
              <w:right w:val="single" w:sz="6" w:space="0" w:color="E6E6E6"/>
            </w:tcBorders>
            <w:vAlign w:val="center"/>
            <w:hideMark/>
          </w:tcPr>
          <w:p w14:paraId="3F573C87" w14:textId="10B8191D"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788779102"/>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r>
      <w:tr w:rsidR="00703322" w:rsidRPr="00FD0ADC" w14:paraId="3DBC3819" w14:textId="77777777" w:rsidTr="008273D1">
        <w:trPr>
          <w:tblCellSpacing w:w="15" w:type="dxa"/>
        </w:trPr>
        <w:tc>
          <w:tcPr>
            <w:tcW w:w="2499" w:type="dxa"/>
            <w:tcBorders>
              <w:top w:val="single" w:sz="6" w:space="0" w:color="E6E6E6"/>
              <w:left w:val="single" w:sz="6" w:space="0" w:color="E6E6E6"/>
              <w:bottom w:val="single" w:sz="6" w:space="0" w:color="E6E6E6"/>
              <w:right w:val="single" w:sz="6" w:space="0" w:color="E6E6E6"/>
            </w:tcBorders>
            <w:vAlign w:val="center"/>
            <w:hideMark/>
          </w:tcPr>
          <w:p w14:paraId="474B2062" w14:textId="77777777" w:rsidR="00703322" w:rsidRPr="00FD0ADC" w:rsidRDefault="00703322" w:rsidP="008273D1">
            <w:pPr>
              <w:spacing w:after="0" w:line="240" w:lineRule="auto"/>
              <w:rPr>
                <w:rFonts w:ascii="Calibri" w:hAnsi="Calibri" w:cs="Calibri"/>
                <w:lang w:val="en-GB"/>
              </w:rPr>
            </w:pPr>
            <w:r w:rsidRPr="00FD0ADC">
              <w:rPr>
                <w:rFonts w:ascii="Calibri" w:hAnsi="Calibri" w:cs="Calibri"/>
                <w:lang w:val="en-GB"/>
              </w:rPr>
              <w:t>Data Science</w:t>
            </w:r>
          </w:p>
        </w:tc>
        <w:tc>
          <w:tcPr>
            <w:tcW w:w="679" w:type="dxa"/>
            <w:tcBorders>
              <w:top w:val="single" w:sz="6" w:space="0" w:color="E6E6E6"/>
              <w:left w:val="single" w:sz="6" w:space="0" w:color="E6E6E6"/>
              <w:bottom w:val="single" w:sz="6" w:space="0" w:color="E6E6E6"/>
              <w:right w:val="single" w:sz="6" w:space="0" w:color="E6E6E6"/>
            </w:tcBorders>
            <w:vAlign w:val="center"/>
            <w:hideMark/>
          </w:tcPr>
          <w:p w14:paraId="2826314F" w14:textId="2DD3B93C"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308099471"/>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5C3E7824" w14:textId="799322E3"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69264791"/>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015" w:type="dxa"/>
            <w:tcBorders>
              <w:top w:val="single" w:sz="6" w:space="0" w:color="E6E6E6"/>
              <w:left w:val="single" w:sz="6" w:space="0" w:color="E6E6E6"/>
              <w:bottom w:val="single" w:sz="6" w:space="0" w:color="E6E6E6"/>
              <w:right w:val="single" w:sz="6" w:space="0" w:color="E6E6E6"/>
            </w:tcBorders>
            <w:vAlign w:val="center"/>
            <w:hideMark/>
          </w:tcPr>
          <w:p w14:paraId="6393F21D" w14:textId="7336A9CC"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708867392"/>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r>
      <w:tr w:rsidR="00703322" w:rsidRPr="00FD0ADC" w14:paraId="64ABD727" w14:textId="77777777" w:rsidTr="008273D1">
        <w:trPr>
          <w:tblCellSpacing w:w="15" w:type="dxa"/>
        </w:trPr>
        <w:tc>
          <w:tcPr>
            <w:tcW w:w="2499" w:type="dxa"/>
            <w:tcBorders>
              <w:top w:val="single" w:sz="6" w:space="0" w:color="E6E6E6"/>
              <w:left w:val="single" w:sz="6" w:space="0" w:color="E6E6E6"/>
              <w:bottom w:val="single" w:sz="6" w:space="0" w:color="E6E6E6"/>
              <w:right w:val="single" w:sz="6" w:space="0" w:color="E6E6E6"/>
            </w:tcBorders>
            <w:vAlign w:val="center"/>
            <w:hideMark/>
          </w:tcPr>
          <w:p w14:paraId="78C0F0B1" w14:textId="77777777" w:rsidR="00703322" w:rsidRPr="00FD0ADC" w:rsidRDefault="00703322" w:rsidP="008273D1">
            <w:pPr>
              <w:spacing w:after="0" w:line="240" w:lineRule="auto"/>
              <w:rPr>
                <w:rFonts w:ascii="Calibri" w:hAnsi="Calibri" w:cs="Calibri"/>
                <w:lang w:val="en-GB"/>
              </w:rPr>
            </w:pPr>
            <w:r w:rsidRPr="00FD0ADC">
              <w:rPr>
                <w:rFonts w:ascii="Calibri" w:hAnsi="Calibri" w:cs="Calibri"/>
                <w:lang w:val="en-GB"/>
              </w:rPr>
              <w:t>Medical Imaging</w:t>
            </w:r>
          </w:p>
        </w:tc>
        <w:tc>
          <w:tcPr>
            <w:tcW w:w="679" w:type="dxa"/>
            <w:tcBorders>
              <w:top w:val="single" w:sz="6" w:space="0" w:color="E6E6E6"/>
              <w:left w:val="single" w:sz="6" w:space="0" w:color="E6E6E6"/>
              <w:bottom w:val="single" w:sz="6" w:space="0" w:color="E6E6E6"/>
              <w:right w:val="single" w:sz="6" w:space="0" w:color="E6E6E6"/>
            </w:tcBorders>
            <w:vAlign w:val="center"/>
            <w:hideMark/>
          </w:tcPr>
          <w:p w14:paraId="1CDEBFCC" w14:textId="0AE733A7"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430401829"/>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2870B493" w14:textId="6EC11762"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22702038"/>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015" w:type="dxa"/>
            <w:tcBorders>
              <w:top w:val="single" w:sz="6" w:space="0" w:color="E6E6E6"/>
              <w:left w:val="single" w:sz="6" w:space="0" w:color="E6E6E6"/>
              <w:bottom w:val="single" w:sz="6" w:space="0" w:color="E6E6E6"/>
              <w:right w:val="single" w:sz="6" w:space="0" w:color="E6E6E6"/>
            </w:tcBorders>
            <w:vAlign w:val="center"/>
            <w:hideMark/>
          </w:tcPr>
          <w:p w14:paraId="06CC3F7A" w14:textId="23BD2307"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335547590"/>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r>
      <w:tr w:rsidR="00703322" w:rsidRPr="00FD0ADC" w14:paraId="2A005F7C" w14:textId="77777777" w:rsidTr="008273D1">
        <w:trPr>
          <w:tblCellSpacing w:w="15" w:type="dxa"/>
        </w:trPr>
        <w:tc>
          <w:tcPr>
            <w:tcW w:w="2499" w:type="dxa"/>
            <w:tcBorders>
              <w:top w:val="single" w:sz="6" w:space="0" w:color="E6E6E6"/>
              <w:left w:val="single" w:sz="6" w:space="0" w:color="E6E6E6"/>
              <w:bottom w:val="single" w:sz="6" w:space="0" w:color="E6E6E6"/>
              <w:right w:val="single" w:sz="6" w:space="0" w:color="E6E6E6"/>
            </w:tcBorders>
            <w:vAlign w:val="center"/>
            <w:hideMark/>
          </w:tcPr>
          <w:p w14:paraId="2F69D6F9" w14:textId="77777777" w:rsidR="00703322" w:rsidRPr="00FD0ADC" w:rsidRDefault="00703322" w:rsidP="008273D1">
            <w:pPr>
              <w:spacing w:after="0" w:line="240" w:lineRule="auto"/>
              <w:rPr>
                <w:rFonts w:ascii="Calibri" w:hAnsi="Calibri" w:cs="Calibri"/>
                <w:lang w:val="en-GB"/>
              </w:rPr>
            </w:pPr>
            <w:r w:rsidRPr="00FD0ADC">
              <w:rPr>
                <w:rFonts w:ascii="Calibri" w:hAnsi="Calibri" w:cs="Calibri"/>
                <w:lang w:val="en-GB"/>
              </w:rPr>
              <w:lastRenderedPageBreak/>
              <w:t>Signal Processing</w:t>
            </w:r>
          </w:p>
        </w:tc>
        <w:tc>
          <w:tcPr>
            <w:tcW w:w="679" w:type="dxa"/>
            <w:tcBorders>
              <w:top w:val="single" w:sz="6" w:space="0" w:color="E6E6E6"/>
              <w:left w:val="single" w:sz="6" w:space="0" w:color="E6E6E6"/>
              <w:bottom w:val="single" w:sz="6" w:space="0" w:color="E6E6E6"/>
              <w:right w:val="single" w:sz="6" w:space="0" w:color="E6E6E6"/>
            </w:tcBorders>
            <w:vAlign w:val="center"/>
            <w:hideMark/>
          </w:tcPr>
          <w:p w14:paraId="0A68E634" w14:textId="7EBDB72B"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834502008"/>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755400E6" w14:textId="69B42A6A"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334992494"/>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015" w:type="dxa"/>
            <w:tcBorders>
              <w:top w:val="single" w:sz="6" w:space="0" w:color="E6E6E6"/>
              <w:left w:val="single" w:sz="6" w:space="0" w:color="E6E6E6"/>
              <w:bottom w:val="single" w:sz="6" w:space="0" w:color="E6E6E6"/>
              <w:right w:val="single" w:sz="6" w:space="0" w:color="E6E6E6"/>
            </w:tcBorders>
            <w:vAlign w:val="center"/>
            <w:hideMark/>
          </w:tcPr>
          <w:p w14:paraId="32B3779C" w14:textId="28F8AFB2"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1129207271"/>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r>
      <w:tr w:rsidR="00703322" w:rsidRPr="00FD0ADC" w14:paraId="00F486AF" w14:textId="77777777" w:rsidTr="008273D1">
        <w:trPr>
          <w:tblCellSpacing w:w="15" w:type="dxa"/>
        </w:trPr>
        <w:tc>
          <w:tcPr>
            <w:tcW w:w="2499" w:type="dxa"/>
            <w:tcBorders>
              <w:top w:val="single" w:sz="6" w:space="0" w:color="E6E6E6"/>
              <w:left w:val="single" w:sz="6" w:space="0" w:color="E6E6E6"/>
              <w:bottom w:val="single" w:sz="6" w:space="0" w:color="E6E6E6"/>
              <w:right w:val="single" w:sz="6" w:space="0" w:color="E6E6E6"/>
            </w:tcBorders>
            <w:vAlign w:val="center"/>
            <w:hideMark/>
          </w:tcPr>
          <w:p w14:paraId="6B5BDA48" w14:textId="77777777" w:rsidR="00703322" w:rsidRPr="00FD0ADC" w:rsidRDefault="00703322" w:rsidP="008273D1">
            <w:pPr>
              <w:spacing w:after="0" w:line="240" w:lineRule="auto"/>
              <w:rPr>
                <w:rFonts w:ascii="Calibri" w:hAnsi="Calibri" w:cs="Calibri"/>
                <w:lang w:val="en-GB"/>
              </w:rPr>
            </w:pPr>
            <w:r w:rsidRPr="00FD0ADC">
              <w:rPr>
                <w:rFonts w:ascii="Calibri" w:hAnsi="Calibri" w:cs="Calibri"/>
                <w:lang w:val="en-GB"/>
              </w:rPr>
              <w:t>Software Development</w:t>
            </w:r>
          </w:p>
        </w:tc>
        <w:tc>
          <w:tcPr>
            <w:tcW w:w="679" w:type="dxa"/>
            <w:tcBorders>
              <w:top w:val="single" w:sz="6" w:space="0" w:color="E6E6E6"/>
              <w:left w:val="single" w:sz="6" w:space="0" w:color="E6E6E6"/>
              <w:bottom w:val="single" w:sz="6" w:space="0" w:color="E6E6E6"/>
              <w:right w:val="single" w:sz="6" w:space="0" w:color="E6E6E6"/>
            </w:tcBorders>
            <w:vAlign w:val="center"/>
            <w:hideMark/>
          </w:tcPr>
          <w:p w14:paraId="3DD1EBE0" w14:textId="32386E99"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219589497"/>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3952C39F" w14:textId="364BC8FC"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440079353"/>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c>
          <w:tcPr>
            <w:tcW w:w="1015" w:type="dxa"/>
            <w:tcBorders>
              <w:top w:val="single" w:sz="6" w:space="0" w:color="E6E6E6"/>
              <w:left w:val="single" w:sz="6" w:space="0" w:color="E6E6E6"/>
              <w:bottom w:val="single" w:sz="6" w:space="0" w:color="E6E6E6"/>
              <w:right w:val="single" w:sz="6" w:space="0" w:color="E6E6E6"/>
            </w:tcBorders>
            <w:vAlign w:val="center"/>
            <w:hideMark/>
          </w:tcPr>
          <w:p w14:paraId="37277D09" w14:textId="534B65D8" w:rsidR="00703322" w:rsidRPr="00FD0ADC" w:rsidRDefault="00000000" w:rsidP="008273D1">
            <w:pPr>
              <w:spacing w:after="0" w:line="240" w:lineRule="auto"/>
              <w:jc w:val="center"/>
              <w:rPr>
                <w:rFonts w:ascii="Calibri" w:hAnsi="Calibri" w:cs="Calibri"/>
                <w:lang w:val="en-GB"/>
              </w:rPr>
            </w:pPr>
            <w:sdt>
              <w:sdtPr>
                <w:rPr>
                  <w:rFonts w:ascii="Calibri" w:hAnsi="Calibri" w:cs="Calibri"/>
                  <w:lang w:val="en-GB"/>
                </w:rPr>
                <w:id w:val="2006550128"/>
                <w14:checkbox>
                  <w14:checked w14:val="0"/>
                  <w14:checkedState w14:val="2612" w14:font="MS Gothic"/>
                  <w14:uncheckedState w14:val="2610" w14:font="MS Gothic"/>
                </w14:checkbox>
              </w:sdtPr>
              <w:sdtContent>
                <w:r w:rsidR="00703322">
                  <w:rPr>
                    <w:rFonts w:ascii="MS Gothic" w:eastAsia="MS Gothic" w:hAnsi="MS Gothic" w:cs="Calibri" w:hint="eastAsia"/>
                    <w:lang w:val="en-GB"/>
                  </w:rPr>
                  <w:t>☐</w:t>
                </w:r>
              </w:sdtContent>
            </w:sdt>
          </w:p>
        </w:tc>
      </w:tr>
    </w:tbl>
    <w:p w14:paraId="6D689C1F" w14:textId="77777777" w:rsidR="00573238" w:rsidRDefault="00573238">
      <w:pPr>
        <w:rPr>
          <w:rFonts w:ascii="Calibri" w:hAnsi="Calibri" w:cs="Calibri"/>
        </w:rPr>
      </w:pPr>
    </w:p>
    <w:p w14:paraId="5C0DA2B4" w14:textId="67E680FF" w:rsidR="00BB4793" w:rsidRPr="00BB4793" w:rsidRDefault="00BB4793">
      <w:pPr>
        <w:rPr>
          <w:rFonts w:ascii="Calibri" w:hAnsi="Calibri" w:cs="Calibri"/>
          <w:lang w:val="en-GB"/>
        </w:rPr>
      </w:pPr>
      <w:r w:rsidRPr="00BB4793">
        <w:rPr>
          <w:rFonts w:ascii="Calibri" w:hAnsi="Calibri" w:cs="Calibri"/>
          <w:b/>
          <w:bCs/>
          <w:lang w:val="en-GB"/>
        </w:rPr>
        <w:t>Please provide examples demonstrating your strongest technical skills (max. 300 words).</w:t>
      </w:r>
    </w:p>
    <w:p w14:paraId="613A4360" w14:textId="77777777" w:rsidR="00573238" w:rsidRPr="009F3795" w:rsidRDefault="004B7FD6">
      <w:pPr>
        <w:pStyle w:val="Heading1"/>
        <w:rPr>
          <w:rFonts w:ascii="Calibri" w:hAnsi="Calibri" w:cs="Calibri"/>
        </w:rPr>
      </w:pPr>
      <w:r w:rsidRPr="009F3795">
        <w:rPr>
          <w:rFonts w:ascii="Calibri" w:hAnsi="Calibri" w:cs="Calibri"/>
        </w:rPr>
        <w:t>6. Research Outputs</w:t>
      </w:r>
    </w:p>
    <w:p w14:paraId="59D97ABB" w14:textId="0918923F" w:rsidR="00573238" w:rsidRDefault="004B7FD6">
      <w:pPr>
        <w:rPr>
          <w:rFonts w:ascii="Calibri" w:hAnsi="Calibri" w:cs="Calibri"/>
        </w:rPr>
      </w:pPr>
      <w:r w:rsidRPr="009F3795">
        <w:rPr>
          <w:rFonts w:ascii="Calibri" w:hAnsi="Calibri" w:cs="Calibri"/>
        </w:rPr>
        <w:t>List publications, posters, software, datasets and other outputs.</w:t>
      </w:r>
      <w:r w:rsidR="00CD7D52">
        <w:rPr>
          <w:rFonts w:ascii="Calibri" w:hAnsi="Calibri" w:cs="Calibri"/>
        </w:rPr>
        <w:t xml:space="preserve"> Add rows if necessary.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7"/>
        <w:gridCol w:w="3061"/>
        <w:gridCol w:w="2972"/>
      </w:tblGrid>
      <w:tr w:rsidR="00345F93" w:rsidRPr="00E137C4" w14:paraId="090434B2" w14:textId="77777777" w:rsidTr="008273D1">
        <w:trPr>
          <w:trHeight w:val="300"/>
        </w:trPr>
        <w:tc>
          <w:tcPr>
            <w:tcW w:w="1504" w:type="pct"/>
            <w:shd w:val="clear" w:color="auto" w:fill="FFFFFF"/>
            <w:hideMark/>
          </w:tcPr>
          <w:p w14:paraId="7A33255E" w14:textId="3FF921D7" w:rsidR="00345F93" w:rsidRPr="00E137C4" w:rsidRDefault="00345F93" w:rsidP="00E33A53">
            <w:pPr>
              <w:rPr>
                <w:rFonts w:ascii="Calibri" w:hAnsi="Calibri" w:cs="Calibri"/>
                <w:b/>
                <w:bCs/>
                <w:lang w:val="en-GB"/>
              </w:rPr>
            </w:pPr>
            <w:r>
              <w:rPr>
                <w:rFonts w:ascii="Calibri" w:hAnsi="Calibri" w:cs="Calibri"/>
                <w:b/>
                <w:bCs/>
                <w:lang w:val="en-GB"/>
              </w:rPr>
              <w:t>Type</w:t>
            </w:r>
          </w:p>
        </w:tc>
        <w:tc>
          <w:tcPr>
            <w:tcW w:w="1773" w:type="pct"/>
            <w:shd w:val="clear" w:color="auto" w:fill="FFFFFF"/>
            <w:hideMark/>
          </w:tcPr>
          <w:p w14:paraId="172D89E7" w14:textId="264E3156" w:rsidR="00345F93" w:rsidRPr="00E137C4" w:rsidRDefault="00345F93" w:rsidP="00E33A53">
            <w:pPr>
              <w:rPr>
                <w:rFonts w:ascii="Calibri" w:hAnsi="Calibri" w:cs="Calibri"/>
                <w:b/>
                <w:bCs/>
                <w:lang w:val="en-GB"/>
              </w:rPr>
            </w:pPr>
            <w:r>
              <w:rPr>
                <w:rFonts w:ascii="Calibri" w:hAnsi="Calibri" w:cs="Calibri"/>
                <w:b/>
                <w:bCs/>
                <w:lang w:val="en-GB"/>
              </w:rPr>
              <w:t>Title</w:t>
            </w:r>
          </w:p>
        </w:tc>
        <w:tc>
          <w:tcPr>
            <w:tcW w:w="1722" w:type="pct"/>
            <w:shd w:val="clear" w:color="auto" w:fill="FFFFFF"/>
            <w:hideMark/>
          </w:tcPr>
          <w:p w14:paraId="4910150B" w14:textId="03405CBD" w:rsidR="00345F93" w:rsidRPr="00E137C4" w:rsidRDefault="00345F93" w:rsidP="00E33A53">
            <w:pPr>
              <w:rPr>
                <w:rFonts w:ascii="Calibri" w:hAnsi="Calibri" w:cs="Calibri"/>
                <w:b/>
                <w:bCs/>
                <w:lang w:val="en-GB"/>
              </w:rPr>
            </w:pPr>
            <w:r>
              <w:rPr>
                <w:rFonts w:ascii="Calibri" w:hAnsi="Calibri" w:cs="Calibri"/>
                <w:b/>
                <w:bCs/>
                <w:lang w:val="en-GB"/>
              </w:rPr>
              <w:t>DOI/URL</w:t>
            </w:r>
          </w:p>
        </w:tc>
      </w:tr>
      <w:tr w:rsidR="00345F93" w:rsidRPr="00E137C4" w14:paraId="182833A9" w14:textId="77777777" w:rsidTr="008273D1">
        <w:trPr>
          <w:trHeight w:val="300"/>
        </w:trPr>
        <w:tc>
          <w:tcPr>
            <w:tcW w:w="1504" w:type="pct"/>
            <w:shd w:val="clear" w:color="auto" w:fill="FFFFFF"/>
            <w:hideMark/>
          </w:tcPr>
          <w:p w14:paraId="01664126"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c>
          <w:tcPr>
            <w:tcW w:w="1773" w:type="pct"/>
            <w:shd w:val="clear" w:color="auto" w:fill="FFFFFF"/>
            <w:hideMark/>
          </w:tcPr>
          <w:p w14:paraId="4ADDEFEC"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c>
          <w:tcPr>
            <w:tcW w:w="1722" w:type="pct"/>
            <w:shd w:val="clear" w:color="auto" w:fill="FFFFFF"/>
            <w:hideMark/>
          </w:tcPr>
          <w:p w14:paraId="3F4A1584"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r>
      <w:tr w:rsidR="00345F93" w:rsidRPr="00E137C4" w14:paraId="180892E5" w14:textId="77777777" w:rsidTr="008273D1">
        <w:trPr>
          <w:trHeight w:val="300"/>
        </w:trPr>
        <w:tc>
          <w:tcPr>
            <w:tcW w:w="1504" w:type="pct"/>
            <w:shd w:val="clear" w:color="auto" w:fill="FFFFFF"/>
            <w:hideMark/>
          </w:tcPr>
          <w:p w14:paraId="5952918A"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c>
          <w:tcPr>
            <w:tcW w:w="1773" w:type="pct"/>
            <w:shd w:val="clear" w:color="auto" w:fill="FFFFFF"/>
            <w:hideMark/>
          </w:tcPr>
          <w:p w14:paraId="4FA64F59"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c>
          <w:tcPr>
            <w:tcW w:w="1722" w:type="pct"/>
            <w:shd w:val="clear" w:color="auto" w:fill="FFFFFF"/>
            <w:hideMark/>
          </w:tcPr>
          <w:p w14:paraId="3A3ED89B" w14:textId="77777777" w:rsidR="00345F93" w:rsidRPr="00E137C4" w:rsidRDefault="00345F93" w:rsidP="00E33A53">
            <w:pPr>
              <w:rPr>
                <w:rFonts w:ascii="Calibri" w:hAnsi="Calibri" w:cs="Calibri"/>
                <w:b/>
                <w:bCs/>
                <w:lang w:val="en-GB"/>
              </w:rPr>
            </w:pPr>
          </w:p>
        </w:tc>
      </w:tr>
    </w:tbl>
    <w:p w14:paraId="2F45D8AF" w14:textId="77777777" w:rsidR="00573238" w:rsidRPr="009F3795" w:rsidRDefault="004B7FD6">
      <w:pPr>
        <w:pStyle w:val="Heading1"/>
        <w:rPr>
          <w:rFonts w:ascii="Calibri" w:hAnsi="Calibri" w:cs="Calibri"/>
        </w:rPr>
      </w:pPr>
      <w:r w:rsidRPr="009F3795">
        <w:rPr>
          <w:rFonts w:ascii="Calibri" w:hAnsi="Calibri" w:cs="Calibri"/>
        </w:rPr>
        <w:t>7. Project Preferences</w:t>
      </w:r>
    </w:p>
    <w:p w14:paraId="25967922" w14:textId="77777777" w:rsidR="00573238" w:rsidRDefault="004B7FD6">
      <w:pPr>
        <w:rPr>
          <w:rFonts w:ascii="Calibri" w:hAnsi="Calibri" w:cs="Calibri"/>
        </w:rPr>
      </w:pPr>
      <w:r w:rsidRPr="009F3795">
        <w:rPr>
          <w:rFonts w:ascii="Calibri" w:hAnsi="Calibri" w:cs="Calibri"/>
        </w:rPr>
        <w:t>Select up to five projects (F1-F15) in order of preference.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7"/>
        <w:gridCol w:w="1338"/>
        <w:gridCol w:w="6115"/>
      </w:tblGrid>
      <w:tr w:rsidR="00345F93" w:rsidRPr="00E137C4" w14:paraId="0273263B" w14:textId="77777777" w:rsidTr="008273D1">
        <w:trPr>
          <w:trHeight w:val="300"/>
        </w:trPr>
        <w:tc>
          <w:tcPr>
            <w:tcW w:w="682" w:type="pct"/>
            <w:shd w:val="clear" w:color="auto" w:fill="FFFFFF"/>
            <w:hideMark/>
          </w:tcPr>
          <w:p w14:paraId="4EDC4EA2" w14:textId="387BBCB4" w:rsidR="00345F93" w:rsidRPr="00E137C4" w:rsidRDefault="00345F93" w:rsidP="00E33A53">
            <w:pPr>
              <w:rPr>
                <w:rFonts w:ascii="Calibri" w:hAnsi="Calibri" w:cs="Calibri"/>
                <w:b/>
                <w:bCs/>
                <w:lang w:val="en-GB"/>
              </w:rPr>
            </w:pPr>
            <w:r>
              <w:rPr>
                <w:rFonts w:ascii="Calibri" w:hAnsi="Calibri" w:cs="Calibri"/>
                <w:b/>
                <w:bCs/>
                <w:lang w:val="en-GB"/>
              </w:rPr>
              <w:t>Preference</w:t>
            </w:r>
          </w:p>
        </w:tc>
        <w:tc>
          <w:tcPr>
            <w:tcW w:w="775" w:type="pct"/>
            <w:shd w:val="clear" w:color="auto" w:fill="FFFFFF"/>
            <w:hideMark/>
          </w:tcPr>
          <w:p w14:paraId="74C18380" w14:textId="6C7C5D56" w:rsidR="00345F93" w:rsidRPr="00E137C4" w:rsidRDefault="00345F93" w:rsidP="00E33A53">
            <w:pPr>
              <w:rPr>
                <w:rFonts w:ascii="Calibri" w:hAnsi="Calibri" w:cs="Calibri"/>
                <w:b/>
                <w:bCs/>
                <w:lang w:val="en-GB"/>
              </w:rPr>
            </w:pPr>
            <w:r>
              <w:rPr>
                <w:rFonts w:ascii="Calibri" w:hAnsi="Calibri" w:cs="Calibri"/>
                <w:b/>
                <w:bCs/>
                <w:lang w:val="en-GB"/>
              </w:rPr>
              <w:t>Project Code</w:t>
            </w:r>
          </w:p>
        </w:tc>
        <w:tc>
          <w:tcPr>
            <w:tcW w:w="3543" w:type="pct"/>
            <w:shd w:val="clear" w:color="auto" w:fill="FFFFFF"/>
            <w:hideMark/>
          </w:tcPr>
          <w:p w14:paraId="3EDEBFDC" w14:textId="7C63974C" w:rsidR="00345F93" w:rsidRPr="00E137C4" w:rsidRDefault="00345F93" w:rsidP="00E33A53">
            <w:pPr>
              <w:rPr>
                <w:rFonts w:ascii="Calibri" w:hAnsi="Calibri" w:cs="Calibri"/>
                <w:b/>
                <w:bCs/>
                <w:lang w:val="en-GB"/>
              </w:rPr>
            </w:pPr>
            <w:r>
              <w:rPr>
                <w:rFonts w:ascii="Calibri" w:hAnsi="Calibri" w:cs="Calibri"/>
                <w:b/>
                <w:bCs/>
                <w:lang w:val="en-GB"/>
              </w:rPr>
              <w:t>Project title</w:t>
            </w:r>
          </w:p>
        </w:tc>
      </w:tr>
      <w:tr w:rsidR="00345F93" w:rsidRPr="00E137C4" w14:paraId="3A0C19AF" w14:textId="77777777" w:rsidTr="008273D1">
        <w:trPr>
          <w:trHeight w:val="300"/>
        </w:trPr>
        <w:tc>
          <w:tcPr>
            <w:tcW w:w="682" w:type="pct"/>
            <w:shd w:val="clear" w:color="auto" w:fill="FFFFFF"/>
            <w:hideMark/>
          </w:tcPr>
          <w:p w14:paraId="168E479B" w14:textId="69A2E6FB" w:rsidR="00345F93" w:rsidRPr="00E137C4" w:rsidRDefault="00345F93" w:rsidP="00E33A53">
            <w:pPr>
              <w:rPr>
                <w:rFonts w:ascii="Calibri" w:hAnsi="Calibri" w:cs="Calibri"/>
                <w:b/>
                <w:bCs/>
                <w:lang w:val="en-GB"/>
              </w:rPr>
            </w:pPr>
            <w:r w:rsidRPr="00E137C4">
              <w:rPr>
                <w:rFonts w:ascii="Calibri" w:hAnsi="Calibri" w:cs="Calibri"/>
                <w:b/>
                <w:bCs/>
                <w:lang w:val="en-GB"/>
              </w:rPr>
              <w:t> </w:t>
            </w:r>
            <w:r>
              <w:rPr>
                <w:rFonts w:ascii="Calibri" w:hAnsi="Calibri" w:cs="Calibri"/>
                <w:b/>
                <w:bCs/>
                <w:lang w:val="en-GB"/>
              </w:rPr>
              <w:t>1</w:t>
            </w:r>
          </w:p>
        </w:tc>
        <w:tc>
          <w:tcPr>
            <w:tcW w:w="775" w:type="pct"/>
            <w:shd w:val="clear" w:color="auto" w:fill="FFFFFF"/>
            <w:hideMark/>
          </w:tcPr>
          <w:p w14:paraId="6B5DB231"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c>
          <w:tcPr>
            <w:tcW w:w="3543" w:type="pct"/>
            <w:shd w:val="clear" w:color="auto" w:fill="FFFFFF"/>
            <w:hideMark/>
          </w:tcPr>
          <w:p w14:paraId="0489EB14"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r>
      <w:tr w:rsidR="00345F93" w:rsidRPr="00E137C4" w14:paraId="04AE49E1" w14:textId="77777777" w:rsidTr="008273D1">
        <w:trPr>
          <w:trHeight w:val="300"/>
        </w:trPr>
        <w:tc>
          <w:tcPr>
            <w:tcW w:w="682" w:type="pct"/>
            <w:shd w:val="clear" w:color="auto" w:fill="FFFFFF"/>
            <w:hideMark/>
          </w:tcPr>
          <w:p w14:paraId="7D4229FC" w14:textId="29840A32" w:rsidR="00345F93" w:rsidRPr="00E137C4" w:rsidRDefault="00345F93" w:rsidP="00E33A53">
            <w:pPr>
              <w:rPr>
                <w:rFonts w:ascii="Calibri" w:hAnsi="Calibri" w:cs="Calibri"/>
                <w:b/>
                <w:bCs/>
                <w:lang w:val="en-GB"/>
              </w:rPr>
            </w:pPr>
            <w:r w:rsidRPr="00E137C4">
              <w:rPr>
                <w:rFonts w:ascii="Calibri" w:hAnsi="Calibri" w:cs="Calibri"/>
                <w:b/>
                <w:bCs/>
                <w:lang w:val="en-GB"/>
              </w:rPr>
              <w:t> </w:t>
            </w:r>
            <w:r>
              <w:rPr>
                <w:rFonts w:ascii="Calibri" w:hAnsi="Calibri" w:cs="Calibri"/>
                <w:b/>
                <w:bCs/>
                <w:lang w:val="en-GB"/>
              </w:rPr>
              <w:t>2</w:t>
            </w:r>
          </w:p>
        </w:tc>
        <w:tc>
          <w:tcPr>
            <w:tcW w:w="775" w:type="pct"/>
            <w:shd w:val="clear" w:color="auto" w:fill="FFFFFF"/>
            <w:hideMark/>
          </w:tcPr>
          <w:p w14:paraId="6E519976" w14:textId="77777777" w:rsidR="00345F93" w:rsidRPr="00E137C4" w:rsidRDefault="00345F93" w:rsidP="00E33A53">
            <w:pPr>
              <w:rPr>
                <w:rFonts w:ascii="Calibri" w:hAnsi="Calibri" w:cs="Calibri"/>
                <w:b/>
                <w:bCs/>
                <w:lang w:val="en-GB"/>
              </w:rPr>
            </w:pPr>
            <w:r w:rsidRPr="00E137C4">
              <w:rPr>
                <w:rFonts w:ascii="Calibri" w:hAnsi="Calibri" w:cs="Calibri"/>
                <w:b/>
                <w:bCs/>
                <w:lang w:val="en-GB"/>
              </w:rPr>
              <w:t> </w:t>
            </w:r>
          </w:p>
        </w:tc>
        <w:tc>
          <w:tcPr>
            <w:tcW w:w="3543" w:type="pct"/>
            <w:shd w:val="clear" w:color="auto" w:fill="FFFFFF"/>
            <w:hideMark/>
          </w:tcPr>
          <w:p w14:paraId="4B7939E1" w14:textId="77777777" w:rsidR="00345F93" w:rsidRPr="00E137C4" w:rsidRDefault="00345F93" w:rsidP="00E33A53">
            <w:pPr>
              <w:rPr>
                <w:rFonts w:ascii="Calibri" w:hAnsi="Calibri" w:cs="Calibri"/>
                <w:b/>
                <w:bCs/>
                <w:lang w:val="en-GB"/>
              </w:rPr>
            </w:pPr>
          </w:p>
        </w:tc>
      </w:tr>
      <w:tr w:rsidR="00345F93" w:rsidRPr="00E137C4" w14:paraId="6AC02D9E" w14:textId="77777777" w:rsidTr="008273D1">
        <w:trPr>
          <w:trHeight w:val="300"/>
        </w:trPr>
        <w:tc>
          <w:tcPr>
            <w:tcW w:w="682" w:type="pct"/>
            <w:shd w:val="clear" w:color="auto" w:fill="FFFFFF"/>
          </w:tcPr>
          <w:p w14:paraId="20A4722D" w14:textId="4987DFEE" w:rsidR="00345F93" w:rsidRPr="00E137C4" w:rsidRDefault="00345F93" w:rsidP="00E33A53">
            <w:pPr>
              <w:rPr>
                <w:rFonts w:ascii="Calibri" w:hAnsi="Calibri" w:cs="Calibri"/>
                <w:b/>
                <w:bCs/>
                <w:lang w:val="en-GB"/>
              </w:rPr>
            </w:pPr>
            <w:r>
              <w:rPr>
                <w:rFonts w:ascii="Calibri" w:hAnsi="Calibri" w:cs="Calibri"/>
                <w:b/>
                <w:bCs/>
                <w:lang w:val="en-GB"/>
              </w:rPr>
              <w:t>3</w:t>
            </w:r>
          </w:p>
        </w:tc>
        <w:tc>
          <w:tcPr>
            <w:tcW w:w="775" w:type="pct"/>
            <w:shd w:val="clear" w:color="auto" w:fill="FFFFFF"/>
          </w:tcPr>
          <w:p w14:paraId="5FBCF67F" w14:textId="77777777" w:rsidR="00345F93" w:rsidRPr="00E137C4" w:rsidRDefault="00345F93" w:rsidP="00E33A53">
            <w:pPr>
              <w:rPr>
                <w:rFonts w:ascii="Calibri" w:hAnsi="Calibri" w:cs="Calibri"/>
                <w:b/>
                <w:bCs/>
                <w:lang w:val="en-GB"/>
              </w:rPr>
            </w:pPr>
          </w:p>
        </w:tc>
        <w:tc>
          <w:tcPr>
            <w:tcW w:w="3543" w:type="pct"/>
            <w:shd w:val="clear" w:color="auto" w:fill="FFFFFF"/>
          </w:tcPr>
          <w:p w14:paraId="6F495148" w14:textId="77777777" w:rsidR="00345F93" w:rsidRPr="00E137C4" w:rsidRDefault="00345F93" w:rsidP="00E33A53">
            <w:pPr>
              <w:rPr>
                <w:rFonts w:ascii="Calibri" w:hAnsi="Calibri" w:cs="Calibri"/>
                <w:b/>
                <w:bCs/>
                <w:lang w:val="en-GB"/>
              </w:rPr>
            </w:pPr>
          </w:p>
        </w:tc>
      </w:tr>
      <w:tr w:rsidR="00345F93" w:rsidRPr="00E137C4" w14:paraId="198D1474" w14:textId="77777777" w:rsidTr="008273D1">
        <w:trPr>
          <w:trHeight w:val="300"/>
        </w:trPr>
        <w:tc>
          <w:tcPr>
            <w:tcW w:w="682" w:type="pct"/>
            <w:shd w:val="clear" w:color="auto" w:fill="FFFFFF"/>
          </w:tcPr>
          <w:p w14:paraId="1DA7CA91" w14:textId="7CA6770A" w:rsidR="00345F93" w:rsidRPr="00E137C4" w:rsidRDefault="00345F93" w:rsidP="00E33A53">
            <w:pPr>
              <w:rPr>
                <w:rFonts w:ascii="Calibri" w:hAnsi="Calibri" w:cs="Calibri"/>
                <w:b/>
                <w:bCs/>
                <w:lang w:val="en-GB"/>
              </w:rPr>
            </w:pPr>
            <w:r>
              <w:rPr>
                <w:rFonts w:ascii="Calibri" w:hAnsi="Calibri" w:cs="Calibri"/>
                <w:b/>
                <w:bCs/>
                <w:lang w:val="en-GB"/>
              </w:rPr>
              <w:t>4</w:t>
            </w:r>
          </w:p>
        </w:tc>
        <w:tc>
          <w:tcPr>
            <w:tcW w:w="775" w:type="pct"/>
            <w:shd w:val="clear" w:color="auto" w:fill="FFFFFF"/>
          </w:tcPr>
          <w:p w14:paraId="4912D2EC" w14:textId="77777777" w:rsidR="00345F93" w:rsidRPr="00E137C4" w:rsidRDefault="00345F93" w:rsidP="00E33A53">
            <w:pPr>
              <w:rPr>
                <w:rFonts w:ascii="Calibri" w:hAnsi="Calibri" w:cs="Calibri"/>
                <w:b/>
                <w:bCs/>
                <w:lang w:val="en-GB"/>
              </w:rPr>
            </w:pPr>
          </w:p>
        </w:tc>
        <w:tc>
          <w:tcPr>
            <w:tcW w:w="3543" w:type="pct"/>
            <w:shd w:val="clear" w:color="auto" w:fill="FFFFFF"/>
          </w:tcPr>
          <w:p w14:paraId="7232950D" w14:textId="77777777" w:rsidR="00345F93" w:rsidRPr="00E137C4" w:rsidRDefault="00345F93" w:rsidP="00E33A53">
            <w:pPr>
              <w:rPr>
                <w:rFonts w:ascii="Calibri" w:hAnsi="Calibri" w:cs="Calibri"/>
                <w:b/>
                <w:bCs/>
                <w:lang w:val="en-GB"/>
              </w:rPr>
            </w:pPr>
          </w:p>
        </w:tc>
      </w:tr>
      <w:tr w:rsidR="00345F93" w:rsidRPr="00E137C4" w14:paraId="1AFC780F" w14:textId="77777777" w:rsidTr="008273D1">
        <w:trPr>
          <w:trHeight w:val="300"/>
        </w:trPr>
        <w:tc>
          <w:tcPr>
            <w:tcW w:w="682" w:type="pct"/>
            <w:shd w:val="clear" w:color="auto" w:fill="FFFFFF"/>
          </w:tcPr>
          <w:p w14:paraId="7CC89A60" w14:textId="62969DCE" w:rsidR="00345F93" w:rsidRDefault="00345F93" w:rsidP="00E33A53">
            <w:pPr>
              <w:rPr>
                <w:rFonts w:ascii="Calibri" w:hAnsi="Calibri" w:cs="Calibri"/>
                <w:b/>
                <w:bCs/>
                <w:lang w:val="en-GB"/>
              </w:rPr>
            </w:pPr>
            <w:r>
              <w:rPr>
                <w:rFonts w:ascii="Calibri" w:hAnsi="Calibri" w:cs="Calibri"/>
                <w:b/>
                <w:bCs/>
                <w:lang w:val="en-GB"/>
              </w:rPr>
              <w:t>5</w:t>
            </w:r>
          </w:p>
        </w:tc>
        <w:tc>
          <w:tcPr>
            <w:tcW w:w="775" w:type="pct"/>
            <w:shd w:val="clear" w:color="auto" w:fill="FFFFFF"/>
          </w:tcPr>
          <w:p w14:paraId="36D75CCC" w14:textId="77777777" w:rsidR="00345F93" w:rsidRPr="00E137C4" w:rsidRDefault="00345F93" w:rsidP="00E33A53">
            <w:pPr>
              <w:rPr>
                <w:rFonts w:ascii="Calibri" w:hAnsi="Calibri" w:cs="Calibri"/>
                <w:b/>
                <w:bCs/>
                <w:lang w:val="en-GB"/>
              </w:rPr>
            </w:pPr>
          </w:p>
        </w:tc>
        <w:tc>
          <w:tcPr>
            <w:tcW w:w="3543" w:type="pct"/>
            <w:shd w:val="clear" w:color="auto" w:fill="FFFFFF"/>
          </w:tcPr>
          <w:p w14:paraId="7F0FC4C3" w14:textId="77777777" w:rsidR="00345F93" w:rsidRPr="00E137C4" w:rsidRDefault="00345F93" w:rsidP="00E33A53">
            <w:pPr>
              <w:rPr>
                <w:rFonts w:ascii="Calibri" w:hAnsi="Calibri" w:cs="Calibri"/>
                <w:b/>
                <w:bCs/>
                <w:lang w:val="en-GB"/>
              </w:rPr>
            </w:pPr>
          </w:p>
        </w:tc>
      </w:tr>
    </w:tbl>
    <w:p w14:paraId="78EE57C7" w14:textId="77777777" w:rsidR="00573238" w:rsidRPr="009F3795" w:rsidRDefault="00573238">
      <w:pPr>
        <w:rPr>
          <w:rFonts w:ascii="Calibri" w:hAnsi="Calibri" w:cs="Calibri"/>
        </w:rPr>
      </w:pPr>
    </w:p>
    <w:p w14:paraId="6AAA5331" w14:textId="6E4F13D2" w:rsidR="00573238" w:rsidRPr="009F3795" w:rsidRDefault="004B7FD6">
      <w:pPr>
        <w:pStyle w:val="Heading1"/>
        <w:rPr>
          <w:rFonts w:ascii="Calibri" w:hAnsi="Calibri" w:cs="Calibri"/>
        </w:rPr>
      </w:pPr>
      <w:r w:rsidRPr="009F3795">
        <w:rPr>
          <w:rFonts w:ascii="Calibri" w:hAnsi="Calibri" w:cs="Calibri"/>
        </w:rPr>
        <w:t>8. Project Motivation</w:t>
      </w:r>
    </w:p>
    <w:p w14:paraId="3F179FE9" w14:textId="1E3AA07B" w:rsidR="00573238" w:rsidRPr="009F3795" w:rsidRDefault="004B7FD6">
      <w:pPr>
        <w:rPr>
          <w:rFonts w:ascii="Calibri" w:hAnsi="Calibri" w:cs="Calibri"/>
        </w:rPr>
      </w:pPr>
      <w:r w:rsidRPr="009F3795">
        <w:rPr>
          <w:rFonts w:ascii="Calibri" w:hAnsi="Calibri" w:cs="Calibri"/>
        </w:rPr>
        <w:t xml:space="preserve">Explain </w:t>
      </w:r>
      <w:r w:rsidR="00AE576D">
        <w:rPr>
          <w:rFonts w:ascii="Calibri" w:hAnsi="Calibri" w:cs="Calibri"/>
        </w:rPr>
        <w:t xml:space="preserve">the reason </w:t>
      </w:r>
      <w:r w:rsidR="00796EBE">
        <w:rPr>
          <w:rFonts w:ascii="Calibri" w:hAnsi="Calibri" w:cs="Calibri"/>
        </w:rPr>
        <w:t>for</w:t>
      </w:r>
      <w:r w:rsidR="00AE576D">
        <w:rPr>
          <w:rFonts w:ascii="Calibri" w:hAnsi="Calibri" w:cs="Calibri"/>
        </w:rPr>
        <w:t xml:space="preserve"> </w:t>
      </w:r>
      <w:r w:rsidR="00796EBE">
        <w:rPr>
          <w:rFonts w:ascii="Calibri" w:hAnsi="Calibri" w:cs="Calibri"/>
        </w:rPr>
        <w:t>the selection in section 7</w:t>
      </w:r>
      <w:r w:rsidRPr="009F3795">
        <w:rPr>
          <w:rFonts w:ascii="Calibri" w:hAnsi="Calibri" w:cs="Calibri"/>
        </w:rPr>
        <w:t xml:space="preserve"> (max </w:t>
      </w:r>
      <w:r w:rsidR="00AE576D">
        <w:rPr>
          <w:rFonts w:ascii="Calibri" w:hAnsi="Calibri" w:cs="Calibri"/>
        </w:rPr>
        <w:t>5</w:t>
      </w:r>
      <w:r w:rsidRPr="009F3795">
        <w:rPr>
          <w:rFonts w:ascii="Calibri" w:hAnsi="Calibri" w:cs="Calibri"/>
        </w:rPr>
        <w:t>00 words).</w:t>
      </w:r>
      <w:r w:rsidR="00AE576D">
        <w:rPr>
          <w:rFonts w:ascii="Calibri" w:hAnsi="Calibri" w:cs="Calibri"/>
        </w:rPr>
        <w:t xml:space="preserve"> Please indicate how your education, skills and experience match the requirements of each project.</w:t>
      </w:r>
    </w:p>
    <w:p w14:paraId="085E81DE" w14:textId="77777777" w:rsidR="00573238" w:rsidRPr="009F3795" w:rsidRDefault="004B7FD6">
      <w:pPr>
        <w:pStyle w:val="Heading1"/>
        <w:rPr>
          <w:rFonts w:ascii="Calibri" w:hAnsi="Calibri" w:cs="Calibri"/>
        </w:rPr>
      </w:pPr>
      <w:r w:rsidRPr="009F3795">
        <w:rPr>
          <w:rFonts w:ascii="Calibri" w:hAnsi="Calibri" w:cs="Calibri"/>
        </w:rPr>
        <w:t>9. Motivation for CDTnet</w:t>
      </w:r>
    </w:p>
    <w:p w14:paraId="51E8E558" w14:textId="42A3F22A" w:rsidR="00573238" w:rsidRPr="009F3795" w:rsidRDefault="004B7FD6">
      <w:pPr>
        <w:rPr>
          <w:rFonts w:ascii="Calibri" w:hAnsi="Calibri" w:cs="Calibri"/>
        </w:rPr>
      </w:pPr>
      <w:r w:rsidRPr="009F3795">
        <w:rPr>
          <w:rFonts w:ascii="Calibri" w:hAnsi="Calibri" w:cs="Calibri"/>
        </w:rPr>
        <w:t xml:space="preserve">Personal statement (max </w:t>
      </w:r>
      <w:r w:rsidR="00AE576D">
        <w:rPr>
          <w:rFonts w:ascii="Calibri" w:hAnsi="Calibri" w:cs="Calibri"/>
        </w:rPr>
        <w:t>5</w:t>
      </w:r>
      <w:r w:rsidRPr="009F3795">
        <w:rPr>
          <w:rFonts w:ascii="Calibri" w:hAnsi="Calibri" w:cs="Calibri"/>
        </w:rPr>
        <w:t>00 words).</w:t>
      </w:r>
    </w:p>
    <w:p w14:paraId="6EB346A5" w14:textId="40EDE0F2" w:rsidR="00573238" w:rsidRPr="009F3795" w:rsidRDefault="004B7FD6">
      <w:pPr>
        <w:pStyle w:val="Heading1"/>
        <w:rPr>
          <w:rFonts w:ascii="Calibri" w:hAnsi="Calibri" w:cs="Calibri"/>
        </w:rPr>
      </w:pPr>
      <w:r w:rsidRPr="009F3795">
        <w:rPr>
          <w:rFonts w:ascii="Calibri" w:hAnsi="Calibri" w:cs="Calibri"/>
        </w:rPr>
        <w:lastRenderedPageBreak/>
        <w:t>1</w:t>
      </w:r>
      <w:r w:rsidR="00AE576D">
        <w:rPr>
          <w:rFonts w:ascii="Calibri" w:hAnsi="Calibri" w:cs="Calibri"/>
        </w:rPr>
        <w:t>0</w:t>
      </w:r>
      <w:r w:rsidRPr="009F3795">
        <w:rPr>
          <w:rFonts w:ascii="Calibri" w:hAnsi="Calibri" w:cs="Calibri"/>
        </w:rPr>
        <w:t>. References</w:t>
      </w:r>
    </w:p>
    <w:p w14:paraId="6EAA146F" w14:textId="77777777" w:rsidR="00573238" w:rsidRPr="009F3795" w:rsidRDefault="004B7FD6">
      <w:pPr>
        <w:rPr>
          <w:rFonts w:ascii="Calibri" w:hAnsi="Calibri" w:cs="Calibri"/>
        </w:rPr>
      </w:pPr>
      <w:r w:rsidRPr="009F3795">
        <w:rPr>
          <w:rFonts w:ascii="Calibri" w:hAnsi="Calibri" w:cs="Calibri"/>
        </w:rPr>
        <w:t>Provide details of two academic/professional referees.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402"/>
        <w:gridCol w:w="3500"/>
        <w:gridCol w:w="2722"/>
      </w:tblGrid>
      <w:tr w:rsidR="00796EBE" w:rsidRPr="00796EBE" w14:paraId="3B4CF57D" w14:textId="77777777" w:rsidTr="008273D1">
        <w:trPr>
          <w:tblCellSpacing w:w="15" w:type="dxa"/>
        </w:trPr>
        <w:tc>
          <w:tcPr>
            <w:tcW w:w="1367"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F5CA8C" w14:textId="77777777" w:rsidR="00796EBE" w:rsidRPr="00796EBE" w:rsidRDefault="00796EBE" w:rsidP="00796EBE">
            <w:pPr>
              <w:rPr>
                <w:rFonts w:ascii="Calibri" w:hAnsi="Calibri" w:cs="Calibri"/>
                <w:lang w:val="en-GB"/>
              </w:rPr>
            </w:pPr>
          </w:p>
        </w:tc>
        <w:tc>
          <w:tcPr>
            <w:tcW w:w="2012"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6847C9" w14:textId="77777777" w:rsidR="00796EBE" w:rsidRPr="00796EBE" w:rsidRDefault="00796EBE" w:rsidP="00796EBE">
            <w:pPr>
              <w:rPr>
                <w:rFonts w:ascii="Calibri" w:hAnsi="Calibri" w:cs="Calibri"/>
                <w:b/>
                <w:bCs/>
                <w:lang w:val="en-GB"/>
              </w:rPr>
            </w:pPr>
            <w:r w:rsidRPr="00796EBE">
              <w:rPr>
                <w:rFonts w:ascii="Calibri" w:hAnsi="Calibri" w:cs="Calibri"/>
                <w:b/>
                <w:bCs/>
                <w:lang w:val="en-GB"/>
              </w:rPr>
              <w:t>Referee 1</w:t>
            </w:r>
          </w:p>
        </w:tc>
        <w:tc>
          <w:tcPr>
            <w:tcW w:w="1552"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96A536" w14:textId="77777777" w:rsidR="00796EBE" w:rsidRPr="00796EBE" w:rsidRDefault="00796EBE" w:rsidP="00796EBE">
            <w:pPr>
              <w:rPr>
                <w:rFonts w:ascii="Calibri" w:hAnsi="Calibri" w:cs="Calibri"/>
                <w:b/>
                <w:bCs/>
                <w:lang w:val="en-GB"/>
              </w:rPr>
            </w:pPr>
            <w:r w:rsidRPr="00796EBE">
              <w:rPr>
                <w:rFonts w:ascii="Calibri" w:hAnsi="Calibri" w:cs="Calibri"/>
                <w:b/>
                <w:bCs/>
                <w:lang w:val="en-GB"/>
              </w:rPr>
              <w:t>Referee 2</w:t>
            </w:r>
          </w:p>
        </w:tc>
      </w:tr>
      <w:tr w:rsidR="00796EBE" w:rsidRPr="00796EBE" w14:paraId="11384326" w14:textId="77777777" w:rsidTr="008273D1">
        <w:trPr>
          <w:tblCellSpacing w:w="15" w:type="dxa"/>
        </w:trPr>
        <w:tc>
          <w:tcPr>
            <w:tcW w:w="1367" w:type="pct"/>
            <w:tcBorders>
              <w:top w:val="single" w:sz="6" w:space="0" w:color="E6E6E6"/>
              <w:left w:val="single" w:sz="6" w:space="0" w:color="E6E6E6"/>
              <w:bottom w:val="single" w:sz="6" w:space="0" w:color="E6E6E6"/>
              <w:right w:val="single" w:sz="6" w:space="0" w:color="E6E6E6"/>
            </w:tcBorders>
            <w:vAlign w:val="center"/>
            <w:hideMark/>
          </w:tcPr>
          <w:p w14:paraId="12729368" w14:textId="77777777" w:rsidR="00796EBE" w:rsidRPr="00796EBE" w:rsidRDefault="00796EBE" w:rsidP="00796EBE">
            <w:pPr>
              <w:rPr>
                <w:rFonts w:ascii="Calibri" w:hAnsi="Calibri" w:cs="Calibri"/>
                <w:lang w:val="en-GB"/>
              </w:rPr>
            </w:pPr>
            <w:r w:rsidRPr="00796EBE">
              <w:rPr>
                <w:rFonts w:ascii="Calibri" w:hAnsi="Calibri" w:cs="Calibri"/>
                <w:lang w:val="en-GB"/>
              </w:rPr>
              <w:t>Name</w:t>
            </w:r>
          </w:p>
        </w:tc>
        <w:tc>
          <w:tcPr>
            <w:tcW w:w="2012" w:type="pct"/>
            <w:tcBorders>
              <w:top w:val="single" w:sz="6" w:space="0" w:color="E6E6E6"/>
              <w:left w:val="single" w:sz="6" w:space="0" w:color="E6E6E6"/>
              <w:bottom w:val="single" w:sz="6" w:space="0" w:color="E6E6E6"/>
              <w:right w:val="single" w:sz="6" w:space="0" w:color="E6E6E6"/>
            </w:tcBorders>
            <w:vAlign w:val="center"/>
            <w:hideMark/>
          </w:tcPr>
          <w:p w14:paraId="508DABD6" w14:textId="77777777" w:rsidR="00796EBE" w:rsidRPr="00796EBE" w:rsidRDefault="00796EBE" w:rsidP="00796EBE">
            <w:pPr>
              <w:rPr>
                <w:rFonts w:ascii="Calibri" w:hAnsi="Calibri" w:cs="Calibri"/>
                <w:lang w:val="en-GB"/>
              </w:rPr>
            </w:pPr>
          </w:p>
        </w:tc>
        <w:tc>
          <w:tcPr>
            <w:tcW w:w="1552" w:type="pct"/>
            <w:tcBorders>
              <w:top w:val="single" w:sz="6" w:space="0" w:color="E6E6E6"/>
              <w:left w:val="single" w:sz="6" w:space="0" w:color="E6E6E6"/>
              <w:bottom w:val="single" w:sz="6" w:space="0" w:color="E6E6E6"/>
              <w:right w:val="single" w:sz="6" w:space="0" w:color="E6E6E6"/>
            </w:tcBorders>
            <w:vAlign w:val="center"/>
            <w:hideMark/>
          </w:tcPr>
          <w:p w14:paraId="66060D47" w14:textId="77777777" w:rsidR="00796EBE" w:rsidRPr="00796EBE" w:rsidRDefault="00796EBE" w:rsidP="00796EBE">
            <w:pPr>
              <w:rPr>
                <w:rFonts w:ascii="Calibri" w:hAnsi="Calibri" w:cs="Calibri"/>
                <w:lang w:val="en-GB"/>
              </w:rPr>
            </w:pPr>
          </w:p>
        </w:tc>
      </w:tr>
      <w:tr w:rsidR="00796EBE" w:rsidRPr="00796EBE" w14:paraId="75609593" w14:textId="77777777" w:rsidTr="008273D1">
        <w:trPr>
          <w:tblCellSpacing w:w="15" w:type="dxa"/>
        </w:trPr>
        <w:tc>
          <w:tcPr>
            <w:tcW w:w="1367" w:type="pct"/>
            <w:tcBorders>
              <w:top w:val="single" w:sz="6" w:space="0" w:color="E6E6E6"/>
              <w:left w:val="single" w:sz="6" w:space="0" w:color="E6E6E6"/>
              <w:bottom w:val="single" w:sz="6" w:space="0" w:color="E6E6E6"/>
              <w:right w:val="single" w:sz="6" w:space="0" w:color="E6E6E6"/>
            </w:tcBorders>
            <w:vAlign w:val="center"/>
            <w:hideMark/>
          </w:tcPr>
          <w:p w14:paraId="3674C0ED" w14:textId="77777777" w:rsidR="00796EBE" w:rsidRPr="00796EBE" w:rsidRDefault="00796EBE" w:rsidP="00796EBE">
            <w:pPr>
              <w:rPr>
                <w:rFonts w:ascii="Calibri" w:hAnsi="Calibri" w:cs="Calibri"/>
                <w:lang w:val="en-GB"/>
              </w:rPr>
            </w:pPr>
            <w:r w:rsidRPr="00796EBE">
              <w:rPr>
                <w:rFonts w:ascii="Calibri" w:hAnsi="Calibri" w:cs="Calibri"/>
                <w:lang w:val="en-GB"/>
              </w:rPr>
              <w:t>Institution</w:t>
            </w:r>
          </w:p>
        </w:tc>
        <w:tc>
          <w:tcPr>
            <w:tcW w:w="2012" w:type="pct"/>
            <w:tcBorders>
              <w:top w:val="single" w:sz="6" w:space="0" w:color="E6E6E6"/>
              <w:left w:val="single" w:sz="6" w:space="0" w:color="E6E6E6"/>
              <w:bottom w:val="single" w:sz="6" w:space="0" w:color="E6E6E6"/>
              <w:right w:val="single" w:sz="6" w:space="0" w:color="E6E6E6"/>
            </w:tcBorders>
            <w:vAlign w:val="center"/>
            <w:hideMark/>
          </w:tcPr>
          <w:p w14:paraId="381A1FD0" w14:textId="77777777" w:rsidR="00796EBE" w:rsidRPr="00796EBE" w:rsidRDefault="00796EBE" w:rsidP="00796EBE">
            <w:pPr>
              <w:rPr>
                <w:rFonts w:ascii="Calibri" w:hAnsi="Calibri" w:cs="Calibri"/>
                <w:lang w:val="en-GB"/>
              </w:rPr>
            </w:pPr>
          </w:p>
        </w:tc>
        <w:tc>
          <w:tcPr>
            <w:tcW w:w="1552" w:type="pct"/>
            <w:tcBorders>
              <w:top w:val="single" w:sz="6" w:space="0" w:color="E6E6E6"/>
              <w:left w:val="single" w:sz="6" w:space="0" w:color="E6E6E6"/>
              <w:bottom w:val="single" w:sz="6" w:space="0" w:color="E6E6E6"/>
              <w:right w:val="single" w:sz="6" w:space="0" w:color="E6E6E6"/>
            </w:tcBorders>
            <w:vAlign w:val="center"/>
            <w:hideMark/>
          </w:tcPr>
          <w:p w14:paraId="5D432EA0" w14:textId="77777777" w:rsidR="00796EBE" w:rsidRPr="00796EBE" w:rsidRDefault="00796EBE" w:rsidP="00796EBE">
            <w:pPr>
              <w:rPr>
                <w:rFonts w:ascii="Calibri" w:hAnsi="Calibri" w:cs="Calibri"/>
                <w:lang w:val="en-GB"/>
              </w:rPr>
            </w:pPr>
          </w:p>
        </w:tc>
      </w:tr>
      <w:tr w:rsidR="00796EBE" w:rsidRPr="00796EBE" w14:paraId="1FB02270" w14:textId="77777777" w:rsidTr="008273D1">
        <w:trPr>
          <w:tblCellSpacing w:w="15" w:type="dxa"/>
        </w:trPr>
        <w:tc>
          <w:tcPr>
            <w:tcW w:w="1367" w:type="pct"/>
            <w:tcBorders>
              <w:top w:val="single" w:sz="6" w:space="0" w:color="E6E6E6"/>
              <w:left w:val="single" w:sz="6" w:space="0" w:color="E6E6E6"/>
              <w:bottom w:val="single" w:sz="6" w:space="0" w:color="E6E6E6"/>
              <w:right w:val="single" w:sz="6" w:space="0" w:color="E6E6E6"/>
            </w:tcBorders>
            <w:vAlign w:val="center"/>
            <w:hideMark/>
          </w:tcPr>
          <w:p w14:paraId="1557265C" w14:textId="77777777" w:rsidR="00796EBE" w:rsidRPr="00796EBE" w:rsidRDefault="00796EBE" w:rsidP="00796EBE">
            <w:pPr>
              <w:rPr>
                <w:rFonts w:ascii="Calibri" w:hAnsi="Calibri" w:cs="Calibri"/>
                <w:lang w:val="en-GB"/>
              </w:rPr>
            </w:pPr>
            <w:r w:rsidRPr="00796EBE">
              <w:rPr>
                <w:rFonts w:ascii="Calibri" w:hAnsi="Calibri" w:cs="Calibri"/>
                <w:lang w:val="en-GB"/>
              </w:rPr>
              <w:t>Position</w:t>
            </w:r>
          </w:p>
        </w:tc>
        <w:tc>
          <w:tcPr>
            <w:tcW w:w="2012" w:type="pct"/>
            <w:tcBorders>
              <w:top w:val="single" w:sz="6" w:space="0" w:color="E6E6E6"/>
              <w:left w:val="single" w:sz="6" w:space="0" w:color="E6E6E6"/>
              <w:bottom w:val="single" w:sz="6" w:space="0" w:color="E6E6E6"/>
              <w:right w:val="single" w:sz="6" w:space="0" w:color="E6E6E6"/>
            </w:tcBorders>
            <w:vAlign w:val="center"/>
            <w:hideMark/>
          </w:tcPr>
          <w:p w14:paraId="4B6757EF" w14:textId="77777777" w:rsidR="00796EBE" w:rsidRPr="00796EBE" w:rsidRDefault="00796EBE" w:rsidP="00796EBE">
            <w:pPr>
              <w:rPr>
                <w:rFonts w:ascii="Calibri" w:hAnsi="Calibri" w:cs="Calibri"/>
                <w:lang w:val="en-GB"/>
              </w:rPr>
            </w:pPr>
          </w:p>
        </w:tc>
        <w:tc>
          <w:tcPr>
            <w:tcW w:w="1552" w:type="pct"/>
            <w:tcBorders>
              <w:top w:val="single" w:sz="6" w:space="0" w:color="E6E6E6"/>
              <w:left w:val="single" w:sz="6" w:space="0" w:color="E6E6E6"/>
              <w:bottom w:val="single" w:sz="6" w:space="0" w:color="E6E6E6"/>
              <w:right w:val="single" w:sz="6" w:space="0" w:color="E6E6E6"/>
            </w:tcBorders>
            <w:vAlign w:val="center"/>
            <w:hideMark/>
          </w:tcPr>
          <w:p w14:paraId="56A554B9" w14:textId="77777777" w:rsidR="00796EBE" w:rsidRPr="00796EBE" w:rsidRDefault="00796EBE" w:rsidP="00796EBE">
            <w:pPr>
              <w:rPr>
                <w:rFonts w:ascii="Calibri" w:hAnsi="Calibri" w:cs="Calibri"/>
                <w:lang w:val="en-GB"/>
              </w:rPr>
            </w:pPr>
          </w:p>
        </w:tc>
      </w:tr>
      <w:tr w:rsidR="00796EBE" w:rsidRPr="00796EBE" w14:paraId="4F5CD395" w14:textId="77777777" w:rsidTr="008273D1">
        <w:trPr>
          <w:tblCellSpacing w:w="15" w:type="dxa"/>
        </w:trPr>
        <w:tc>
          <w:tcPr>
            <w:tcW w:w="1367" w:type="pct"/>
            <w:tcBorders>
              <w:top w:val="single" w:sz="6" w:space="0" w:color="E6E6E6"/>
              <w:left w:val="single" w:sz="6" w:space="0" w:color="E6E6E6"/>
              <w:bottom w:val="single" w:sz="6" w:space="0" w:color="E6E6E6"/>
              <w:right w:val="single" w:sz="6" w:space="0" w:color="E6E6E6"/>
            </w:tcBorders>
            <w:vAlign w:val="center"/>
            <w:hideMark/>
          </w:tcPr>
          <w:p w14:paraId="4325E560" w14:textId="77777777" w:rsidR="00796EBE" w:rsidRPr="00796EBE" w:rsidRDefault="00796EBE" w:rsidP="00796EBE">
            <w:pPr>
              <w:rPr>
                <w:rFonts w:ascii="Calibri" w:hAnsi="Calibri" w:cs="Calibri"/>
                <w:lang w:val="en-GB"/>
              </w:rPr>
            </w:pPr>
            <w:r w:rsidRPr="00796EBE">
              <w:rPr>
                <w:rFonts w:ascii="Calibri" w:hAnsi="Calibri" w:cs="Calibri"/>
                <w:lang w:val="en-GB"/>
              </w:rPr>
              <w:t>Email</w:t>
            </w:r>
          </w:p>
        </w:tc>
        <w:tc>
          <w:tcPr>
            <w:tcW w:w="2012" w:type="pct"/>
            <w:tcBorders>
              <w:top w:val="single" w:sz="6" w:space="0" w:color="E6E6E6"/>
              <w:left w:val="single" w:sz="6" w:space="0" w:color="E6E6E6"/>
              <w:bottom w:val="single" w:sz="6" w:space="0" w:color="E6E6E6"/>
              <w:right w:val="single" w:sz="6" w:space="0" w:color="E6E6E6"/>
            </w:tcBorders>
            <w:vAlign w:val="center"/>
            <w:hideMark/>
          </w:tcPr>
          <w:p w14:paraId="1FDD60AE" w14:textId="77777777" w:rsidR="00796EBE" w:rsidRPr="00796EBE" w:rsidRDefault="00796EBE" w:rsidP="00796EBE">
            <w:pPr>
              <w:rPr>
                <w:rFonts w:ascii="Calibri" w:hAnsi="Calibri" w:cs="Calibri"/>
                <w:lang w:val="en-GB"/>
              </w:rPr>
            </w:pPr>
          </w:p>
        </w:tc>
        <w:tc>
          <w:tcPr>
            <w:tcW w:w="1552" w:type="pct"/>
            <w:tcBorders>
              <w:top w:val="single" w:sz="6" w:space="0" w:color="E6E6E6"/>
              <w:left w:val="single" w:sz="6" w:space="0" w:color="E6E6E6"/>
              <w:bottom w:val="single" w:sz="6" w:space="0" w:color="E6E6E6"/>
              <w:right w:val="single" w:sz="6" w:space="0" w:color="E6E6E6"/>
            </w:tcBorders>
            <w:vAlign w:val="center"/>
            <w:hideMark/>
          </w:tcPr>
          <w:p w14:paraId="0AD2ADA9" w14:textId="77777777" w:rsidR="00796EBE" w:rsidRPr="00796EBE" w:rsidRDefault="00796EBE" w:rsidP="00796EBE">
            <w:pPr>
              <w:rPr>
                <w:rFonts w:ascii="Calibri" w:hAnsi="Calibri" w:cs="Calibri"/>
                <w:lang w:val="en-GB"/>
              </w:rPr>
            </w:pPr>
          </w:p>
        </w:tc>
      </w:tr>
      <w:tr w:rsidR="00796EBE" w:rsidRPr="00796EBE" w14:paraId="5D8FD43D" w14:textId="77777777" w:rsidTr="008273D1">
        <w:trPr>
          <w:tblCellSpacing w:w="15" w:type="dxa"/>
        </w:trPr>
        <w:tc>
          <w:tcPr>
            <w:tcW w:w="1367" w:type="pct"/>
            <w:tcBorders>
              <w:top w:val="single" w:sz="6" w:space="0" w:color="E6E6E6"/>
              <w:left w:val="single" w:sz="6" w:space="0" w:color="E6E6E6"/>
              <w:bottom w:val="single" w:sz="6" w:space="0" w:color="E6E6E6"/>
              <w:right w:val="single" w:sz="6" w:space="0" w:color="E6E6E6"/>
            </w:tcBorders>
            <w:vAlign w:val="center"/>
            <w:hideMark/>
          </w:tcPr>
          <w:p w14:paraId="372DD4E5" w14:textId="77777777" w:rsidR="00796EBE" w:rsidRPr="00796EBE" w:rsidRDefault="00796EBE" w:rsidP="00796EBE">
            <w:pPr>
              <w:rPr>
                <w:rFonts w:ascii="Calibri" w:hAnsi="Calibri" w:cs="Calibri"/>
                <w:lang w:val="en-GB"/>
              </w:rPr>
            </w:pPr>
            <w:r w:rsidRPr="00796EBE">
              <w:rPr>
                <w:rFonts w:ascii="Calibri" w:hAnsi="Calibri" w:cs="Calibri"/>
                <w:lang w:val="en-GB"/>
              </w:rPr>
              <w:t>Relationship to Applicant</w:t>
            </w:r>
          </w:p>
        </w:tc>
        <w:tc>
          <w:tcPr>
            <w:tcW w:w="2012" w:type="pct"/>
            <w:tcBorders>
              <w:top w:val="single" w:sz="6" w:space="0" w:color="E6E6E6"/>
              <w:left w:val="single" w:sz="6" w:space="0" w:color="E6E6E6"/>
              <w:bottom w:val="single" w:sz="6" w:space="0" w:color="E6E6E6"/>
              <w:right w:val="single" w:sz="6" w:space="0" w:color="E6E6E6"/>
            </w:tcBorders>
            <w:vAlign w:val="center"/>
            <w:hideMark/>
          </w:tcPr>
          <w:p w14:paraId="744D1FE4" w14:textId="77777777" w:rsidR="00796EBE" w:rsidRPr="00796EBE" w:rsidRDefault="00796EBE" w:rsidP="00796EBE">
            <w:pPr>
              <w:rPr>
                <w:rFonts w:ascii="Calibri" w:hAnsi="Calibri" w:cs="Calibri"/>
                <w:lang w:val="en-GB"/>
              </w:rPr>
            </w:pPr>
          </w:p>
        </w:tc>
        <w:tc>
          <w:tcPr>
            <w:tcW w:w="1552" w:type="pct"/>
            <w:tcBorders>
              <w:top w:val="single" w:sz="6" w:space="0" w:color="E6E6E6"/>
              <w:left w:val="single" w:sz="6" w:space="0" w:color="E6E6E6"/>
              <w:bottom w:val="single" w:sz="6" w:space="0" w:color="E6E6E6"/>
              <w:right w:val="single" w:sz="6" w:space="0" w:color="E6E6E6"/>
            </w:tcBorders>
            <w:vAlign w:val="center"/>
            <w:hideMark/>
          </w:tcPr>
          <w:p w14:paraId="4DCD71B4" w14:textId="77777777" w:rsidR="00796EBE" w:rsidRPr="00796EBE" w:rsidRDefault="00796EBE" w:rsidP="00796EBE">
            <w:pPr>
              <w:rPr>
                <w:rFonts w:ascii="Calibri" w:hAnsi="Calibri" w:cs="Calibri"/>
                <w:lang w:val="en-GB"/>
              </w:rPr>
            </w:pPr>
          </w:p>
        </w:tc>
      </w:tr>
    </w:tbl>
    <w:p w14:paraId="3B5599C1" w14:textId="77777777" w:rsidR="00573238" w:rsidRPr="009F3795" w:rsidRDefault="00573238">
      <w:pPr>
        <w:rPr>
          <w:rFonts w:ascii="Calibri" w:hAnsi="Calibri" w:cs="Calibri"/>
        </w:rPr>
      </w:pPr>
    </w:p>
    <w:p w14:paraId="5DF866DD" w14:textId="2659DDC7" w:rsidR="00573238" w:rsidRPr="009F3795" w:rsidRDefault="004B7FD6">
      <w:pPr>
        <w:pStyle w:val="Heading1"/>
        <w:rPr>
          <w:rFonts w:ascii="Calibri" w:hAnsi="Calibri" w:cs="Calibri"/>
        </w:rPr>
      </w:pPr>
      <w:r w:rsidRPr="009F3795">
        <w:rPr>
          <w:rFonts w:ascii="Calibri" w:hAnsi="Calibri" w:cs="Calibri"/>
        </w:rPr>
        <w:t>1</w:t>
      </w:r>
      <w:r w:rsidR="00796EBE">
        <w:rPr>
          <w:rFonts w:ascii="Calibri" w:hAnsi="Calibri" w:cs="Calibri"/>
        </w:rPr>
        <w:t>1</w:t>
      </w:r>
      <w:r w:rsidRPr="009F3795">
        <w:rPr>
          <w:rFonts w:ascii="Calibri" w:hAnsi="Calibri" w:cs="Calibri"/>
        </w:rPr>
        <w:t>. Supporting Documents Checklist</w:t>
      </w:r>
    </w:p>
    <w:p w14:paraId="01107B83" w14:textId="77485A52" w:rsidR="00796EBE" w:rsidRDefault="004B7FD6">
      <w:pPr>
        <w:rPr>
          <w:rFonts w:ascii="Calibri" w:hAnsi="Calibri" w:cs="Calibri"/>
        </w:rPr>
      </w:pPr>
      <w:r w:rsidRPr="009F3795">
        <w:rPr>
          <w:rFonts w:ascii="Calibri" w:hAnsi="Calibri" w:cs="Calibri"/>
        </w:rPr>
        <w:t xml:space="preserve">CV </w:t>
      </w:r>
      <w:sdt>
        <w:sdtPr>
          <w:rPr>
            <w:rFonts w:ascii="Calibri" w:hAnsi="Calibri" w:cs="Calibri"/>
          </w:rPr>
          <w:id w:val="1274365287"/>
          <w14:checkbox>
            <w14:checked w14:val="0"/>
            <w14:checkedState w14:val="2612" w14:font="MS Gothic"/>
            <w14:uncheckedState w14:val="2610" w14:font="MS Gothic"/>
          </w14:checkbox>
        </w:sdtPr>
        <w:sdtContent>
          <w:r w:rsidR="009F2941">
            <w:rPr>
              <w:rFonts w:ascii="MS Gothic" w:eastAsia="MS Gothic" w:hAnsi="MS Gothic" w:cs="Calibri" w:hint="eastAsia"/>
            </w:rPr>
            <w:t>☐</w:t>
          </w:r>
        </w:sdtContent>
      </w:sdt>
      <w:r w:rsidRPr="009F3795">
        <w:rPr>
          <w:rFonts w:ascii="Calibri" w:hAnsi="Calibri" w:cs="Calibri"/>
        </w:rPr>
        <w:t xml:space="preserve">  </w:t>
      </w:r>
    </w:p>
    <w:p w14:paraId="086B0F02" w14:textId="3872C4C6" w:rsidR="00796EBE" w:rsidRDefault="004B7FD6">
      <w:pPr>
        <w:rPr>
          <w:rFonts w:ascii="Calibri" w:hAnsi="Calibri" w:cs="Calibri"/>
        </w:rPr>
      </w:pPr>
      <w:r w:rsidRPr="009F3795">
        <w:rPr>
          <w:rFonts w:ascii="Calibri" w:hAnsi="Calibri" w:cs="Calibri"/>
        </w:rPr>
        <w:t>Transcript</w:t>
      </w:r>
      <w:r w:rsidR="00C839E6">
        <w:rPr>
          <w:rFonts w:ascii="Calibri" w:hAnsi="Calibri" w:cs="Calibri"/>
        </w:rPr>
        <w:t>s, translated in English</w:t>
      </w:r>
      <w:r w:rsidRPr="009F3795">
        <w:rPr>
          <w:rFonts w:ascii="Calibri" w:hAnsi="Calibri" w:cs="Calibri"/>
        </w:rPr>
        <w:t xml:space="preserve"> </w:t>
      </w:r>
      <w:sdt>
        <w:sdtPr>
          <w:rPr>
            <w:rFonts w:ascii="Calibri" w:hAnsi="Calibri" w:cs="Calibri"/>
          </w:rPr>
          <w:id w:val="-2053217390"/>
          <w14:checkbox>
            <w14:checked w14:val="0"/>
            <w14:checkedState w14:val="2612" w14:font="MS Gothic"/>
            <w14:uncheckedState w14:val="2610" w14:font="MS Gothic"/>
          </w14:checkbox>
        </w:sdtPr>
        <w:sdtContent>
          <w:r w:rsidR="009F2941">
            <w:rPr>
              <w:rFonts w:ascii="MS Gothic" w:eastAsia="MS Gothic" w:hAnsi="MS Gothic" w:cs="Calibri" w:hint="eastAsia"/>
            </w:rPr>
            <w:t>☐</w:t>
          </w:r>
        </w:sdtContent>
      </w:sdt>
      <w:r w:rsidRPr="009F3795">
        <w:rPr>
          <w:rFonts w:ascii="Calibri" w:hAnsi="Calibri" w:cs="Calibri"/>
        </w:rPr>
        <w:t xml:space="preserve">  </w:t>
      </w:r>
    </w:p>
    <w:p w14:paraId="3382287A" w14:textId="21173FE1" w:rsidR="00796EBE" w:rsidRDefault="004B7FD6">
      <w:pPr>
        <w:rPr>
          <w:rFonts w:ascii="Calibri" w:hAnsi="Calibri" w:cs="Calibri"/>
        </w:rPr>
      </w:pPr>
      <w:r w:rsidRPr="009F3795">
        <w:rPr>
          <w:rFonts w:ascii="Calibri" w:hAnsi="Calibri" w:cs="Calibri"/>
        </w:rPr>
        <w:t>Degree Certificat</w:t>
      </w:r>
      <w:r w:rsidR="009F2941">
        <w:rPr>
          <w:rFonts w:ascii="Calibri" w:hAnsi="Calibri" w:cs="Calibri"/>
        </w:rPr>
        <w:t>e</w:t>
      </w:r>
      <w:r w:rsidR="00C839E6">
        <w:rPr>
          <w:rFonts w:ascii="Calibri" w:hAnsi="Calibri" w:cs="Calibri"/>
        </w:rPr>
        <w:t>, translated in English</w:t>
      </w:r>
      <w:r w:rsidRPr="009F3795">
        <w:rPr>
          <w:rFonts w:ascii="Calibri" w:hAnsi="Calibri" w:cs="Calibri"/>
        </w:rPr>
        <w:t xml:space="preserve"> </w:t>
      </w:r>
      <w:sdt>
        <w:sdtPr>
          <w:rPr>
            <w:rFonts w:ascii="Calibri" w:hAnsi="Calibri" w:cs="Calibri"/>
          </w:rPr>
          <w:id w:val="-663247843"/>
          <w14:checkbox>
            <w14:checked w14:val="0"/>
            <w14:checkedState w14:val="2612" w14:font="MS Gothic"/>
            <w14:uncheckedState w14:val="2610" w14:font="MS Gothic"/>
          </w14:checkbox>
        </w:sdtPr>
        <w:sdtContent>
          <w:r w:rsidR="009F2941">
            <w:rPr>
              <w:rFonts w:ascii="MS Gothic" w:eastAsia="MS Gothic" w:hAnsi="MS Gothic" w:cs="Calibri" w:hint="eastAsia"/>
            </w:rPr>
            <w:t>☐</w:t>
          </w:r>
        </w:sdtContent>
      </w:sdt>
      <w:r w:rsidRPr="009F3795">
        <w:rPr>
          <w:rFonts w:ascii="Calibri" w:hAnsi="Calibri" w:cs="Calibri"/>
        </w:rPr>
        <w:t xml:space="preserve">  </w:t>
      </w:r>
    </w:p>
    <w:p w14:paraId="758F33E8" w14:textId="42A970E0" w:rsidR="00796EBE" w:rsidRDefault="004B7FD6">
      <w:pPr>
        <w:rPr>
          <w:rFonts w:ascii="Calibri" w:hAnsi="Calibri" w:cs="Calibri"/>
        </w:rPr>
      </w:pPr>
      <w:r w:rsidRPr="009F3795">
        <w:rPr>
          <w:rFonts w:ascii="Calibri" w:hAnsi="Calibri" w:cs="Calibri"/>
        </w:rPr>
        <w:t xml:space="preserve">English Evidence </w:t>
      </w:r>
      <w:sdt>
        <w:sdtPr>
          <w:rPr>
            <w:rFonts w:ascii="Calibri" w:hAnsi="Calibri" w:cs="Calibri"/>
          </w:rPr>
          <w:id w:val="-633714870"/>
          <w14:checkbox>
            <w14:checked w14:val="0"/>
            <w14:checkedState w14:val="2612" w14:font="MS Gothic"/>
            <w14:uncheckedState w14:val="2610" w14:font="MS Gothic"/>
          </w14:checkbox>
        </w:sdtPr>
        <w:sdtContent>
          <w:r w:rsidR="009F2941">
            <w:rPr>
              <w:rFonts w:ascii="MS Gothic" w:eastAsia="MS Gothic" w:hAnsi="MS Gothic" w:cs="Calibri" w:hint="eastAsia"/>
            </w:rPr>
            <w:t>☐</w:t>
          </w:r>
        </w:sdtContent>
      </w:sdt>
      <w:r w:rsidRPr="009F3795">
        <w:rPr>
          <w:rFonts w:ascii="Calibri" w:hAnsi="Calibri" w:cs="Calibri"/>
        </w:rPr>
        <w:t xml:space="preserve">  </w:t>
      </w:r>
    </w:p>
    <w:p w14:paraId="2697729C" w14:textId="09B1E727" w:rsidR="00573238" w:rsidRDefault="004B7FD6">
      <w:pPr>
        <w:rPr>
          <w:rFonts w:ascii="Calibri" w:hAnsi="Calibri" w:cs="Calibri"/>
        </w:rPr>
      </w:pPr>
      <w:r w:rsidRPr="009F3795">
        <w:rPr>
          <w:rFonts w:ascii="Calibri" w:hAnsi="Calibri" w:cs="Calibri"/>
        </w:rPr>
        <w:t>Publication List</w:t>
      </w:r>
      <w:r w:rsidR="005C1AD9">
        <w:rPr>
          <w:rFonts w:ascii="Calibri" w:hAnsi="Calibri" w:cs="Calibri"/>
        </w:rPr>
        <w:t xml:space="preserve"> </w:t>
      </w:r>
      <w:r w:rsidRPr="009F3795">
        <w:rPr>
          <w:rFonts w:ascii="Calibri" w:hAnsi="Calibri" w:cs="Calibri"/>
        </w:rPr>
        <w:t>(optional</w:t>
      </w:r>
      <w:r w:rsidR="00D35A5C">
        <w:rPr>
          <w:rFonts w:ascii="Calibri" w:hAnsi="Calibri" w:cs="Calibri"/>
        </w:rPr>
        <w:t>, can also be included in CV</w:t>
      </w:r>
      <w:r w:rsidRPr="009F3795">
        <w:rPr>
          <w:rFonts w:ascii="Calibri" w:hAnsi="Calibri" w:cs="Calibri"/>
        </w:rPr>
        <w:t xml:space="preserve">) </w:t>
      </w:r>
      <w:sdt>
        <w:sdtPr>
          <w:rPr>
            <w:rFonts w:ascii="Calibri" w:hAnsi="Calibri" w:cs="Calibri"/>
          </w:rPr>
          <w:id w:val="-573351559"/>
          <w14:checkbox>
            <w14:checked w14:val="0"/>
            <w14:checkedState w14:val="2612" w14:font="MS Gothic"/>
            <w14:uncheckedState w14:val="2610" w14:font="MS Gothic"/>
          </w14:checkbox>
        </w:sdtPr>
        <w:sdtContent>
          <w:r w:rsidR="009F2941">
            <w:rPr>
              <w:rFonts w:ascii="MS Gothic" w:eastAsia="MS Gothic" w:hAnsi="MS Gothic" w:cs="Calibri" w:hint="eastAsia"/>
            </w:rPr>
            <w:t>☐</w:t>
          </w:r>
        </w:sdtContent>
      </w:sdt>
    </w:p>
    <w:p w14:paraId="75988A44" w14:textId="77777777" w:rsidR="007B0E9A" w:rsidRDefault="007B0E9A">
      <w:pPr>
        <w:rPr>
          <w:rFonts w:ascii="Calibri" w:hAnsi="Calibri" w:cs="Calibri"/>
        </w:rPr>
      </w:pPr>
    </w:p>
    <w:p w14:paraId="4A209A19" w14:textId="254CAA47" w:rsidR="007B0E9A" w:rsidRPr="009F3795" w:rsidRDefault="007B0E9A">
      <w:pPr>
        <w:rPr>
          <w:rFonts w:ascii="Calibri" w:hAnsi="Calibri" w:cs="Calibri"/>
        </w:rPr>
      </w:pPr>
      <w:r>
        <w:rPr>
          <w:rFonts w:ascii="Calibri" w:hAnsi="Calibri" w:cs="Calibri"/>
        </w:rPr>
        <w:t xml:space="preserve">Remember that if you are applying to any position at King’s College London, you also need to submit a second application through their portal. </w:t>
      </w:r>
    </w:p>
    <w:p w14:paraId="1B147F93" w14:textId="360420A9" w:rsidR="00573238" w:rsidRPr="009F3795" w:rsidRDefault="00796EBE">
      <w:pPr>
        <w:pStyle w:val="Heading1"/>
        <w:rPr>
          <w:rFonts w:ascii="Calibri" w:hAnsi="Calibri" w:cs="Calibri"/>
        </w:rPr>
      </w:pPr>
      <w:r w:rsidRPr="009F3795">
        <w:rPr>
          <w:rFonts w:ascii="Calibri" w:hAnsi="Calibri" w:cs="Calibri"/>
        </w:rPr>
        <w:t>1</w:t>
      </w:r>
      <w:r w:rsidR="00926A1B">
        <w:rPr>
          <w:rFonts w:ascii="Calibri" w:hAnsi="Calibri" w:cs="Calibri"/>
        </w:rPr>
        <w:t>2</w:t>
      </w:r>
      <w:r w:rsidRPr="009F3795">
        <w:rPr>
          <w:rFonts w:ascii="Calibri" w:hAnsi="Calibri" w:cs="Calibri"/>
        </w:rPr>
        <w:t xml:space="preserve">. </w:t>
      </w:r>
      <w:r w:rsidR="004B7FD6" w:rsidRPr="009F3795">
        <w:rPr>
          <w:rFonts w:ascii="Calibri" w:hAnsi="Calibri" w:cs="Calibri"/>
        </w:rPr>
        <w:t>Declaration</w:t>
      </w:r>
    </w:p>
    <w:p w14:paraId="7C6EE704" w14:textId="77777777" w:rsidR="00573238" w:rsidRPr="009F3795" w:rsidRDefault="004B7FD6">
      <w:pPr>
        <w:rPr>
          <w:rFonts w:ascii="Calibri" w:hAnsi="Calibri" w:cs="Calibri"/>
        </w:rPr>
      </w:pPr>
      <w:r w:rsidRPr="009F3795">
        <w:rPr>
          <w:rFonts w:ascii="Calibri" w:hAnsi="Calibri" w:cs="Calibri"/>
        </w:rPr>
        <w:t>I confirm the information supplied is accurate and complete.</w:t>
      </w:r>
    </w:p>
    <w:p w14:paraId="408EFBEA" w14:textId="41DC9565" w:rsidR="009F2941" w:rsidRDefault="009F2941">
      <w:pPr>
        <w:rPr>
          <w:rFonts w:ascii="Calibri" w:hAnsi="Calibri" w:cs="Calibri"/>
        </w:rPr>
      </w:pPr>
      <w:r>
        <w:rPr>
          <w:rFonts w:ascii="Calibri" w:hAnsi="Calibri" w:cs="Calibri"/>
        </w:rPr>
        <w:t>Name</w:t>
      </w:r>
      <w:r w:rsidRPr="009F3795">
        <w:rPr>
          <w:rFonts w:ascii="Calibri" w:hAnsi="Calibri" w:cs="Calibri"/>
        </w:rPr>
        <w:t>____________________________________________________________</w:t>
      </w:r>
    </w:p>
    <w:p w14:paraId="3851F9B4" w14:textId="77777777" w:rsidR="009F2941" w:rsidRPr="009F3795" w:rsidRDefault="009F2941" w:rsidP="009F2941">
      <w:pPr>
        <w:rPr>
          <w:rFonts w:ascii="Calibri" w:hAnsi="Calibri" w:cs="Calibri"/>
        </w:rPr>
      </w:pPr>
      <w:r>
        <w:rPr>
          <w:rFonts w:ascii="Calibri" w:hAnsi="Calibri" w:cs="Calibri"/>
        </w:rPr>
        <w:t xml:space="preserve">Signature </w:t>
      </w:r>
      <w:r w:rsidRPr="009F3795">
        <w:rPr>
          <w:rFonts w:ascii="Calibri" w:hAnsi="Calibri" w:cs="Calibri"/>
        </w:rPr>
        <w:t>____________________________________________________________</w:t>
      </w:r>
    </w:p>
    <w:p w14:paraId="30FB3346" w14:textId="3BE53C64" w:rsidR="009F2941" w:rsidRDefault="009F2941">
      <w:pPr>
        <w:rPr>
          <w:rFonts w:ascii="Calibri" w:hAnsi="Calibri" w:cs="Calibri"/>
        </w:rPr>
      </w:pPr>
    </w:p>
    <w:p w14:paraId="601D5631" w14:textId="77777777" w:rsidR="00573238" w:rsidRPr="009F3795" w:rsidRDefault="00573238">
      <w:pPr>
        <w:rPr>
          <w:rFonts w:ascii="Calibri" w:hAnsi="Calibri" w:cs="Calibri"/>
        </w:rPr>
      </w:pPr>
    </w:p>
    <w:sectPr w:rsidR="00573238" w:rsidRPr="009F3795" w:rsidSect="008F4448">
      <w:headerReference w:type="default" r:id="rId9"/>
      <w:pgSz w:w="12240" w:h="15840"/>
      <w:pgMar w:top="1440" w:right="1800" w:bottom="1440" w:left="1800" w:header="192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96D1D" w14:textId="77777777" w:rsidR="007C6EDD" w:rsidRDefault="007C6EDD" w:rsidP="0093126C">
      <w:pPr>
        <w:spacing w:after="0" w:line="240" w:lineRule="auto"/>
      </w:pPr>
      <w:r>
        <w:separator/>
      </w:r>
    </w:p>
  </w:endnote>
  <w:endnote w:type="continuationSeparator" w:id="0">
    <w:p w14:paraId="3601BDC0" w14:textId="77777777" w:rsidR="007C6EDD" w:rsidRDefault="007C6EDD" w:rsidP="00931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8C118" w14:textId="77777777" w:rsidR="007C6EDD" w:rsidRDefault="007C6EDD" w:rsidP="0093126C">
      <w:pPr>
        <w:spacing w:after="0" w:line="240" w:lineRule="auto"/>
      </w:pPr>
      <w:r>
        <w:separator/>
      </w:r>
    </w:p>
  </w:footnote>
  <w:footnote w:type="continuationSeparator" w:id="0">
    <w:p w14:paraId="0DA4BF8F" w14:textId="77777777" w:rsidR="007C6EDD" w:rsidRDefault="007C6EDD" w:rsidP="009312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38A2C" w14:textId="77777777" w:rsidR="00137541" w:rsidRDefault="00137541">
    <w:pPr>
      <w:pStyle w:val="Header"/>
    </w:pPr>
    <w:r>
      <w:rPr>
        <w:noProof/>
      </w:rPr>
      <w:drawing>
        <wp:anchor distT="0" distB="0" distL="114300" distR="114300" simplePos="0" relativeHeight="251658240" behindDoc="0" locked="0" layoutInCell="1" allowOverlap="1" wp14:anchorId="166135A5" wp14:editId="2A53C51F">
          <wp:simplePos x="0" y="0"/>
          <wp:positionH relativeFrom="margin">
            <wp:posOffset>4799965</wp:posOffset>
          </wp:positionH>
          <wp:positionV relativeFrom="margin">
            <wp:posOffset>-914400</wp:posOffset>
          </wp:positionV>
          <wp:extent cx="914400" cy="914400"/>
          <wp:effectExtent l="0" t="0" r="0" b="0"/>
          <wp:wrapSquare wrapText="bothSides"/>
          <wp:docPr id="1684414518" name="Picture 3">
            <a:extLst xmlns:a="http://schemas.openxmlformats.org/drawingml/2006/main">
              <a:ext uri="{FF2B5EF4-FFF2-40B4-BE49-F238E27FC236}">
                <a16:creationId xmlns:a16="http://schemas.microsoft.com/office/drawing/2014/main" id="{FE7CEFCB-8FE9-40E5-A6C2-2BDA6DFC1A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414518" name="Picture 1684414518"/>
                  <pic:cNvPicPr/>
                </pic:nvPicPr>
                <pic:blipFill>
                  <a:blip r:embed="rId1"/>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534041">
    <w:abstractNumId w:val="0"/>
  </w:num>
  <w:num w:numId="2" w16cid:durableId="1238780875">
    <w:abstractNumId w:val="2"/>
  </w:num>
  <w:num w:numId="3" w16cid:durableId="1385523905">
    <w:abstractNumId w:val="1"/>
  </w:num>
  <w:num w:numId="4" w16cid:durableId="1562061952">
    <w:abstractNumId w:val="6"/>
  </w:num>
  <w:num w:numId="5" w16cid:durableId="1685281062">
    <w:abstractNumId w:val="8"/>
  </w:num>
  <w:num w:numId="6" w16cid:durableId="1777753505">
    <w:abstractNumId w:val="3"/>
  </w:num>
  <w:num w:numId="7" w16cid:durableId="650601405">
    <w:abstractNumId w:val="5"/>
  </w:num>
  <w:num w:numId="8" w16cid:durableId="848835225">
    <w:abstractNumId w:val="7"/>
  </w:num>
  <w:num w:numId="9" w16cid:durableId="9460377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3BB"/>
    <w:rsid w:val="00034616"/>
    <w:rsid w:val="00055398"/>
    <w:rsid w:val="0006063C"/>
    <w:rsid w:val="000971FE"/>
    <w:rsid w:val="000B01DF"/>
    <w:rsid w:val="000C1C05"/>
    <w:rsid w:val="00137541"/>
    <w:rsid w:val="0015074B"/>
    <w:rsid w:val="001512A5"/>
    <w:rsid w:val="002828B5"/>
    <w:rsid w:val="0029639D"/>
    <w:rsid w:val="00314714"/>
    <w:rsid w:val="00315244"/>
    <w:rsid w:val="00326F90"/>
    <w:rsid w:val="00345F93"/>
    <w:rsid w:val="003A5A01"/>
    <w:rsid w:val="00486112"/>
    <w:rsid w:val="004927BE"/>
    <w:rsid w:val="004A6F74"/>
    <w:rsid w:val="004B7FD6"/>
    <w:rsid w:val="00536A43"/>
    <w:rsid w:val="005425B8"/>
    <w:rsid w:val="00573238"/>
    <w:rsid w:val="005C1AD9"/>
    <w:rsid w:val="00650389"/>
    <w:rsid w:val="006864C0"/>
    <w:rsid w:val="006C1C63"/>
    <w:rsid w:val="006C260D"/>
    <w:rsid w:val="006E2AB0"/>
    <w:rsid w:val="00703322"/>
    <w:rsid w:val="00703799"/>
    <w:rsid w:val="007264F7"/>
    <w:rsid w:val="00796EBE"/>
    <w:rsid w:val="007A4E88"/>
    <w:rsid w:val="007B0E9A"/>
    <w:rsid w:val="007C6EDD"/>
    <w:rsid w:val="0082246F"/>
    <w:rsid w:val="008273D1"/>
    <w:rsid w:val="008B047D"/>
    <w:rsid w:val="008B49C7"/>
    <w:rsid w:val="008F4448"/>
    <w:rsid w:val="00901F5C"/>
    <w:rsid w:val="009120C8"/>
    <w:rsid w:val="00926A1B"/>
    <w:rsid w:val="0093126C"/>
    <w:rsid w:val="009F2941"/>
    <w:rsid w:val="009F3795"/>
    <w:rsid w:val="00A52AEB"/>
    <w:rsid w:val="00AA1D8D"/>
    <w:rsid w:val="00AD1BAE"/>
    <w:rsid w:val="00AE576D"/>
    <w:rsid w:val="00AF6AFF"/>
    <w:rsid w:val="00B47730"/>
    <w:rsid w:val="00B63AAC"/>
    <w:rsid w:val="00BB4793"/>
    <w:rsid w:val="00C46725"/>
    <w:rsid w:val="00C839E6"/>
    <w:rsid w:val="00CB0664"/>
    <w:rsid w:val="00CB4A8B"/>
    <w:rsid w:val="00CD7D52"/>
    <w:rsid w:val="00D35A5C"/>
    <w:rsid w:val="00D86086"/>
    <w:rsid w:val="00DF7830"/>
    <w:rsid w:val="00E137C4"/>
    <w:rsid w:val="00E36C83"/>
    <w:rsid w:val="00E556A2"/>
    <w:rsid w:val="00E971CD"/>
    <w:rsid w:val="00EF6970"/>
    <w:rsid w:val="00F0293A"/>
    <w:rsid w:val="00FB31F2"/>
    <w:rsid w:val="00FC693F"/>
    <w:rsid w:val="00FD0A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4892CD1A-20AE-45DC-8720-7F363A944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De Marco</dc:creator>
  <cp:keywords/>
  <dc:description>generated by python-docx</dc:description>
  <cp:lastModifiedBy>Pablo Lamata</cp:lastModifiedBy>
  <cp:revision>29</cp:revision>
  <dcterms:created xsi:type="dcterms:W3CDTF">2026-07-24T16:08:00Z</dcterms:created>
  <dcterms:modified xsi:type="dcterms:W3CDTF">2026-07-30T11:06:00Z</dcterms:modified>
  <cp:category/>
</cp:coreProperties>
</file>