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81492" w14:textId="77777777" w:rsidR="006D1884" w:rsidRDefault="00000000">
      <w:pPr>
        <w:jc w:val="center"/>
      </w:pPr>
      <w:r>
        <w:rPr>
          <w:b/>
          <w:color w:val="C62828"/>
          <w:sz w:val="22"/>
        </w:rPr>
        <w:t>SKYRUNNING CANADA</w:t>
      </w:r>
    </w:p>
    <w:p w14:paraId="745A1235" w14:textId="77777777" w:rsidR="006D1884" w:rsidRDefault="00000000">
      <w:pPr>
        <w:pStyle w:val="Title"/>
        <w:jc w:val="center"/>
      </w:pPr>
      <w:r>
        <w:t>2027 SERIES POINTS &amp; RANKINGS</w:t>
      </w:r>
    </w:p>
    <w:p w14:paraId="3E796E0B" w14:textId="77777777" w:rsidR="006D1884" w:rsidRDefault="00000000">
      <w:pPr>
        <w:jc w:val="center"/>
      </w:pPr>
      <w:r>
        <w:rPr>
          <w:b/>
          <w:color w:val="183247"/>
          <w:sz w:val="26"/>
        </w:rPr>
        <w:t>Canadian Skyrunning National Series</w:t>
      </w:r>
    </w:p>
    <w:p w14:paraId="537F8053" w14:textId="77777777" w:rsidR="006D1884" w:rsidRDefault="00000000">
      <w:pPr>
        <w:jc w:val="center"/>
      </w:pPr>
      <w:r>
        <w:rPr>
          <w:color w:val="5E6A71"/>
          <w:sz w:val="22"/>
        </w:rPr>
        <w:t>Official Rules</w:t>
      </w:r>
    </w:p>
    <w:p w14:paraId="5D6AD24F" w14:textId="77777777" w:rsidR="006D1884" w:rsidRDefault="006D1884"/>
    <w:tbl>
      <w:tblPr>
        <w:tblW w:w="0" w:type="auto"/>
        <w:jc w:val="center"/>
        <w:tblLook w:val="04A0" w:firstRow="1" w:lastRow="0" w:firstColumn="1" w:lastColumn="0" w:noHBand="0" w:noVBand="1"/>
      </w:tblPr>
      <w:tblGrid>
        <w:gridCol w:w="10282"/>
      </w:tblGrid>
      <w:tr w:rsidR="006D1884" w14:paraId="00D7952C" w14:textId="77777777">
        <w:trPr>
          <w:jc w:val="center"/>
        </w:trPr>
        <w:tc>
          <w:tcPr>
            <w:tcW w:w="10282" w:type="dxa"/>
            <w:shd w:val="clear" w:color="auto" w:fill="F4F2ED"/>
            <w:vAlign w:val="center"/>
          </w:tcPr>
          <w:p w14:paraId="6612F897" w14:textId="77777777" w:rsidR="006D1884" w:rsidRDefault="00000000">
            <w:r>
              <w:rPr>
                <w:color w:val="111111"/>
                <w:sz w:val="20"/>
              </w:rPr>
              <w:t>These rules establish the 2027 Canadian Skyrunning National Series points system, race classifications, qualification requirements, rankings, awards and Skyrunner® National Series (SNS) qualification pathway.</w:t>
            </w:r>
          </w:p>
        </w:tc>
      </w:tr>
    </w:tbl>
    <w:p w14:paraId="69826411" w14:textId="77777777" w:rsidR="006D1884" w:rsidRDefault="00000000">
      <w:r>
        <w:br w:type="page"/>
      </w:r>
    </w:p>
    <w:p w14:paraId="4A45CB06" w14:textId="77777777" w:rsidR="006D1884" w:rsidRDefault="00000000">
      <w:pPr>
        <w:pStyle w:val="Heading1"/>
      </w:pPr>
      <w:r>
        <w:lastRenderedPageBreak/>
        <w:t>1. Series Structure</w:t>
      </w:r>
    </w:p>
    <w:p w14:paraId="728A8B3B" w14:textId="77777777" w:rsidR="006D1884" w:rsidRDefault="00000000">
      <w:r>
        <w:t>The 2027 Canadian Skyrunning National Series consists of 9 Series Races across 3 Event Weekends. All 9 races award Series Points toward the Canadian National Series standings. Six races also carry the Skyrunner® National Series (SNS) designation.</w:t>
      </w:r>
    </w:p>
    <w:p w14:paraId="480C3F68" w14:textId="77777777" w:rsidR="006D1884" w:rsidRDefault="00000000">
      <w:r>
        <w:rPr>
          <w:b/>
        </w:rPr>
        <w:t xml:space="preserve">2027 structure: </w:t>
      </w:r>
      <w:r>
        <w:t>3 Event Weekends · 9 Series Races · 6 SNS Races</w:t>
      </w:r>
    </w:p>
    <w:p w14:paraId="18E9650E" w14:textId="77777777" w:rsidR="006D1884" w:rsidRDefault="00000000">
      <w:pPr>
        <w:pStyle w:val="Heading2"/>
      </w:pPr>
      <w:r>
        <w:t>1.1 One points system</w:t>
      </w:r>
    </w:p>
    <w:p w14:paraId="4CD68F9E" w14:textId="77777777" w:rsidR="006D1884" w:rsidRDefault="00000000">
      <w:r>
        <w:t>There is one Series Points system. An SNS-designated race does not use a separate points table. The same Series Points earned in that race count toward the Canadian National Series standings and, where applicable, toward the SNS standings.</w:t>
      </w:r>
    </w:p>
    <w:p w14:paraId="5E508FD1" w14:textId="77777777" w:rsidR="006D1884" w:rsidRDefault="00000000">
      <w:pPr>
        <w:pStyle w:val="Heading1"/>
      </w:pPr>
      <w:r>
        <w:t>2. 2027 Race Calendar and Designations</w:t>
      </w:r>
    </w:p>
    <w:tbl>
      <w:tblPr>
        <w:tblStyle w:val="TableGrid"/>
        <w:tblW w:w="0" w:type="auto"/>
        <w:jc w:val="center"/>
        <w:tblLook w:val="04A0" w:firstRow="1" w:lastRow="0" w:firstColumn="1" w:lastColumn="0" w:noHBand="0" w:noVBand="1"/>
      </w:tblPr>
      <w:tblGrid>
        <w:gridCol w:w="2056"/>
        <w:gridCol w:w="2056"/>
        <w:gridCol w:w="2056"/>
        <w:gridCol w:w="2056"/>
        <w:gridCol w:w="2056"/>
      </w:tblGrid>
      <w:tr w:rsidR="006D1884" w14:paraId="5A09B4AF" w14:textId="77777777">
        <w:trPr>
          <w:tblHeader/>
          <w:jc w:val="center"/>
        </w:trPr>
        <w:tc>
          <w:tcPr>
            <w:tcW w:w="2056" w:type="dxa"/>
            <w:shd w:val="clear" w:color="auto" w:fill="183247"/>
            <w:vAlign w:val="center"/>
          </w:tcPr>
          <w:p w14:paraId="53AA2296" w14:textId="77777777" w:rsidR="006D1884" w:rsidRDefault="00000000">
            <w:pPr>
              <w:jc w:val="center"/>
            </w:pPr>
            <w:r>
              <w:rPr>
                <w:b/>
                <w:color w:val="FFFFFF"/>
                <w:sz w:val="16"/>
              </w:rPr>
              <w:t>Event Weekend</w:t>
            </w:r>
          </w:p>
        </w:tc>
        <w:tc>
          <w:tcPr>
            <w:tcW w:w="2056" w:type="dxa"/>
            <w:shd w:val="clear" w:color="auto" w:fill="183247"/>
            <w:vAlign w:val="center"/>
          </w:tcPr>
          <w:p w14:paraId="40FDB048" w14:textId="77777777" w:rsidR="006D1884" w:rsidRDefault="00000000">
            <w:pPr>
              <w:jc w:val="center"/>
            </w:pPr>
            <w:r>
              <w:rPr>
                <w:b/>
                <w:color w:val="FFFFFF"/>
                <w:sz w:val="16"/>
              </w:rPr>
              <w:t>Race</w:t>
            </w:r>
          </w:p>
        </w:tc>
        <w:tc>
          <w:tcPr>
            <w:tcW w:w="2056" w:type="dxa"/>
            <w:shd w:val="clear" w:color="auto" w:fill="183247"/>
            <w:vAlign w:val="center"/>
          </w:tcPr>
          <w:p w14:paraId="5F608130" w14:textId="77777777" w:rsidR="006D1884" w:rsidRDefault="00000000">
            <w:pPr>
              <w:jc w:val="center"/>
            </w:pPr>
            <w:r>
              <w:rPr>
                <w:b/>
                <w:color w:val="FFFFFF"/>
                <w:sz w:val="16"/>
              </w:rPr>
              <w:t>Race Type</w:t>
            </w:r>
          </w:p>
        </w:tc>
        <w:tc>
          <w:tcPr>
            <w:tcW w:w="2056" w:type="dxa"/>
            <w:shd w:val="clear" w:color="auto" w:fill="183247"/>
            <w:vAlign w:val="center"/>
          </w:tcPr>
          <w:p w14:paraId="1448EFC6" w14:textId="77777777" w:rsidR="006D1884" w:rsidRDefault="00000000">
            <w:pPr>
              <w:jc w:val="center"/>
            </w:pPr>
            <w:r>
              <w:rPr>
                <w:b/>
                <w:color w:val="FFFFFF"/>
                <w:sz w:val="16"/>
              </w:rPr>
              <w:t>National Series</w:t>
            </w:r>
          </w:p>
        </w:tc>
        <w:tc>
          <w:tcPr>
            <w:tcW w:w="2056" w:type="dxa"/>
            <w:shd w:val="clear" w:color="auto" w:fill="183247"/>
            <w:vAlign w:val="center"/>
          </w:tcPr>
          <w:p w14:paraId="4D233088" w14:textId="77777777" w:rsidR="006D1884" w:rsidRDefault="00000000">
            <w:pPr>
              <w:jc w:val="center"/>
            </w:pPr>
            <w:r>
              <w:rPr>
                <w:b/>
                <w:color w:val="FFFFFF"/>
                <w:sz w:val="16"/>
              </w:rPr>
              <w:t>SNS</w:t>
            </w:r>
          </w:p>
        </w:tc>
      </w:tr>
      <w:tr w:rsidR="006D1884" w14:paraId="6E6658A3" w14:textId="77777777">
        <w:trPr>
          <w:jc w:val="center"/>
        </w:trPr>
        <w:tc>
          <w:tcPr>
            <w:tcW w:w="2056" w:type="dxa"/>
            <w:vAlign w:val="center"/>
          </w:tcPr>
          <w:p w14:paraId="41659144" w14:textId="77777777" w:rsidR="006D1884" w:rsidRDefault="00000000">
            <w:r>
              <w:rPr>
                <w:b/>
                <w:color w:val="111111"/>
                <w:sz w:val="16"/>
              </w:rPr>
              <w:t>Minotaur</w:t>
            </w:r>
          </w:p>
        </w:tc>
        <w:tc>
          <w:tcPr>
            <w:tcW w:w="2056" w:type="dxa"/>
            <w:vAlign w:val="center"/>
          </w:tcPr>
          <w:p w14:paraId="7082A28F" w14:textId="77777777" w:rsidR="006D1884" w:rsidRDefault="00000000">
            <w:r>
              <w:rPr>
                <w:color w:val="111111"/>
                <w:sz w:val="16"/>
              </w:rPr>
              <w:t>Minotaur VK</w:t>
            </w:r>
          </w:p>
        </w:tc>
        <w:tc>
          <w:tcPr>
            <w:tcW w:w="2056" w:type="dxa"/>
            <w:vAlign w:val="center"/>
          </w:tcPr>
          <w:p w14:paraId="5EA34561" w14:textId="77777777" w:rsidR="006D1884" w:rsidRDefault="00000000">
            <w:pPr>
              <w:jc w:val="center"/>
            </w:pPr>
            <w:r>
              <w:rPr>
                <w:color w:val="111111"/>
                <w:sz w:val="16"/>
              </w:rPr>
              <w:t>VERTICAL</w:t>
            </w:r>
          </w:p>
        </w:tc>
        <w:tc>
          <w:tcPr>
            <w:tcW w:w="2056" w:type="dxa"/>
            <w:vAlign w:val="center"/>
          </w:tcPr>
          <w:p w14:paraId="38A976C7" w14:textId="77777777" w:rsidR="006D1884" w:rsidRDefault="00000000">
            <w:pPr>
              <w:jc w:val="center"/>
            </w:pPr>
            <w:r>
              <w:rPr>
                <w:color w:val="111111"/>
                <w:sz w:val="16"/>
              </w:rPr>
              <w:t>Yes</w:t>
            </w:r>
          </w:p>
        </w:tc>
        <w:tc>
          <w:tcPr>
            <w:tcW w:w="2056" w:type="dxa"/>
            <w:vAlign w:val="center"/>
          </w:tcPr>
          <w:p w14:paraId="583E7048" w14:textId="77777777" w:rsidR="006D1884" w:rsidRDefault="00000000">
            <w:pPr>
              <w:jc w:val="center"/>
            </w:pPr>
            <w:r>
              <w:rPr>
                <w:color w:val="111111"/>
                <w:sz w:val="16"/>
              </w:rPr>
              <w:t>Yes</w:t>
            </w:r>
          </w:p>
        </w:tc>
      </w:tr>
      <w:tr w:rsidR="006D1884" w14:paraId="1B21A974" w14:textId="77777777">
        <w:trPr>
          <w:jc w:val="center"/>
        </w:trPr>
        <w:tc>
          <w:tcPr>
            <w:tcW w:w="2056" w:type="dxa"/>
            <w:vAlign w:val="center"/>
          </w:tcPr>
          <w:p w14:paraId="6763674A" w14:textId="77777777" w:rsidR="006D1884" w:rsidRDefault="00000000">
            <w:r>
              <w:rPr>
                <w:b/>
                <w:color w:val="111111"/>
                <w:sz w:val="16"/>
              </w:rPr>
              <w:t>Minotaur</w:t>
            </w:r>
          </w:p>
        </w:tc>
        <w:tc>
          <w:tcPr>
            <w:tcW w:w="2056" w:type="dxa"/>
            <w:vAlign w:val="center"/>
          </w:tcPr>
          <w:p w14:paraId="6B7E684F" w14:textId="77777777" w:rsidR="006D1884" w:rsidRDefault="00000000">
            <w:r>
              <w:rPr>
                <w:color w:val="111111"/>
                <w:sz w:val="16"/>
              </w:rPr>
              <w:t>Minitaur</w:t>
            </w:r>
          </w:p>
        </w:tc>
        <w:tc>
          <w:tcPr>
            <w:tcW w:w="2056" w:type="dxa"/>
            <w:vAlign w:val="center"/>
          </w:tcPr>
          <w:p w14:paraId="6B748426" w14:textId="77777777" w:rsidR="006D1884" w:rsidRDefault="00000000">
            <w:pPr>
              <w:jc w:val="center"/>
            </w:pPr>
            <w:r>
              <w:rPr>
                <w:color w:val="111111"/>
                <w:sz w:val="16"/>
              </w:rPr>
              <w:t>SKY</w:t>
            </w:r>
          </w:p>
        </w:tc>
        <w:tc>
          <w:tcPr>
            <w:tcW w:w="2056" w:type="dxa"/>
            <w:vAlign w:val="center"/>
          </w:tcPr>
          <w:p w14:paraId="6FFEA3E8" w14:textId="77777777" w:rsidR="006D1884" w:rsidRDefault="00000000">
            <w:pPr>
              <w:jc w:val="center"/>
            </w:pPr>
            <w:r>
              <w:rPr>
                <w:color w:val="111111"/>
                <w:sz w:val="16"/>
              </w:rPr>
              <w:t>Yes</w:t>
            </w:r>
          </w:p>
        </w:tc>
        <w:tc>
          <w:tcPr>
            <w:tcW w:w="2056" w:type="dxa"/>
            <w:vAlign w:val="center"/>
          </w:tcPr>
          <w:p w14:paraId="16E2F019" w14:textId="77777777" w:rsidR="006D1884" w:rsidRDefault="00000000">
            <w:pPr>
              <w:jc w:val="center"/>
            </w:pPr>
            <w:r>
              <w:rPr>
                <w:color w:val="111111"/>
                <w:sz w:val="16"/>
              </w:rPr>
              <w:t>No</w:t>
            </w:r>
          </w:p>
        </w:tc>
      </w:tr>
      <w:tr w:rsidR="006D1884" w14:paraId="4D3C769F" w14:textId="77777777">
        <w:trPr>
          <w:jc w:val="center"/>
        </w:trPr>
        <w:tc>
          <w:tcPr>
            <w:tcW w:w="2056" w:type="dxa"/>
            <w:vAlign w:val="center"/>
          </w:tcPr>
          <w:p w14:paraId="756E8DB8" w14:textId="77777777" w:rsidR="006D1884" w:rsidRDefault="00000000">
            <w:r>
              <w:rPr>
                <w:b/>
                <w:color w:val="111111"/>
                <w:sz w:val="16"/>
              </w:rPr>
              <w:t>Minotaur</w:t>
            </w:r>
          </w:p>
        </w:tc>
        <w:tc>
          <w:tcPr>
            <w:tcW w:w="2056" w:type="dxa"/>
            <w:vAlign w:val="center"/>
          </w:tcPr>
          <w:p w14:paraId="2D3FD018" w14:textId="77777777" w:rsidR="006D1884" w:rsidRDefault="00000000">
            <w:r>
              <w:rPr>
                <w:color w:val="111111"/>
                <w:sz w:val="16"/>
              </w:rPr>
              <w:t>Minotaur Skyrace</w:t>
            </w:r>
          </w:p>
        </w:tc>
        <w:tc>
          <w:tcPr>
            <w:tcW w:w="2056" w:type="dxa"/>
            <w:vAlign w:val="center"/>
          </w:tcPr>
          <w:p w14:paraId="041EF320" w14:textId="77777777" w:rsidR="006D1884" w:rsidRDefault="00000000">
            <w:pPr>
              <w:jc w:val="center"/>
            </w:pPr>
            <w:r>
              <w:rPr>
                <w:color w:val="111111"/>
                <w:sz w:val="16"/>
              </w:rPr>
              <w:t>SKYRACE</w:t>
            </w:r>
          </w:p>
        </w:tc>
        <w:tc>
          <w:tcPr>
            <w:tcW w:w="2056" w:type="dxa"/>
            <w:vAlign w:val="center"/>
          </w:tcPr>
          <w:p w14:paraId="3261D443" w14:textId="77777777" w:rsidR="006D1884" w:rsidRDefault="00000000">
            <w:pPr>
              <w:jc w:val="center"/>
            </w:pPr>
            <w:r>
              <w:rPr>
                <w:color w:val="111111"/>
                <w:sz w:val="16"/>
              </w:rPr>
              <w:t>Yes</w:t>
            </w:r>
          </w:p>
        </w:tc>
        <w:tc>
          <w:tcPr>
            <w:tcW w:w="2056" w:type="dxa"/>
            <w:vAlign w:val="center"/>
          </w:tcPr>
          <w:p w14:paraId="6E18ECAC" w14:textId="77777777" w:rsidR="006D1884" w:rsidRDefault="00000000">
            <w:pPr>
              <w:jc w:val="center"/>
            </w:pPr>
            <w:r>
              <w:rPr>
                <w:color w:val="111111"/>
                <w:sz w:val="16"/>
              </w:rPr>
              <w:t>Yes</w:t>
            </w:r>
          </w:p>
        </w:tc>
      </w:tr>
      <w:tr w:rsidR="006D1884" w14:paraId="2F1A7861" w14:textId="77777777">
        <w:trPr>
          <w:jc w:val="center"/>
        </w:trPr>
        <w:tc>
          <w:tcPr>
            <w:tcW w:w="2056" w:type="dxa"/>
            <w:vAlign w:val="center"/>
          </w:tcPr>
          <w:p w14:paraId="239FA095" w14:textId="77777777" w:rsidR="006D1884" w:rsidRDefault="00000000">
            <w:r>
              <w:rPr>
                <w:b/>
                <w:color w:val="111111"/>
                <w:sz w:val="16"/>
              </w:rPr>
              <w:t>Wildside</w:t>
            </w:r>
          </w:p>
        </w:tc>
        <w:tc>
          <w:tcPr>
            <w:tcW w:w="2056" w:type="dxa"/>
            <w:vAlign w:val="center"/>
          </w:tcPr>
          <w:p w14:paraId="3DE04068" w14:textId="77777777" w:rsidR="006D1884" w:rsidRDefault="00000000">
            <w:r>
              <w:rPr>
                <w:color w:val="111111"/>
                <w:sz w:val="16"/>
              </w:rPr>
              <w:t>Wildside Vertical</w:t>
            </w:r>
          </w:p>
        </w:tc>
        <w:tc>
          <w:tcPr>
            <w:tcW w:w="2056" w:type="dxa"/>
            <w:vAlign w:val="center"/>
          </w:tcPr>
          <w:p w14:paraId="5F13AC2C" w14:textId="77777777" w:rsidR="006D1884" w:rsidRDefault="00000000">
            <w:pPr>
              <w:jc w:val="center"/>
            </w:pPr>
            <w:r>
              <w:rPr>
                <w:color w:val="111111"/>
                <w:sz w:val="16"/>
              </w:rPr>
              <w:t>VERTICAL</w:t>
            </w:r>
          </w:p>
        </w:tc>
        <w:tc>
          <w:tcPr>
            <w:tcW w:w="2056" w:type="dxa"/>
            <w:vAlign w:val="center"/>
          </w:tcPr>
          <w:p w14:paraId="10C0FE63" w14:textId="77777777" w:rsidR="006D1884" w:rsidRDefault="00000000">
            <w:pPr>
              <w:jc w:val="center"/>
            </w:pPr>
            <w:r>
              <w:rPr>
                <w:color w:val="111111"/>
                <w:sz w:val="16"/>
              </w:rPr>
              <w:t>Yes</w:t>
            </w:r>
          </w:p>
        </w:tc>
        <w:tc>
          <w:tcPr>
            <w:tcW w:w="2056" w:type="dxa"/>
            <w:vAlign w:val="center"/>
          </w:tcPr>
          <w:p w14:paraId="56EBCCBE" w14:textId="77777777" w:rsidR="006D1884" w:rsidRDefault="00000000">
            <w:pPr>
              <w:jc w:val="center"/>
            </w:pPr>
            <w:r>
              <w:rPr>
                <w:color w:val="111111"/>
                <w:sz w:val="16"/>
              </w:rPr>
              <w:t>No</w:t>
            </w:r>
          </w:p>
        </w:tc>
      </w:tr>
      <w:tr w:rsidR="006D1884" w14:paraId="0397BF73" w14:textId="77777777">
        <w:trPr>
          <w:jc w:val="center"/>
        </w:trPr>
        <w:tc>
          <w:tcPr>
            <w:tcW w:w="2056" w:type="dxa"/>
            <w:vAlign w:val="center"/>
          </w:tcPr>
          <w:p w14:paraId="2588F589" w14:textId="77777777" w:rsidR="006D1884" w:rsidRDefault="00000000">
            <w:r>
              <w:rPr>
                <w:b/>
                <w:color w:val="111111"/>
                <w:sz w:val="16"/>
              </w:rPr>
              <w:t>Wildside</w:t>
            </w:r>
          </w:p>
        </w:tc>
        <w:tc>
          <w:tcPr>
            <w:tcW w:w="2056" w:type="dxa"/>
            <w:vAlign w:val="center"/>
          </w:tcPr>
          <w:p w14:paraId="12404983" w14:textId="77777777" w:rsidR="006D1884" w:rsidRDefault="00000000">
            <w:r>
              <w:rPr>
                <w:color w:val="111111"/>
                <w:sz w:val="16"/>
              </w:rPr>
              <w:t>Wildside Sky 16</w:t>
            </w:r>
          </w:p>
        </w:tc>
        <w:tc>
          <w:tcPr>
            <w:tcW w:w="2056" w:type="dxa"/>
            <w:vAlign w:val="center"/>
          </w:tcPr>
          <w:p w14:paraId="4750D7AB" w14:textId="77777777" w:rsidR="006D1884" w:rsidRDefault="00000000">
            <w:pPr>
              <w:jc w:val="center"/>
            </w:pPr>
            <w:r>
              <w:rPr>
                <w:color w:val="111111"/>
                <w:sz w:val="16"/>
              </w:rPr>
              <w:t>SKY</w:t>
            </w:r>
          </w:p>
        </w:tc>
        <w:tc>
          <w:tcPr>
            <w:tcW w:w="2056" w:type="dxa"/>
            <w:vAlign w:val="center"/>
          </w:tcPr>
          <w:p w14:paraId="036E93FD" w14:textId="77777777" w:rsidR="006D1884" w:rsidRDefault="00000000">
            <w:pPr>
              <w:jc w:val="center"/>
            </w:pPr>
            <w:r>
              <w:rPr>
                <w:color w:val="111111"/>
                <w:sz w:val="16"/>
              </w:rPr>
              <w:t>Yes</w:t>
            </w:r>
          </w:p>
        </w:tc>
        <w:tc>
          <w:tcPr>
            <w:tcW w:w="2056" w:type="dxa"/>
            <w:vAlign w:val="center"/>
          </w:tcPr>
          <w:p w14:paraId="443014B8" w14:textId="77777777" w:rsidR="006D1884" w:rsidRDefault="00000000">
            <w:pPr>
              <w:jc w:val="center"/>
            </w:pPr>
            <w:r>
              <w:rPr>
                <w:color w:val="111111"/>
                <w:sz w:val="16"/>
              </w:rPr>
              <w:t>No</w:t>
            </w:r>
          </w:p>
        </w:tc>
      </w:tr>
      <w:tr w:rsidR="006D1884" w14:paraId="41ACF82B" w14:textId="77777777">
        <w:trPr>
          <w:jc w:val="center"/>
        </w:trPr>
        <w:tc>
          <w:tcPr>
            <w:tcW w:w="2056" w:type="dxa"/>
            <w:vAlign w:val="center"/>
          </w:tcPr>
          <w:p w14:paraId="6F9841C4" w14:textId="77777777" w:rsidR="006D1884" w:rsidRDefault="00000000">
            <w:r>
              <w:rPr>
                <w:b/>
                <w:color w:val="111111"/>
                <w:sz w:val="16"/>
              </w:rPr>
              <w:t>Wildside</w:t>
            </w:r>
          </w:p>
        </w:tc>
        <w:tc>
          <w:tcPr>
            <w:tcW w:w="2056" w:type="dxa"/>
            <w:vAlign w:val="center"/>
          </w:tcPr>
          <w:p w14:paraId="3F1FF5BD" w14:textId="77777777" w:rsidR="006D1884" w:rsidRDefault="00000000">
            <w:r>
              <w:rPr>
                <w:color w:val="111111"/>
                <w:sz w:val="16"/>
              </w:rPr>
              <w:t>Wildside Skyrace</w:t>
            </w:r>
          </w:p>
        </w:tc>
        <w:tc>
          <w:tcPr>
            <w:tcW w:w="2056" w:type="dxa"/>
            <w:vAlign w:val="center"/>
          </w:tcPr>
          <w:p w14:paraId="48231F1D" w14:textId="77777777" w:rsidR="006D1884" w:rsidRDefault="00000000">
            <w:pPr>
              <w:jc w:val="center"/>
            </w:pPr>
            <w:r>
              <w:rPr>
                <w:color w:val="111111"/>
                <w:sz w:val="16"/>
              </w:rPr>
              <w:t>SKYRACE</w:t>
            </w:r>
          </w:p>
        </w:tc>
        <w:tc>
          <w:tcPr>
            <w:tcW w:w="2056" w:type="dxa"/>
            <w:vAlign w:val="center"/>
          </w:tcPr>
          <w:p w14:paraId="066D7202" w14:textId="77777777" w:rsidR="006D1884" w:rsidRDefault="00000000">
            <w:pPr>
              <w:jc w:val="center"/>
            </w:pPr>
            <w:r>
              <w:rPr>
                <w:color w:val="111111"/>
                <w:sz w:val="16"/>
              </w:rPr>
              <w:t>Yes</w:t>
            </w:r>
          </w:p>
        </w:tc>
        <w:tc>
          <w:tcPr>
            <w:tcW w:w="2056" w:type="dxa"/>
            <w:vAlign w:val="center"/>
          </w:tcPr>
          <w:p w14:paraId="2FBB5B5E" w14:textId="77777777" w:rsidR="006D1884" w:rsidRDefault="00000000">
            <w:pPr>
              <w:jc w:val="center"/>
            </w:pPr>
            <w:r>
              <w:rPr>
                <w:color w:val="111111"/>
                <w:sz w:val="16"/>
              </w:rPr>
              <w:t>Yes</w:t>
            </w:r>
          </w:p>
        </w:tc>
      </w:tr>
      <w:tr w:rsidR="006D1884" w14:paraId="79F630E5" w14:textId="77777777">
        <w:trPr>
          <w:jc w:val="center"/>
        </w:trPr>
        <w:tc>
          <w:tcPr>
            <w:tcW w:w="2056" w:type="dxa"/>
            <w:vAlign w:val="center"/>
          </w:tcPr>
          <w:p w14:paraId="23B96D5A" w14:textId="77777777" w:rsidR="006D1884" w:rsidRDefault="00000000">
            <w:r>
              <w:rPr>
                <w:b/>
                <w:color w:val="111111"/>
                <w:sz w:val="16"/>
              </w:rPr>
              <w:t>Stoked</w:t>
            </w:r>
          </w:p>
        </w:tc>
        <w:tc>
          <w:tcPr>
            <w:tcW w:w="2056" w:type="dxa"/>
            <w:vAlign w:val="center"/>
          </w:tcPr>
          <w:p w14:paraId="1BA4E678" w14:textId="77777777" w:rsidR="006D1884" w:rsidRDefault="00000000">
            <w:r>
              <w:rPr>
                <w:color w:val="111111"/>
                <w:sz w:val="16"/>
              </w:rPr>
              <w:t>Stoked VK</w:t>
            </w:r>
          </w:p>
        </w:tc>
        <w:tc>
          <w:tcPr>
            <w:tcW w:w="2056" w:type="dxa"/>
            <w:vAlign w:val="center"/>
          </w:tcPr>
          <w:p w14:paraId="202A5C18" w14:textId="77777777" w:rsidR="006D1884" w:rsidRDefault="00000000">
            <w:pPr>
              <w:jc w:val="center"/>
            </w:pPr>
            <w:r>
              <w:rPr>
                <w:color w:val="111111"/>
                <w:sz w:val="16"/>
              </w:rPr>
              <w:t>VERTICAL</w:t>
            </w:r>
          </w:p>
        </w:tc>
        <w:tc>
          <w:tcPr>
            <w:tcW w:w="2056" w:type="dxa"/>
            <w:vAlign w:val="center"/>
          </w:tcPr>
          <w:p w14:paraId="141BB7AC" w14:textId="77777777" w:rsidR="006D1884" w:rsidRDefault="00000000">
            <w:pPr>
              <w:jc w:val="center"/>
            </w:pPr>
            <w:r>
              <w:rPr>
                <w:color w:val="111111"/>
                <w:sz w:val="16"/>
              </w:rPr>
              <w:t>Yes</w:t>
            </w:r>
          </w:p>
        </w:tc>
        <w:tc>
          <w:tcPr>
            <w:tcW w:w="2056" w:type="dxa"/>
            <w:vAlign w:val="center"/>
          </w:tcPr>
          <w:p w14:paraId="066208BF" w14:textId="77777777" w:rsidR="006D1884" w:rsidRDefault="00000000">
            <w:pPr>
              <w:jc w:val="center"/>
            </w:pPr>
            <w:r>
              <w:rPr>
                <w:color w:val="111111"/>
                <w:sz w:val="16"/>
              </w:rPr>
              <w:t>Yes</w:t>
            </w:r>
          </w:p>
        </w:tc>
      </w:tr>
      <w:tr w:rsidR="006D1884" w14:paraId="6DA8AADB" w14:textId="77777777">
        <w:trPr>
          <w:jc w:val="center"/>
        </w:trPr>
        <w:tc>
          <w:tcPr>
            <w:tcW w:w="2056" w:type="dxa"/>
            <w:vAlign w:val="center"/>
          </w:tcPr>
          <w:p w14:paraId="74BEB328" w14:textId="77777777" w:rsidR="006D1884" w:rsidRDefault="00000000">
            <w:r>
              <w:rPr>
                <w:b/>
                <w:color w:val="111111"/>
                <w:sz w:val="16"/>
              </w:rPr>
              <w:t>Stoked</w:t>
            </w:r>
          </w:p>
        </w:tc>
        <w:tc>
          <w:tcPr>
            <w:tcW w:w="2056" w:type="dxa"/>
            <w:vAlign w:val="center"/>
          </w:tcPr>
          <w:p w14:paraId="52EBEA02" w14:textId="77777777" w:rsidR="006D1884" w:rsidRDefault="00000000">
            <w:r>
              <w:rPr>
                <w:color w:val="111111"/>
                <w:sz w:val="16"/>
              </w:rPr>
              <w:t>Stoked Scramble</w:t>
            </w:r>
          </w:p>
        </w:tc>
        <w:tc>
          <w:tcPr>
            <w:tcW w:w="2056" w:type="dxa"/>
            <w:vAlign w:val="center"/>
          </w:tcPr>
          <w:p w14:paraId="3F7D3EE5" w14:textId="77777777" w:rsidR="006D1884" w:rsidRDefault="00000000">
            <w:pPr>
              <w:jc w:val="center"/>
            </w:pPr>
            <w:r>
              <w:rPr>
                <w:color w:val="111111"/>
                <w:sz w:val="16"/>
              </w:rPr>
              <w:t>SKYRACE</w:t>
            </w:r>
          </w:p>
        </w:tc>
        <w:tc>
          <w:tcPr>
            <w:tcW w:w="2056" w:type="dxa"/>
            <w:vAlign w:val="center"/>
          </w:tcPr>
          <w:p w14:paraId="42E2ADCF" w14:textId="77777777" w:rsidR="006D1884" w:rsidRDefault="00000000">
            <w:pPr>
              <w:jc w:val="center"/>
            </w:pPr>
            <w:r>
              <w:rPr>
                <w:color w:val="111111"/>
                <w:sz w:val="16"/>
              </w:rPr>
              <w:t>Yes</w:t>
            </w:r>
          </w:p>
        </w:tc>
        <w:tc>
          <w:tcPr>
            <w:tcW w:w="2056" w:type="dxa"/>
            <w:vAlign w:val="center"/>
          </w:tcPr>
          <w:p w14:paraId="0D32B724" w14:textId="77777777" w:rsidR="006D1884" w:rsidRDefault="00000000">
            <w:pPr>
              <w:jc w:val="center"/>
            </w:pPr>
            <w:r>
              <w:rPr>
                <w:color w:val="111111"/>
                <w:sz w:val="16"/>
              </w:rPr>
              <w:t>Yes</w:t>
            </w:r>
          </w:p>
        </w:tc>
      </w:tr>
      <w:tr w:rsidR="006D1884" w14:paraId="3A1568CC" w14:textId="77777777">
        <w:trPr>
          <w:jc w:val="center"/>
        </w:trPr>
        <w:tc>
          <w:tcPr>
            <w:tcW w:w="2056" w:type="dxa"/>
            <w:vAlign w:val="center"/>
          </w:tcPr>
          <w:p w14:paraId="7AAF7809" w14:textId="77777777" w:rsidR="006D1884" w:rsidRDefault="00000000">
            <w:r>
              <w:rPr>
                <w:b/>
                <w:color w:val="111111"/>
                <w:sz w:val="16"/>
              </w:rPr>
              <w:t>Stoked</w:t>
            </w:r>
          </w:p>
        </w:tc>
        <w:tc>
          <w:tcPr>
            <w:tcW w:w="2056" w:type="dxa"/>
            <w:vAlign w:val="center"/>
          </w:tcPr>
          <w:p w14:paraId="389CE170" w14:textId="77777777" w:rsidR="006D1884" w:rsidRDefault="00000000">
            <w:r>
              <w:rPr>
                <w:color w:val="111111"/>
                <w:sz w:val="16"/>
              </w:rPr>
              <w:t>Stoked Ultra</w:t>
            </w:r>
          </w:p>
        </w:tc>
        <w:tc>
          <w:tcPr>
            <w:tcW w:w="2056" w:type="dxa"/>
            <w:vAlign w:val="center"/>
          </w:tcPr>
          <w:p w14:paraId="75815C60" w14:textId="77777777" w:rsidR="006D1884" w:rsidRDefault="00000000">
            <w:pPr>
              <w:jc w:val="center"/>
            </w:pPr>
            <w:r>
              <w:rPr>
                <w:color w:val="111111"/>
                <w:sz w:val="16"/>
              </w:rPr>
              <w:t>SKYULTRA</w:t>
            </w:r>
          </w:p>
        </w:tc>
        <w:tc>
          <w:tcPr>
            <w:tcW w:w="2056" w:type="dxa"/>
            <w:vAlign w:val="center"/>
          </w:tcPr>
          <w:p w14:paraId="7EC1D525" w14:textId="77777777" w:rsidR="006D1884" w:rsidRDefault="00000000">
            <w:pPr>
              <w:jc w:val="center"/>
            </w:pPr>
            <w:r>
              <w:rPr>
                <w:color w:val="111111"/>
                <w:sz w:val="16"/>
              </w:rPr>
              <w:t>Yes</w:t>
            </w:r>
          </w:p>
        </w:tc>
        <w:tc>
          <w:tcPr>
            <w:tcW w:w="2056" w:type="dxa"/>
            <w:vAlign w:val="center"/>
          </w:tcPr>
          <w:p w14:paraId="6D1AD976" w14:textId="77777777" w:rsidR="006D1884" w:rsidRDefault="00000000">
            <w:pPr>
              <w:jc w:val="center"/>
            </w:pPr>
            <w:r>
              <w:rPr>
                <w:color w:val="111111"/>
                <w:sz w:val="16"/>
              </w:rPr>
              <w:t>Yes</w:t>
            </w:r>
          </w:p>
        </w:tc>
      </w:tr>
    </w:tbl>
    <w:p w14:paraId="6262275C" w14:textId="77777777" w:rsidR="006D1884" w:rsidRDefault="00000000">
      <w:r>
        <w:t>Race Type is a Series scoring classification and does not change an event's official race name. For example, Stoked Scramble is classified as SKYRACE for Series scoring while retaining the official race name Stoked Scramble.</w:t>
      </w:r>
    </w:p>
    <w:p w14:paraId="6A8CD8AC" w14:textId="77777777" w:rsidR="006D1884" w:rsidRDefault="00000000">
      <w:pPr>
        <w:pStyle w:val="Heading1"/>
      </w:pPr>
      <w:r>
        <w:t>3. Race Types and Maximum Points</w:t>
      </w:r>
    </w:p>
    <w:p w14:paraId="38614009" w14:textId="77777777" w:rsidR="006D1884" w:rsidRDefault="00000000">
      <w:r>
        <w:t>Series Races are assigned one of four scoring classifications. Maximum points vary by race type to recognize differences in race duration, physical commitment and overall racing demands. Points are awarded according to finishing position using the Series Points Table.</w:t>
      </w:r>
    </w:p>
    <w:tbl>
      <w:tblPr>
        <w:tblStyle w:val="TableGrid"/>
        <w:tblW w:w="0" w:type="auto"/>
        <w:jc w:val="center"/>
        <w:tblLook w:val="04A0" w:firstRow="1" w:lastRow="0" w:firstColumn="1" w:lastColumn="0" w:noHBand="0" w:noVBand="1"/>
      </w:tblPr>
      <w:tblGrid>
        <w:gridCol w:w="5141"/>
        <w:gridCol w:w="5141"/>
      </w:tblGrid>
      <w:tr w:rsidR="006D1884" w14:paraId="0F7A98B1" w14:textId="77777777">
        <w:trPr>
          <w:jc w:val="center"/>
        </w:trPr>
        <w:tc>
          <w:tcPr>
            <w:tcW w:w="5141" w:type="dxa"/>
            <w:shd w:val="clear" w:color="auto" w:fill="C62828"/>
            <w:vAlign w:val="center"/>
          </w:tcPr>
          <w:p w14:paraId="05E27549" w14:textId="77777777" w:rsidR="006D1884" w:rsidRDefault="00000000">
            <w:pPr>
              <w:jc w:val="center"/>
            </w:pPr>
            <w:r>
              <w:rPr>
                <w:b/>
                <w:color w:val="FFFFFF"/>
                <w:sz w:val="17"/>
              </w:rPr>
              <w:t>Race Type</w:t>
            </w:r>
          </w:p>
        </w:tc>
        <w:tc>
          <w:tcPr>
            <w:tcW w:w="5141" w:type="dxa"/>
            <w:shd w:val="clear" w:color="auto" w:fill="C62828"/>
            <w:vAlign w:val="center"/>
          </w:tcPr>
          <w:p w14:paraId="5BBA2718" w14:textId="77777777" w:rsidR="006D1884" w:rsidRDefault="00000000">
            <w:pPr>
              <w:jc w:val="center"/>
            </w:pPr>
            <w:r>
              <w:rPr>
                <w:b/>
                <w:color w:val="FFFFFF"/>
                <w:sz w:val="17"/>
              </w:rPr>
              <w:t>Maximum Points</w:t>
            </w:r>
          </w:p>
        </w:tc>
      </w:tr>
      <w:tr w:rsidR="006D1884" w14:paraId="2926AA37" w14:textId="77777777">
        <w:trPr>
          <w:jc w:val="center"/>
        </w:trPr>
        <w:tc>
          <w:tcPr>
            <w:tcW w:w="5141" w:type="dxa"/>
            <w:vAlign w:val="center"/>
          </w:tcPr>
          <w:p w14:paraId="6D407106" w14:textId="77777777" w:rsidR="006D1884" w:rsidRDefault="00000000">
            <w:pPr>
              <w:jc w:val="center"/>
            </w:pPr>
            <w:r>
              <w:rPr>
                <w:b/>
                <w:color w:val="111111"/>
                <w:sz w:val="16"/>
              </w:rPr>
              <w:t>VERTICAL</w:t>
            </w:r>
          </w:p>
        </w:tc>
        <w:tc>
          <w:tcPr>
            <w:tcW w:w="5141" w:type="dxa"/>
            <w:vAlign w:val="center"/>
          </w:tcPr>
          <w:p w14:paraId="5C3CF242" w14:textId="77777777" w:rsidR="006D1884" w:rsidRDefault="00000000">
            <w:pPr>
              <w:jc w:val="center"/>
            </w:pPr>
            <w:r>
              <w:rPr>
                <w:b/>
                <w:color w:val="111111"/>
                <w:sz w:val="16"/>
              </w:rPr>
              <w:t>80</w:t>
            </w:r>
          </w:p>
        </w:tc>
      </w:tr>
      <w:tr w:rsidR="006D1884" w14:paraId="5DD6D12B" w14:textId="77777777">
        <w:trPr>
          <w:jc w:val="center"/>
        </w:trPr>
        <w:tc>
          <w:tcPr>
            <w:tcW w:w="5141" w:type="dxa"/>
            <w:vAlign w:val="center"/>
          </w:tcPr>
          <w:p w14:paraId="4B5CCA75" w14:textId="77777777" w:rsidR="006D1884" w:rsidRDefault="00000000">
            <w:pPr>
              <w:jc w:val="center"/>
            </w:pPr>
            <w:r>
              <w:rPr>
                <w:b/>
                <w:color w:val="111111"/>
                <w:sz w:val="16"/>
              </w:rPr>
              <w:t>SKY</w:t>
            </w:r>
          </w:p>
        </w:tc>
        <w:tc>
          <w:tcPr>
            <w:tcW w:w="5141" w:type="dxa"/>
            <w:vAlign w:val="center"/>
          </w:tcPr>
          <w:p w14:paraId="41CFD979" w14:textId="77777777" w:rsidR="006D1884" w:rsidRDefault="00000000">
            <w:pPr>
              <w:jc w:val="center"/>
            </w:pPr>
            <w:r>
              <w:rPr>
                <w:b/>
                <w:color w:val="111111"/>
                <w:sz w:val="16"/>
              </w:rPr>
              <w:t>90</w:t>
            </w:r>
          </w:p>
        </w:tc>
      </w:tr>
      <w:tr w:rsidR="006D1884" w14:paraId="37204099" w14:textId="77777777">
        <w:trPr>
          <w:jc w:val="center"/>
        </w:trPr>
        <w:tc>
          <w:tcPr>
            <w:tcW w:w="5141" w:type="dxa"/>
            <w:vAlign w:val="center"/>
          </w:tcPr>
          <w:p w14:paraId="15235323" w14:textId="77777777" w:rsidR="006D1884" w:rsidRDefault="00000000">
            <w:pPr>
              <w:jc w:val="center"/>
            </w:pPr>
            <w:r>
              <w:rPr>
                <w:b/>
                <w:color w:val="111111"/>
                <w:sz w:val="16"/>
              </w:rPr>
              <w:t>SKYRACE</w:t>
            </w:r>
          </w:p>
        </w:tc>
        <w:tc>
          <w:tcPr>
            <w:tcW w:w="5141" w:type="dxa"/>
            <w:vAlign w:val="center"/>
          </w:tcPr>
          <w:p w14:paraId="07392A81" w14:textId="77777777" w:rsidR="006D1884" w:rsidRDefault="00000000">
            <w:pPr>
              <w:jc w:val="center"/>
            </w:pPr>
            <w:r>
              <w:rPr>
                <w:b/>
                <w:color w:val="111111"/>
                <w:sz w:val="16"/>
              </w:rPr>
              <w:t>100</w:t>
            </w:r>
          </w:p>
        </w:tc>
      </w:tr>
      <w:tr w:rsidR="006D1884" w14:paraId="50D6ED04" w14:textId="77777777">
        <w:trPr>
          <w:jc w:val="center"/>
        </w:trPr>
        <w:tc>
          <w:tcPr>
            <w:tcW w:w="5141" w:type="dxa"/>
            <w:vAlign w:val="center"/>
          </w:tcPr>
          <w:p w14:paraId="6B5B0E16" w14:textId="77777777" w:rsidR="006D1884" w:rsidRDefault="00000000">
            <w:pPr>
              <w:jc w:val="center"/>
            </w:pPr>
            <w:r>
              <w:rPr>
                <w:b/>
                <w:color w:val="111111"/>
                <w:sz w:val="16"/>
              </w:rPr>
              <w:t>SKYULTRA</w:t>
            </w:r>
          </w:p>
        </w:tc>
        <w:tc>
          <w:tcPr>
            <w:tcW w:w="5141" w:type="dxa"/>
            <w:vAlign w:val="center"/>
          </w:tcPr>
          <w:p w14:paraId="1F386066" w14:textId="77777777" w:rsidR="006D1884" w:rsidRDefault="00000000">
            <w:pPr>
              <w:jc w:val="center"/>
            </w:pPr>
            <w:r>
              <w:rPr>
                <w:b/>
                <w:color w:val="111111"/>
                <w:sz w:val="16"/>
              </w:rPr>
              <w:t>120</w:t>
            </w:r>
          </w:p>
        </w:tc>
      </w:tr>
    </w:tbl>
    <w:p w14:paraId="604F82A0" w14:textId="77777777" w:rsidR="006D1884" w:rsidRDefault="00000000">
      <w:pPr>
        <w:pStyle w:val="Heading1"/>
      </w:pPr>
      <w:r>
        <w:t>4. Series Points Table</w:t>
      </w:r>
    </w:p>
    <w:p w14:paraId="65531B99" w14:textId="77777777" w:rsidR="006D1884" w:rsidRDefault="00000000">
      <w:r>
        <w:t>Points are awarded according to finishing place and race type. Wins, podiums and front-of-field finishes receive greater separation in points, while every official finisher receives at least one Series Point.</w:t>
      </w:r>
    </w:p>
    <w:tbl>
      <w:tblPr>
        <w:tblStyle w:val="TableGrid"/>
        <w:tblW w:w="0" w:type="auto"/>
        <w:jc w:val="center"/>
        <w:tblLook w:val="04A0" w:firstRow="1" w:lastRow="0" w:firstColumn="1" w:lastColumn="0" w:noHBand="0" w:noVBand="1"/>
      </w:tblPr>
      <w:tblGrid>
        <w:gridCol w:w="2056"/>
        <w:gridCol w:w="2056"/>
        <w:gridCol w:w="2056"/>
        <w:gridCol w:w="2056"/>
        <w:gridCol w:w="2056"/>
      </w:tblGrid>
      <w:tr w:rsidR="006D1884" w14:paraId="225BB17B" w14:textId="77777777">
        <w:trPr>
          <w:tblHeader/>
          <w:jc w:val="center"/>
        </w:trPr>
        <w:tc>
          <w:tcPr>
            <w:tcW w:w="2056" w:type="dxa"/>
            <w:shd w:val="clear" w:color="auto" w:fill="183247"/>
            <w:vAlign w:val="center"/>
          </w:tcPr>
          <w:p w14:paraId="4056B6DE" w14:textId="77777777" w:rsidR="006D1884" w:rsidRDefault="00000000">
            <w:pPr>
              <w:jc w:val="center"/>
            </w:pPr>
            <w:r>
              <w:rPr>
                <w:b/>
                <w:color w:val="FFFFFF"/>
                <w:sz w:val="15"/>
              </w:rPr>
              <w:t>Place</w:t>
            </w:r>
          </w:p>
        </w:tc>
        <w:tc>
          <w:tcPr>
            <w:tcW w:w="2056" w:type="dxa"/>
            <w:shd w:val="clear" w:color="auto" w:fill="183247"/>
            <w:vAlign w:val="center"/>
          </w:tcPr>
          <w:p w14:paraId="59B226E8" w14:textId="77777777" w:rsidR="006D1884" w:rsidRDefault="00000000">
            <w:pPr>
              <w:jc w:val="center"/>
            </w:pPr>
            <w:r>
              <w:rPr>
                <w:b/>
                <w:color w:val="FFFFFF"/>
                <w:sz w:val="15"/>
              </w:rPr>
              <w:t>VERTICAL</w:t>
            </w:r>
          </w:p>
        </w:tc>
        <w:tc>
          <w:tcPr>
            <w:tcW w:w="2056" w:type="dxa"/>
            <w:shd w:val="clear" w:color="auto" w:fill="183247"/>
            <w:vAlign w:val="center"/>
          </w:tcPr>
          <w:p w14:paraId="228B7E54" w14:textId="77777777" w:rsidR="006D1884" w:rsidRDefault="00000000">
            <w:pPr>
              <w:jc w:val="center"/>
            </w:pPr>
            <w:r>
              <w:rPr>
                <w:b/>
                <w:color w:val="FFFFFF"/>
                <w:sz w:val="15"/>
              </w:rPr>
              <w:t>SKY</w:t>
            </w:r>
          </w:p>
        </w:tc>
        <w:tc>
          <w:tcPr>
            <w:tcW w:w="2056" w:type="dxa"/>
            <w:shd w:val="clear" w:color="auto" w:fill="183247"/>
            <w:vAlign w:val="center"/>
          </w:tcPr>
          <w:p w14:paraId="5C7A3382" w14:textId="77777777" w:rsidR="006D1884" w:rsidRDefault="00000000">
            <w:pPr>
              <w:jc w:val="center"/>
            </w:pPr>
            <w:r>
              <w:rPr>
                <w:b/>
                <w:color w:val="FFFFFF"/>
                <w:sz w:val="15"/>
              </w:rPr>
              <w:t>SKYRACE</w:t>
            </w:r>
          </w:p>
        </w:tc>
        <w:tc>
          <w:tcPr>
            <w:tcW w:w="2056" w:type="dxa"/>
            <w:shd w:val="clear" w:color="auto" w:fill="183247"/>
            <w:vAlign w:val="center"/>
          </w:tcPr>
          <w:p w14:paraId="5716D7A5" w14:textId="77777777" w:rsidR="006D1884" w:rsidRDefault="00000000">
            <w:pPr>
              <w:jc w:val="center"/>
            </w:pPr>
            <w:r>
              <w:rPr>
                <w:b/>
                <w:color w:val="FFFFFF"/>
                <w:sz w:val="15"/>
              </w:rPr>
              <w:t>SKYULTRA</w:t>
            </w:r>
          </w:p>
        </w:tc>
      </w:tr>
      <w:tr w:rsidR="006D1884" w14:paraId="019C9F7E" w14:textId="77777777">
        <w:trPr>
          <w:jc w:val="center"/>
        </w:trPr>
        <w:tc>
          <w:tcPr>
            <w:tcW w:w="2056" w:type="dxa"/>
            <w:shd w:val="clear" w:color="auto" w:fill="E9EFF3"/>
            <w:vAlign w:val="center"/>
          </w:tcPr>
          <w:p w14:paraId="32B47BAC" w14:textId="77777777" w:rsidR="006D1884" w:rsidRDefault="00000000">
            <w:pPr>
              <w:jc w:val="center"/>
            </w:pPr>
            <w:r>
              <w:rPr>
                <w:b/>
                <w:color w:val="111111"/>
                <w:sz w:val="14"/>
              </w:rPr>
              <w:t>1</w:t>
            </w:r>
          </w:p>
        </w:tc>
        <w:tc>
          <w:tcPr>
            <w:tcW w:w="2056" w:type="dxa"/>
            <w:shd w:val="clear" w:color="auto" w:fill="E9EFF3"/>
            <w:vAlign w:val="center"/>
          </w:tcPr>
          <w:p w14:paraId="50F953F8" w14:textId="77777777" w:rsidR="006D1884" w:rsidRDefault="00000000">
            <w:pPr>
              <w:jc w:val="center"/>
            </w:pPr>
            <w:r>
              <w:rPr>
                <w:b/>
                <w:color w:val="111111"/>
                <w:sz w:val="14"/>
              </w:rPr>
              <w:t>80</w:t>
            </w:r>
          </w:p>
        </w:tc>
        <w:tc>
          <w:tcPr>
            <w:tcW w:w="2056" w:type="dxa"/>
            <w:shd w:val="clear" w:color="auto" w:fill="E9EFF3"/>
            <w:vAlign w:val="center"/>
          </w:tcPr>
          <w:p w14:paraId="08172CCF" w14:textId="77777777" w:rsidR="006D1884" w:rsidRDefault="00000000">
            <w:pPr>
              <w:jc w:val="center"/>
            </w:pPr>
            <w:r>
              <w:rPr>
                <w:b/>
                <w:color w:val="111111"/>
                <w:sz w:val="14"/>
              </w:rPr>
              <w:t>90</w:t>
            </w:r>
          </w:p>
        </w:tc>
        <w:tc>
          <w:tcPr>
            <w:tcW w:w="2056" w:type="dxa"/>
            <w:shd w:val="clear" w:color="auto" w:fill="E9EFF3"/>
            <w:vAlign w:val="center"/>
          </w:tcPr>
          <w:p w14:paraId="7C1EC142" w14:textId="77777777" w:rsidR="006D1884" w:rsidRDefault="00000000">
            <w:pPr>
              <w:jc w:val="center"/>
            </w:pPr>
            <w:r>
              <w:rPr>
                <w:b/>
                <w:color w:val="111111"/>
                <w:sz w:val="14"/>
              </w:rPr>
              <w:t>100</w:t>
            </w:r>
          </w:p>
        </w:tc>
        <w:tc>
          <w:tcPr>
            <w:tcW w:w="2056" w:type="dxa"/>
            <w:shd w:val="clear" w:color="auto" w:fill="E9EFF3"/>
            <w:vAlign w:val="center"/>
          </w:tcPr>
          <w:p w14:paraId="42E90CCB" w14:textId="77777777" w:rsidR="006D1884" w:rsidRDefault="00000000">
            <w:pPr>
              <w:jc w:val="center"/>
            </w:pPr>
            <w:r>
              <w:rPr>
                <w:b/>
                <w:color w:val="111111"/>
                <w:sz w:val="14"/>
              </w:rPr>
              <w:t>120</w:t>
            </w:r>
          </w:p>
        </w:tc>
      </w:tr>
      <w:tr w:rsidR="006D1884" w14:paraId="1B463B00" w14:textId="77777777">
        <w:trPr>
          <w:jc w:val="center"/>
        </w:trPr>
        <w:tc>
          <w:tcPr>
            <w:tcW w:w="2056" w:type="dxa"/>
            <w:shd w:val="clear" w:color="auto" w:fill="E9EFF3"/>
            <w:vAlign w:val="center"/>
          </w:tcPr>
          <w:p w14:paraId="709F4CC8" w14:textId="77777777" w:rsidR="006D1884" w:rsidRDefault="00000000">
            <w:pPr>
              <w:jc w:val="center"/>
            </w:pPr>
            <w:r>
              <w:rPr>
                <w:b/>
                <w:color w:val="111111"/>
                <w:sz w:val="14"/>
              </w:rPr>
              <w:t>2</w:t>
            </w:r>
          </w:p>
        </w:tc>
        <w:tc>
          <w:tcPr>
            <w:tcW w:w="2056" w:type="dxa"/>
            <w:shd w:val="clear" w:color="auto" w:fill="E9EFF3"/>
            <w:vAlign w:val="center"/>
          </w:tcPr>
          <w:p w14:paraId="2A5194B6" w14:textId="77777777" w:rsidR="006D1884" w:rsidRDefault="00000000">
            <w:pPr>
              <w:jc w:val="center"/>
            </w:pPr>
            <w:r>
              <w:rPr>
                <w:b/>
                <w:color w:val="111111"/>
                <w:sz w:val="14"/>
              </w:rPr>
              <w:t>74</w:t>
            </w:r>
          </w:p>
        </w:tc>
        <w:tc>
          <w:tcPr>
            <w:tcW w:w="2056" w:type="dxa"/>
            <w:shd w:val="clear" w:color="auto" w:fill="E9EFF3"/>
            <w:vAlign w:val="center"/>
          </w:tcPr>
          <w:p w14:paraId="16C2D978" w14:textId="77777777" w:rsidR="006D1884" w:rsidRDefault="00000000">
            <w:pPr>
              <w:jc w:val="center"/>
            </w:pPr>
            <w:r>
              <w:rPr>
                <w:b/>
                <w:color w:val="111111"/>
                <w:sz w:val="14"/>
              </w:rPr>
              <w:t>83</w:t>
            </w:r>
          </w:p>
        </w:tc>
        <w:tc>
          <w:tcPr>
            <w:tcW w:w="2056" w:type="dxa"/>
            <w:shd w:val="clear" w:color="auto" w:fill="E9EFF3"/>
            <w:vAlign w:val="center"/>
          </w:tcPr>
          <w:p w14:paraId="4C1D91C8" w14:textId="77777777" w:rsidR="006D1884" w:rsidRDefault="00000000">
            <w:pPr>
              <w:jc w:val="center"/>
            </w:pPr>
            <w:r>
              <w:rPr>
                <w:b/>
                <w:color w:val="111111"/>
                <w:sz w:val="14"/>
              </w:rPr>
              <w:t>92</w:t>
            </w:r>
          </w:p>
        </w:tc>
        <w:tc>
          <w:tcPr>
            <w:tcW w:w="2056" w:type="dxa"/>
            <w:shd w:val="clear" w:color="auto" w:fill="E9EFF3"/>
            <w:vAlign w:val="center"/>
          </w:tcPr>
          <w:p w14:paraId="256E808C" w14:textId="77777777" w:rsidR="006D1884" w:rsidRDefault="00000000">
            <w:pPr>
              <w:jc w:val="center"/>
            </w:pPr>
            <w:r>
              <w:rPr>
                <w:b/>
                <w:color w:val="111111"/>
                <w:sz w:val="14"/>
              </w:rPr>
              <w:t>110</w:t>
            </w:r>
          </w:p>
        </w:tc>
      </w:tr>
      <w:tr w:rsidR="006D1884" w14:paraId="3D4CE927" w14:textId="77777777">
        <w:trPr>
          <w:jc w:val="center"/>
        </w:trPr>
        <w:tc>
          <w:tcPr>
            <w:tcW w:w="2056" w:type="dxa"/>
            <w:shd w:val="clear" w:color="auto" w:fill="E9EFF3"/>
            <w:vAlign w:val="center"/>
          </w:tcPr>
          <w:p w14:paraId="7052350E" w14:textId="77777777" w:rsidR="006D1884" w:rsidRDefault="00000000">
            <w:pPr>
              <w:jc w:val="center"/>
            </w:pPr>
            <w:r>
              <w:rPr>
                <w:b/>
                <w:color w:val="111111"/>
                <w:sz w:val="14"/>
              </w:rPr>
              <w:t>3</w:t>
            </w:r>
          </w:p>
        </w:tc>
        <w:tc>
          <w:tcPr>
            <w:tcW w:w="2056" w:type="dxa"/>
            <w:shd w:val="clear" w:color="auto" w:fill="E9EFF3"/>
            <w:vAlign w:val="center"/>
          </w:tcPr>
          <w:p w14:paraId="1CCA53EC" w14:textId="77777777" w:rsidR="006D1884" w:rsidRDefault="00000000">
            <w:pPr>
              <w:jc w:val="center"/>
            </w:pPr>
            <w:r>
              <w:rPr>
                <w:b/>
                <w:color w:val="111111"/>
                <w:sz w:val="14"/>
              </w:rPr>
              <w:t>68</w:t>
            </w:r>
          </w:p>
        </w:tc>
        <w:tc>
          <w:tcPr>
            <w:tcW w:w="2056" w:type="dxa"/>
            <w:shd w:val="clear" w:color="auto" w:fill="E9EFF3"/>
            <w:vAlign w:val="center"/>
          </w:tcPr>
          <w:p w14:paraId="190245B3" w14:textId="77777777" w:rsidR="006D1884" w:rsidRDefault="00000000">
            <w:pPr>
              <w:jc w:val="center"/>
            </w:pPr>
            <w:r>
              <w:rPr>
                <w:b/>
                <w:color w:val="111111"/>
                <w:sz w:val="14"/>
              </w:rPr>
              <w:t>76</w:t>
            </w:r>
          </w:p>
        </w:tc>
        <w:tc>
          <w:tcPr>
            <w:tcW w:w="2056" w:type="dxa"/>
            <w:shd w:val="clear" w:color="auto" w:fill="E9EFF3"/>
            <w:vAlign w:val="center"/>
          </w:tcPr>
          <w:p w14:paraId="0738AA04" w14:textId="77777777" w:rsidR="006D1884" w:rsidRDefault="00000000">
            <w:pPr>
              <w:jc w:val="center"/>
            </w:pPr>
            <w:r>
              <w:rPr>
                <w:b/>
                <w:color w:val="111111"/>
                <w:sz w:val="14"/>
              </w:rPr>
              <w:t>85</w:t>
            </w:r>
          </w:p>
        </w:tc>
        <w:tc>
          <w:tcPr>
            <w:tcW w:w="2056" w:type="dxa"/>
            <w:shd w:val="clear" w:color="auto" w:fill="E9EFF3"/>
            <w:vAlign w:val="center"/>
          </w:tcPr>
          <w:p w14:paraId="23DF0198" w14:textId="77777777" w:rsidR="006D1884" w:rsidRDefault="00000000">
            <w:pPr>
              <w:jc w:val="center"/>
            </w:pPr>
            <w:r>
              <w:rPr>
                <w:b/>
                <w:color w:val="111111"/>
                <w:sz w:val="14"/>
              </w:rPr>
              <w:t>102</w:t>
            </w:r>
          </w:p>
        </w:tc>
      </w:tr>
      <w:tr w:rsidR="006D1884" w14:paraId="73380681" w14:textId="77777777">
        <w:trPr>
          <w:jc w:val="center"/>
        </w:trPr>
        <w:tc>
          <w:tcPr>
            <w:tcW w:w="2056" w:type="dxa"/>
            <w:vAlign w:val="center"/>
          </w:tcPr>
          <w:p w14:paraId="4A995B34" w14:textId="77777777" w:rsidR="006D1884" w:rsidRDefault="00000000">
            <w:pPr>
              <w:jc w:val="center"/>
            </w:pPr>
            <w:r>
              <w:rPr>
                <w:color w:val="111111"/>
                <w:sz w:val="14"/>
              </w:rPr>
              <w:t>4</w:t>
            </w:r>
          </w:p>
        </w:tc>
        <w:tc>
          <w:tcPr>
            <w:tcW w:w="2056" w:type="dxa"/>
            <w:vAlign w:val="center"/>
          </w:tcPr>
          <w:p w14:paraId="784CB227" w14:textId="77777777" w:rsidR="006D1884" w:rsidRDefault="00000000">
            <w:pPr>
              <w:jc w:val="center"/>
            </w:pPr>
            <w:r>
              <w:rPr>
                <w:color w:val="111111"/>
                <w:sz w:val="14"/>
              </w:rPr>
              <w:t>64</w:t>
            </w:r>
          </w:p>
        </w:tc>
        <w:tc>
          <w:tcPr>
            <w:tcW w:w="2056" w:type="dxa"/>
            <w:vAlign w:val="center"/>
          </w:tcPr>
          <w:p w14:paraId="315B8153" w14:textId="77777777" w:rsidR="006D1884" w:rsidRDefault="00000000">
            <w:pPr>
              <w:jc w:val="center"/>
            </w:pPr>
            <w:r>
              <w:rPr>
                <w:color w:val="111111"/>
                <w:sz w:val="14"/>
              </w:rPr>
              <w:t>72</w:t>
            </w:r>
          </w:p>
        </w:tc>
        <w:tc>
          <w:tcPr>
            <w:tcW w:w="2056" w:type="dxa"/>
            <w:vAlign w:val="center"/>
          </w:tcPr>
          <w:p w14:paraId="1E7D0A12" w14:textId="77777777" w:rsidR="006D1884" w:rsidRDefault="00000000">
            <w:pPr>
              <w:jc w:val="center"/>
            </w:pPr>
            <w:r>
              <w:rPr>
                <w:color w:val="111111"/>
                <w:sz w:val="14"/>
              </w:rPr>
              <w:t>80</w:t>
            </w:r>
          </w:p>
        </w:tc>
        <w:tc>
          <w:tcPr>
            <w:tcW w:w="2056" w:type="dxa"/>
            <w:vAlign w:val="center"/>
          </w:tcPr>
          <w:p w14:paraId="3DF821DE" w14:textId="77777777" w:rsidR="006D1884" w:rsidRDefault="00000000">
            <w:pPr>
              <w:jc w:val="center"/>
            </w:pPr>
            <w:r>
              <w:rPr>
                <w:color w:val="111111"/>
                <w:sz w:val="14"/>
              </w:rPr>
              <w:t>96</w:t>
            </w:r>
          </w:p>
        </w:tc>
      </w:tr>
      <w:tr w:rsidR="006D1884" w14:paraId="5523CAF1" w14:textId="77777777">
        <w:trPr>
          <w:jc w:val="center"/>
        </w:trPr>
        <w:tc>
          <w:tcPr>
            <w:tcW w:w="2056" w:type="dxa"/>
            <w:vAlign w:val="center"/>
          </w:tcPr>
          <w:p w14:paraId="475E804B" w14:textId="77777777" w:rsidR="006D1884" w:rsidRDefault="00000000">
            <w:pPr>
              <w:jc w:val="center"/>
            </w:pPr>
            <w:r>
              <w:rPr>
                <w:color w:val="111111"/>
                <w:sz w:val="14"/>
              </w:rPr>
              <w:t>5</w:t>
            </w:r>
          </w:p>
        </w:tc>
        <w:tc>
          <w:tcPr>
            <w:tcW w:w="2056" w:type="dxa"/>
            <w:vAlign w:val="center"/>
          </w:tcPr>
          <w:p w14:paraId="0F6C99C9" w14:textId="77777777" w:rsidR="006D1884" w:rsidRDefault="00000000">
            <w:pPr>
              <w:jc w:val="center"/>
            </w:pPr>
            <w:r>
              <w:rPr>
                <w:color w:val="111111"/>
                <w:sz w:val="14"/>
              </w:rPr>
              <w:t>61</w:t>
            </w:r>
          </w:p>
        </w:tc>
        <w:tc>
          <w:tcPr>
            <w:tcW w:w="2056" w:type="dxa"/>
            <w:vAlign w:val="center"/>
          </w:tcPr>
          <w:p w14:paraId="54547402" w14:textId="77777777" w:rsidR="006D1884" w:rsidRDefault="00000000">
            <w:pPr>
              <w:jc w:val="center"/>
            </w:pPr>
            <w:r>
              <w:rPr>
                <w:color w:val="111111"/>
                <w:sz w:val="14"/>
              </w:rPr>
              <w:t>68</w:t>
            </w:r>
          </w:p>
        </w:tc>
        <w:tc>
          <w:tcPr>
            <w:tcW w:w="2056" w:type="dxa"/>
            <w:vAlign w:val="center"/>
          </w:tcPr>
          <w:p w14:paraId="46F34F36" w14:textId="77777777" w:rsidR="006D1884" w:rsidRDefault="00000000">
            <w:pPr>
              <w:jc w:val="center"/>
            </w:pPr>
            <w:r>
              <w:rPr>
                <w:color w:val="111111"/>
                <w:sz w:val="14"/>
              </w:rPr>
              <w:t>76</w:t>
            </w:r>
          </w:p>
        </w:tc>
        <w:tc>
          <w:tcPr>
            <w:tcW w:w="2056" w:type="dxa"/>
            <w:vAlign w:val="center"/>
          </w:tcPr>
          <w:p w14:paraId="7F32A653" w14:textId="77777777" w:rsidR="006D1884" w:rsidRDefault="00000000">
            <w:pPr>
              <w:jc w:val="center"/>
            </w:pPr>
            <w:r>
              <w:rPr>
                <w:color w:val="111111"/>
                <w:sz w:val="14"/>
              </w:rPr>
              <w:t>91</w:t>
            </w:r>
          </w:p>
        </w:tc>
      </w:tr>
      <w:tr w:rsidR="006D1884" w14:paraId="7E45EBFC" w14:textId="77777777">
        <w:trPr>
          <w:jc w:val="center"/>
        </w:trPr>
        <w:tc>
          <w:tcPr>
            <w:tcW w:w="2056" w:type="dxa"/>
            <w:vAlign w:val="center"/>
          </w:tcPr>
          <w:p w14:paraId="592D6514" w14:textId="77777777" w:rsidR="006D1884" w:rsidRDefault="00000000">
            <w:pPr>
              <w:jc w:val="center"/>
            </w:pPr>
            <w:r>
              <w:rPr>
                <w:color w:val="111111"/>
                <w:sz w:val="14"/>
              </w:rPr>
              <w:t>6</w:t>
            </w:r>
          </w:p>
        </w:tc>
        <w:tc>
          <w:tcPr>
            <w:tcW w:w="2056" w:type="dxa"/>
            <w:vAlign w:val="center"/>
          </w:tcPr>
          <w:p w14:paraId="3D8B8ED3" w14:textId="77777777" w:rsidR="006D1884" w:rsidRDefault="00000000">
            <w:pPr>
              <w:jc w:val="center"/>
            </w:pPr>
            <w:r>
              <w:rPr>
                <w:color w:val="111111"/>
                <w:sz w:val="14"/>
              </w:rPr>
              <w:t>58</w:t>
            </w:r>
          </w:p>
        </w:tc>
        <w:tc>
          <w:tcPr>
            <w:tcW w:w="2056" w:type="dxa"/>
            <w:vAlign w:val="center"/>
          </w:tcPr>
          <w:p w14:paraId="2DF31756" w14:textId="77777777" w:rsidR="006D1884" w:rsidRDefault="00000000">
            <w:pPr>
              <w:jc w:val="center"/>
            </w:pPr>
            <w:r>
              <w:rPr>
                <w:color w:val="111111"/>
                <w:sz w:val="14"/>
              </w:rPr>
              <w:t>65</w:t>
            </w:r>
          </w:p>
        </w:tc>
        <w:tc>
          <w:tcPr>
            <w:tcW w:w="2056" w:type="dxa"/>
            <w:vAlign w:val="center"/>
          </w:tcPr>
          <w:p w14:paraId="61D2FA2F" w14:textId="77777777" w:rsidR="006D1884" w:rsidRDefault="00000000">
            <w:pPr>
              <w:jc w:val="center"/>
            </w:pPr>
            <w:r>
              <w:rPr>
                <w:color w:val="111111"/>
                <w:sz w:val="14"/>
              </w:rPr>
              <w:t>72</w:t>
            </w:r>
          </w:p>
        </w:tc>
        <w:tc>
          <w:tcPr>
            <w:tcW w:w="2056" w:type="dxa"/>
            <w:vAlign w:val="center"/>
          </w:tcPr>
          <w:p w14:paraId="75D4C2E6" w14:textId="77777777" w:rsidR="006D1884" w:rsidRDefault="00000000">
            <w:pPr>
              <w:jc w:val="center"/>
            </w:pPr>
            <w:r>
              <w:rPr>
                <w:color w:val="111111"/>
                <w:sz w:val="14"/>
              </w:rPr>
              <w:t>86</w:t>
            </w:r>
          </w:p>
        </w:tc>
      </w:tr>
      <w:tr w:rsidR="006D1884" w14:paraId="190ED57B" w14:textId="77777777">
        <w:trPr>
          <w:jc w:val="center"/>
        </w:trPr>
        <w:tc>
          <w:tcPr>
            <w:tcW w:w="2056" w:type="dxa"/>
            <w:vAlign w:val="center"/>
          </w:tcPr>
          <w:p w14:paraId="5B7B1B41" w14:textId="77777777" w:rsidR="006D1884" w:rsidRDefault="00000000">
            <w:pPr>
              <w:jc w:val="center"/>
            </w:pPr>
            <w:r>
              <w:rPr>
                <w:color w:val="111111"/>
                <w:sz w:val="14"/>
              </w:rPr>
              <w:t>7</w:t>
            </w:r>
          </w:p>
        </w:tc>
        <w:tc>
          <w:tcPr>
            <w:tcW w:w="2056" w:type="dxa"/>
            <w:vAlign w:val="center"/>
          </w:tcPr>
          <w:p w14:paraId="1CD17E6F" w14:textId="77777777" w:rsidR="006D1884" w:rsidRDefault="00000000">
            <w:pPr>
              <w:jc w:val="center"/>
            </w:pPr>
            <w:r>
              <w:rPr>
                <w:color w:val="111111"/>
                <w:sz w:val="14"/>
              </w:rPr>
              <w:t>55</w:t>
            </w:r>
          </w:p>
        </w:tc>
        <w:tc>
          <w:tcPr>
            <w:tcW w:w="2056" w:type="dxa"/>
            <w:vAlign w:val="center"/>
          </w:tcPr>
          <w:p w14:paraId="2BEC186E" w14:textId="77777777" w:rsidR="006D1884" w:rsidRDefault="00000000">
            <w:pPr>
              <w:jc w:val="center"/>
            </w:pPr>
            <w:r>
              <w:rPr>
                <w:color w:val="111111"/>
                <w:sz w:val="14"/>
              </w:rPr>
              <w:t>62</w:t>
            </w:r>
          </w:p>
        </w:tc>
        <w:tc>
          <w:tcPr>
            <w:tcW w:w="2056" w:type="dxa"/>
            <w:vAlign w:val="center"/>
          </w:tcPr>
          <w:p w14:paraId="1B71FEF7" w14:textId="77777777" w:rsidR="006D1884" w:rsidRDefault="00000000">
            <w:pPr>
              <w:jc w:val="center"/>
            </w:pPr>
            <w:r>
              <w:rPr>
                <w:color w:val="111111"/>
                <w:sz w:val="14"/>
              </w:rPr>
              <w:t>69</w:t>
            </w:r>
          </w:p>
        </w:tc>
        <w:tc>
          <w:tcPr>
            <w:tcW w:w="2056" w:type="dxa"/>
            <w:vAlign w:val="center"/>
          </w:tcPr>
          <w:p w14:paraId="7F4F1CBF" w14:textId="77777777" w:rsidR="006D1884" w:rsidRDefault="00000000">
            <w:pPr>
              <w:jc w:val="center"/>
            </w:pPr>
            <w:r>
              <w:rPr>
                <w:color w:val="111111"/>
                <w:sz w:val="14"/>
              </w:rPr>
              <w:t>83</w:t>
            </w:r>
          </w:p>
        </w:tc>
      </w:tr>
      <w:tr w:rsidR="006D1884" w14:paraId="7C3BF148" w14:textId="77777777">
        <w:trPr>
          <w:jc w:val="center"/>
        </w:trPr>
        <w:tc>
          <w:tcPr>
            <w:tcW w:w="2056" w:type="dxa"/>
            <w:vAlign w:val="center"/>
          </w:tcPr>
          <w:p w14:paraId="6920A087" w14:textId="77777777" w:rsidR="006D1884" w:rsidRDefault="00000000">
            <w:pPr>
              <w:jc w:val="center"/>
            </w:pPr>
            <w:r>
              <w:rPr>
                <w:color w:val="111111"/>
                <w:sz w:val="14"/>
              </w:rPr>
              <w:t>8</w:t>
            </w:r>
          </w:p>
        </w:tc>
        <w:tc>
          <w:tcPr>
            <w:tcW w:w="2056" w:type="dxa"/>
            <w:vAlign w:val="center"/>
          </w:tcPr>
          <w:p w14:paraId="23BB5ADF" w14:textId="77777777" w:rsidR="006D1884" w:rsidRDefault="00000000">
            <w:pPr>
              <w:jc w:val="center"/>
            </w:pPr>
            <w:r>
              <w:rPr>
                <w:color w:val="111111"/>
                <w:sz w:val="14"/>
              </w:rPr>
              <w:t>53</w:t>
            </w:r>
          </w:p>
        </w:tc>
        <w:tc>
          <w:tcPr>
            <w:tcW w:w="2056" w:type="dxa"/>
            <w:vAlign w:val="center"/>
          </w:tcPr>
          <w:p w14:paraId="6599F234" w14:textId="77777777" w:rsidR="006D1884" w:rsidRDefault="00000000">
            <w:pPr>
              <w:jc w:val="center"/>
            </w:pPr>
            <w:r>
              <w:rPr>
                <w:color w:val="111111"/>
                <w:sz w:val="14"/>
              </w:rPr>
              <w:t>59</w:t>
            </w:r>
          </w:p>
        </w:tc>
        <w:tc>
          <w:tcPr>
            <w:tcW w:w="2056" w:type="dxa"/>
            <w:vAlign w:val="center"/>
          </w:tcPr>
          <w:p w14:paraId="5DEDA2E2" w14:textId="77777777" w:rsidR="006D1884" w:rsidRDefault="00000000">
            <w:pPr>
              <w:jc w:val="center"/>
            </w:pPr>
            <w:r>
              <w:rPr>
                <w:color w:val="111111"/>
                <w:sz w:val="14"/>
              </w:rPr>
              <w:t>66</w:t>
            </w:r>
          </w:p>
        </w:tc>
        <w:tc>
          <w:tcPr>
            <w:tcW w:w="2056" w:type="dxa"/>
            <w:vAlign w:val="center"/>
          </w:tcPr>
          <w:p w14:paraId="008EAAD2" w14:textId="77777777" w:rsidR="006D1884" w:rsidRDefault="00000000">
            <w:pPr>
              <w:jc w:val="center"/>
            </w:pPr>
            <w:r>
              <w:rPr>
                <w:color w:val="111111"/>
                <w:sz w:val="14"/>
              </w:rPr>
              <w:t>79</w:t>
            </w:r>
          </w:p>
        </w:tc>
      </w:tr>
      <w:tr w:rsidR="006D1884" w14:paraId="51E22DD7" w14:textId="77777777">
        <w:trPr>
          <w:jc w:val="center"/>
        </w:trPr>
        <w:tc>
          <w:tcPr>
            <w:tcW w:w="2056" w:type="dxa"/>
            <w:vAlign w:val="center"/>
          </w:tcPr>
          <w:p w14:paraId="22A463CD" w14:textId="77777777" w:rsidR="006D1884" w:rsidRDefault="00000000">
            <w:pPr>
              <w:jc w:val="center"/>
            </w:pPr>
            <w:r>
              <w:rPr>
                <w:color w:val="111111"/>
                <w:sz w:val="14"/>
              </w:rPr>
              <w:t>9</w:t>
            </w:r>
          </w:p>
        </w:tc>
        <w:tc>
          <w:tcPr>
            <w:tcW w:w="2056" w:type="dxa"/>
            <w:vAlign w:val="center"/>
          </w:tcPr>
          <w:p w14:paraId="17956C3E" w14:textId="77777777" w:rsidR="006D1884" w:rsidRDefault="00000000">
            <w:pPr>
              <w:jc w:val="center"/>
            </w:pPr>
            <w:r>
              <w:rPr>
                <w:color w:val="111111"/>
                <w:sz w:val="14"/>
              </w:rPr>
              <w:t>50</w:t>
            </w:r>
          </w:p>
        </w:tc>
        <w:tc>
          <w:tcPr>
            <w:tcW w:w="2056" w:type="dxa"/>
            <w:vAlign w:val="center"/>
          </w:tcPr>
          <w:p w14:paraId="5A6645E9" w14:textId="77777777" w:rsidR="006D1884" w:rsidRDefault="00000000">
            <w:pPr>
              <w:jc w:val="center"/>
            </w:pPr>
            <w:r>
              <w:rPr>
                <w:color w:val="111111"/>
                <w:sz w:val="14"/>
              </w:rPr>
              <w:t>57</w:t>
            </w:r>
          </w:p>
        </w:tc>
        <w:tc>
          <w:tcPr>
            <w:tcW w:w="2056" w:type="dxa"/>
            <w:vAlign w:val="center"/>
          </w:tcPr>
          <w:p w14:paraId="2094EF1C" w14:textId="77777777" w:rsidR="006D1884" w:rsidRDefault="00000000">
            <w:pPr>
              <w:jc w:val="center"/>
            </w:pPr>
            <w:r>
              <w:rPr>
                <w:color w:val="111111"/>
                <w:sz w:val="14"/>
              </w:rPr>
              <w:t>63</w:t>
            </w:r>
          </w:p>
        </w:tc>
        <w:tc>
          <w:tcPr>
            <w:tcW w:w="2056" w:type="dxa"/>
            <w:vAlign w:val="center"/>
          </w:tcPr>
          <w:p w14:paraId="0CA5DB7E" w14:textId="77777777" w:rsidR="006D1884" w:rsidRDefault="00000000">
            <w:pPr>
              <w:jc w:val="center"/>
            </w:pPr>
            <w:r>
              <w:rPr>
                <w:color w:val="111111"/>
                <w:sz w:val="14"/>
              </w:rPr>
              <w:t>76</w:t>
            </w:r>
          </w:p>
        </w:tc>
      </w:tr>
      <w:tr w:rsidR="006D1884" w14:paraId="4B48F68B" w14:textId="77777777">
        <w:trPr>
          <w:jc w:val="center"/>
        </w:trPr>
        <w:tc>
          <w:tcPr>
            <w:tcW w:w="2056" w:type="dxa"/>
            <w:vAlign w:val="center"/>
          </w:tcPr>
          <w:p w14:paraId="6D056C5E" w14:textId="77777777" w:rsidR="006D1884" w:rsidRDefault="00000000">
            <w:pPr>
              <w:jc w:val="center"/>
            </w:pPr>
            <w:r>
              <w:rPr>
                <w:color w:val="111111"/>
                <w:sz w:val="14"/>
              </w:rPr>
              <w:t>10</w:t>
            </w:r>
          </w:p>
        </w:tc>
        <w:tc>
          <w:tcPr>
            <w:tcW w:w="2056" w:type="dxa"/>
            <w:vAlign w:val="center"/>
          </w:tcPr>
          <w:p w14:paraId="041B3522" w14:textId="77777777" w:rsidR="006D1884" w:rsidRDefault="00000000">
            <w:pPr>
              <w:jc w:val="center"/>
            </w:pPr>
            <w:r>
              <w:rPr>
                <w:color w:val="111111"/>
                <w:sz w:val="14"/>
              </w:rPr>
              <w:t>48</w:t>
            </w:r>
          </w:p>
        </w:tc>
        <w:tc>
          <w:tcPr>
            <w:tcW w:w="2056" w:type="dxa"/>
            <w:vAlign w:val="center"/>
          </w:tcPr>
          <w:p w14:paraId="22D20AE2" w14:textId="77777777" w:rsidR="006D1884" w:rsidRDefault="00000000">
            <w:pPr>
              <w:jc w:val="center"/>
            </w:pPr>
            <w:r>
              <w:rPr>
                <w:color w:val="111111"/>
                <w:sz w:val="14"/>
              </w:rPr>
              <w:t>54</w:t>
            </w:r>
          </w:p>
        </w:tc>
        <w:tc>
          <w:tcPr>
            <w:tcW w:w="2056" w:type="dxa"/>
            <w:vAlign w:val="center"/>
          </w:tcPr>
          <w:p w14:paraId="6EF8360C" w14:textId="77777777" w:rsidR="006D1884" w:rsidRDefault="00000000">
            <w:pPr>
              <w:jc w:val="center"/>
            </w:pPr>
            <w:r>
              <w:rPr>
                <w:color w:val="111111"/>
                <w:sz w:val="14"/>
              </w:rPr>
              <w:t>60</w:t>
            </w:r>
          </w:p>
        </w:tc>
        <w:tc>
          <w:tcPr>
            <w:tcW w:w="2056" w:type="dxa"/>
            <w:vAlign w:val="center"/>
          </w:tcPr>
          <w:p w14:paraId="433E622B" w14:textId="77777777" w:rsidR="006D1884" w:rsidRDefault="00000000">
            <w:pPr>
              <w:jc w:val="center"/>
            </w:pPr>
            <w:r>
              <w:rPr>
                <w:color w:val="111111"/>
                <w:sz w:val="14"/>
              </w:rPr>
              <w:t>72</w:t>
            </w:r>
          </w:p>
        </w:tc>
      </w:tr>
      <w:tr w:rsidR="006D1884" w14:paraId="1D2A73FD" w14:textId="77777777">
        <w:trPr>
          <w:jc w:val="center"/>
        </w:trPr>
        <w:tc>
          <w:tcPr>
            <w:tcW w:w="2056" w:type="dxa"/>
            <w:vAlign w:val="center"/>
          </w:tcPr>
          <w:p w14:paraId="4927140D" w14:textId="77777777" w:rsidR="006D1884" w:rsidRDefault="00000000">
            <w:pPr>
              <w:jc w:val="center"/>
            </w:pPr>
            <w:r>
              <w:rPr>
                <w:color w:val="111111"/>
                <w:sz w:val="14"/>
              </w:rPr>
              <w:t>11</w:t>
            </w:r>
          </w:p>
        </w:tc>
        <w:tc>
          <w:tcPr>
            <w:tcW w:w="2056" w:type="dxa"/>
            <w:vAlign w:val="center"/>
          </w:tcPr>
          <w:p w14:paraId="7B392397" w14:textId="77777777" w:rsidR="006D1884" w:rsidRDefault="00000000">
            <w:pPr>
              <w:jc w:val="center"/>
            </w:pPr>
            <w:r>
              <w:rPr>
                <w:color w:val="111111"/>
                <w:sz w:val="14"/>
              </w:rPr>
              <w:t>46</w:t>
            </w:r>
          </w:p>
        </w:tc>
        <w:tc>
          <w:tcPr>
            <w:tcW w:w="2056" w:type="dxa"/>
            <w:vAlign w:val="center"/>
          </w:tcPr>
          <w:p w14:paraId="5A175522" w14:textId="77777777" w:rsidR="006D1884" w:rsidRDefault="00000000">
            <w:pPr>
              <w:jc w:val="center"/>
            </w:pPr>
            <w:r>
              <w:rPr>
                <w:color w:val="111111"/>
                <w:sz w:val="14"/>
              </w:rPr>
              <w:t>52</w:t>
            </w:r>
          </w:p>
        </w:tc>
        <w:tc>
          <w:tcPr>
            <w:tcW w:w="2056" w:type="dxa"/>
            <w:vAlign w:val="center"/>
          </w:tcPr>
          <w:p w14:paraId="4C29EE2A" w14:textId="77777777" w:rsidR="006D1884" w:rsidRDefault="00000000">
            <w:pPr>
              <w:jc w:val="center"/>
            </w:pPr>
            <w:r>
              <w:rPr>
                <w:color w:val="111111"/>
                <w:sz w:val="14"/>
              </w:rPr>
              <w:t>58</w:t>
            </w:r>
          </w:p>
        </w:tc>
        <w:tc>
          <w:tcPr>
            <w:tcW w:w="2056" w:type="dxa"/>
            <w:vAlign w:val="center"/>
          </w:tcPr>
          <w:p w14:paraId="7FA2A1E9" w14:textId="77777777" w:rsidR="006D1884" w:rsidRDefault="00000000">
            <w:pPr>
              <w:jc w:val="center"/>
            </w:pPr>
            <w:r>
              <w:rPr>
                <w:color w:val="111111"/>
                <w:sz w:val="14"/>
              </w:rPr>
              <w:t>70</w:t>
            </w:r>
          </w:p>
        </w:tc>
      </w:tr>
      <w:tr w:rsidR="006D1884" w14:paraId="23D366A6" w14:textId="77777777">
        <w:trPr>
          <w:jc w:val="center"/>
        </w:trPr>
        <w:tc>
          <w:tcPr>
            <w:tcW w:w="2056" w:type="dxa"/>
            <w:vAlign w:val="center"/>
          </w:tcPr>
          <w:p w14:paraId="00B06CA2" w14:textId="77777777" w:rsidR="006D1884" w:rsidRDefault="00000000">
            <w:pPr>
              <w:jc w:val="center"/>
            </w:pPr>
            <w:r>
              <w:rPr>
                <w:color w:val="111111"/>
                <w:sz w:val="14"/>
              </w:rPr>
              <w:t>12</w:t>
            </w:r>
          </w:p>
        </w:tc>
        <w:tc>
          <w:tcPr>
            <w:tcW w:w="2056" w:type="dxa"/>
            <w:vAlign w:val="center"/>
          </w:tcPr>
          <w:p w14:paraId="0B442D6A" w14:textId="77777777" w:rsidR="006D1884" w:rsidRDefault="00000000">
            <w:pPr>
              <w:jc w:val="center"/>
            </w:pPr>
            <w:r>
              <w:rPr>
                <w:color w:val="111111"/>
                <w:sz w:val="14"/>
              </w:rPr>
              <w:t>44</w:t>
            </w:r>
          </w:p>
        </w:tc>
        <w:tc>
          <w:tcPr>
            <w:tcW w:w="2056" w:type="dxa"/>
            <w:vAlign w:val="center"/>
          </w:tcPr>
          <w:p w14:paraId="518EF594" w14:textId="77777777" w:rsidR="006D1884" w:rsidRDefault="00000000">
            <w:pPr>
              <w:jc w:val="center"/>
            </w:pPr>
            <w:r>
              <w:rPr>
                <w:color w:val="111111"/>
                <w:sz w:val="14"/>
              </w:rPr>
              <w:t>50</w:t>
            </w:r>
          </w:p>
        </w:tc>
        <w:tc>
          <w:tcPr>
            <w:tcW w:w="2056" w:type="dxa"/>
            <w:vAlign w:val="center"/>
          </w:tcPr>
          <w:p w14:paraId="74700B56" w14:textId="77777777" w:rsidR="006D1884" w:rsidRDefault="00000000">
            <w:pPr>
              <w:jc w:val="center"/>
            </w:pPr>
            <w:r>
              <w:rPr>
                <w:color w:val="111111"/>
                <w:sz w:val="14"/>
              </w:rPr>
              <w:t>55</w:t>
            </w:r>
          </w:p>
        </w:tc>
        <w:tc>
          <w:tcPr>
            <w:tcW w:w="2056" w:type="dxa"/>
            <w:vAlign w:val="center"/>
          </w:tcPr>
          <w:p w14:paraId="096FDF3A" w14:textId="77777777" w:rsidR="006D1884" w:rsidRDefault="00000000">
            <w:pPr>
              <w:jc w:val="center"/>
            </w:pPr>
            <w:r>
              <w:rPr>
                <w:color w:val="111111"/>
                <w:sz w:val="14"/>
              </w:rPr>
              <w:t>66</w:t>
            </w:r>
          </w:p>
        </w:tc>
      </w:tr>
      <w:tr w:rsidR="006D1884" w14:paraId="6C6F0B1C" w14:textId="77777777">
        <w:trPr>
          <w:jc w:val="center"/>
        </w:trPr>
        <w:tc>
          <w:tcPr>
            <w:tcW w:w="2056" w:type="dxa"/>
            <w:vAlign w:val="center"/>
          </w:tcPr>
          <w:p w14:paraId="0015B916" w14:textId="77777777" w:rsidR="006D1884" w:rsidRDefault="00000000">
            <w:pPr>
              <w:jc w:val="center"/>
            </w:pPr>
            <w:r>
              <w:rPr>
                <w:color w:val="111111"/>
                <w:sz w:val="14"/>
              </w:rPr>
              <w:t>13</w:t>
            </w:r>
          </w:p>
        </w:tc>
        <w:tc>
          <w:tcPr>
            <w:tcW w:w="2056" w:type="dxa"/>
            <w:vAlign w:val="center"/>
          </w:tcPr>
          <w:p w14:paraId="5C6A3F1B" w14:textId="77777777" w:rsidR="006D1884" w:rsidRDefault="00000000">
            <w:pPr>
              <w:jc w:val="center"/>
            </w:pPr>
            <w:r>
              <w:rPr>
                <w:color w:val="111111"/>
                <w:sz w:val="14"/>
              </w:rPr>
              <w:t>42</w:t>
            </w:r>
          </w:p>
        </w:tc>
        <w:tc>
          <w:tcPr>
            <w:tcW w:w="2056" w:type="dxa"/>
            <w:vAlign w:val="center"/>
          </w:tcPr>
          <w:p w14:paraId="7303DEE6" w14:textId="77777777" w:rsidR="006D1884" w:rsidRDefault="00000000">
            <w:pPr>
              <w:jc w:val="center"/>
            </w:pPr>
            <w:r>
              <w:rPr>
                <w:color w:val="111111"/>
                <w:sz w:val="14"/>
              </w:rPr>
              <w:t>48</w:t>
            </w:r>
          </w:p>
        </w:tc>
        <w:tc>
          <w:tcPr>
            <w:tcW w:w="2056" w:type="dxa"/>
            <w:vAlign w:val="center"/>
          </w:tcPr>
          <w:p w14:paraId="768B2133" w14:textId="77777777" w:rsidR="006D1884" w:rsidRDefault="00000000">
            <w:pPr>
              <w:jc w:val="center"/>
            </w:pPr>
            <w:r>
              <w:rPr>
                <w:color w:val="111111"/>
                <w:sz w:val="14"/>
              </w:rPr>
              <w:t>53</w:t>
            </w:r>
          </w:p>
        </w:tc>
        <w:tc>
          <w:tcPr>
            <w:tcW w:w="2056" w:type="dxa"/>
            <w:vAlign w:val="center"/>
          </w:tcPr>
          <w:p w14:paraId="5285A746" w14:textId="77777777" w:rsidR="006D1884" w:rsidRDefault="00000000">
            <w:pPr>
              <w:jc w:val="center"/>
            </w:pPr>
            <w:r>
              <w:rPr>
                <w:color w:val="111111"/>
                <w:sz w:val="14"/>
              </w:rPr>
              <w:t>64</w:t>
            </w:r>
          </w:p>
        </w:tc>
      </w:tr>
      <w:tr w:rsidR="006D1884" w14:paraId="5D383369" w14:textId="77777777">
        <w:trPr>
          <w:jc w:val="center"/>
        </w:trPr>
        <w:tc>
          <w:tcPr>
            <w:tcW w:w="2056" w:type="dxa"/>
            <w:vAlign w:val="center"/>
          </w:tcPr>
          <w:p w14:paraId="7B0A1379" w14:textId="77777777" w:rsidR="006D1884" w:rsidRDefault="00000000">
            <w:pPr>
              <w:jc w:val="center"/>
            </w:pPr>
            <w:r>
              <w:rPr>
                <w:color w:val="111111"/>
                <w:sz w:val="14"/>
              </w:rPr>
              <w:lastRenderedPageBreak/>
              <w:t>14</w:t>
            </w:r>
          </w:p>
        </w:tc>
        <w:tc>
          <w:tcPr>
            <w:tcW w:w="2056" w:type="dxa"/>
            <w:vAlign w:val="center"/>
          </w:tcPr>
          <w:p w14:paraId="4C9A1526" w14:textId="77777777" w:rsidR="006D1884" w:rsidRDefault="00000000">
            <w:pPr>
              <w:jc w:val="center"/>
            </w:pPr>
            <w:r>
              <w:rPr>
                <w:color w:val="111111"/>
                <w:sz w:val="14"/>
              </w:rPr>
              <w:t>40</w:t>
            </w:r>
          </w:p>
        </w:tc>
        <w:tc>
          <w:tcPr>
            <w:tcW w:w="2056" w:type="dxa"/>
            <w:vAlign w:val="center"/>
          </w:tcPr>
          <w:p w14:paraId="4E2A26F3" w14:textId="77777777" w:rsidR="006D1884" w:rsidRDefault="00000000">
            <w:pPr>
              <w:jc w:val="center"/>
            </w:pPr>
            <w:r>
              <w:rPr>
                <w:color w:val="111111"/>
                <w:sz w:val="14"/>
              </w:rPr>
              <w:t>45</w:t>
            </w:r>
          </w:p>
        </w:tc>
        <w:tc>
          <w:tcPr>
            <w:tcW w:w="2056" w:type="dxa"/>
            <w:vAlign w:val="center"/>
          </w:tcPr>
          <w:p w14:paraId="42251171" w14:textId="77777777" w:rsidR="006D1884" w:rsidRDefault="00000000">
            <w:pPr>
              <w:jc w:val="center"/>
            </w:pPr>
            <w:r>
              <w:rPr>
                <w:color w:val="111111"/>
                <w:sz w:val="14"/>
              </w:rPr>
              <w:t>50</w:t>
            </w:r>
          </w:p>
        </w:tc>
        <w:tc>
          <w:tcPr>
            <w:tcW w:w="2056" w:type="dxa"/>
            <w:vAlign w:val="center"/>
          </w:tcPr>
          <w:p w14:paraId="231AFBBC" w14:textId="77777777" w:rsidR="006D1884" w:rsidRDefault="00000000">
            <w:pPr>
              <w:jc w:val="center"/>
            </w:pPr>
            <w:r>
              <w:rPr>
                <w:color w:val="111111"/>
                <w:sz w:val="14"/>
              </w:rPr>
              <w:t>60</w:t>
            </w:r>
          </w:p>
        </w:tc>
      </w:tr>
      <w:tr w:rsidR="006D1884" w14:paraId="5014CF00" w14:textId="77777777">
        <w:trPr>
          <w:jc w:val="center"/>
        </w:trPr>
        <w:tc>
          <w:tcPr>
            <w:tcW w:w="2056" w:type="dxa"/>
            <w:vAlign w:val="center"/>
          </w:tcPr>
          <w:p w14:paraId="5019345C" w14:textId="77777777" w:rsidR="006D1884" w:rsidRDefault="00000000">
            <w:pPr>
              <w:jc w:val="center"/>
            </w:pPr>
            <w:r>
              <w:rPr>
                <w:color w:val="111111"/>
                <w:sz w:val="14"/>
              </w:rPr>
              <w:t>15</w:t>
            </w:r>
          </w:p>
        </w:tc>
        <w:tc>
          <w:tcPr>
            <w:tcW w:w="2056" w:type="dxa"/>
            <w:vAlign w:val="center"/>
          </w:tcPr>
          <w:p w14:paraId="71FA98DE" w14:textId="77777777" w:rsidR="006D1884" w:rsidRDefault="00000000">
            <w:pPr>
              <w:jc w:val="center"/>
            </w:pPr>
            <w:r>
              <w:rPr>
                <w:color w:val="111111"/>
                <w:sz w:val="14"/>
              </w:rPr>
              <w:t>38</w:t>
            </w:r>
          </w:p>
        </w:tc>
        <w:tc>
          <w:tcPr>
            <w:tcW w:w="2056" w:type="dxa"/>
            <w:vAlign w:val="center"/>
          </w:tcPr>
          <w:p w14:paraId="35C7689F" w14:textId="77777777" w:rsidR="006D1884" w:rsidRDefault="00000000">
            <w:pPr>
              <w:jc w:val="center"/>
            </w:pPr>
            <w:r>
              <w:rPr>
                <w:color w:val="111111"/>
                <w:sz w:val="14"/>
              </w:rPr>
              <w:t>43</w:t>
            </w:r>
          </w:p>
        </w:tc>
        <w:tc>
          <w:tcPr>
            <w:tcW w:w="2056" w:type="dxa"/>
            <w:vAlign w:val="center"/>
          </w:tcPr>
          <w:p w14:paraId="3E056BDC" w14:textId="77777777" w:rsidR="006D1884" w:rsidRDefault="00000000">
            <w:pPr>
              <w:jc w:val="center"/>
            </w:pPr>
            <w:r>
              <w:rPr>
                <w:color w:val="111111"/>
                <w:sz w:val="14"/>
              </w:rPr>
              <w:t>48</w:t>
            </w:r>
          </w:p>
        </w:tc>
        <w:tc>
          <w:tcPr>
            <w:tcW w:w="2056" w:type="dxa"/>
            <w:vAlign w:val="center"/>
          </w:tcPr>
          <w:p w14:paraId="7107B76D" w14:textId="77777777" w:rsidR="006D1884" w:rsidRDefault="00000000">
            <w:pPr>
              <w:jc w:val="center"/>
            </w:pPr>
            <w:r>
              <w:rPr>
                <w:color w:val="111111"/>
                <w:sz w:val="14"/>
              </w:rPr>
              <w:t>58</w:t>
            </w:r>
          </w:p>
        </w:tc>
      </w:tr>
      <w:tr w:rsidR="006D1884" w14:paraId="7C773B89" w14:textId="77777777">
        <w:trPr>
          <w:jc w:val="center"/>
        </w:trPr>
        <w:tc>
          <w:tcPr>
            <w:tcW w:w="2056" w:type="dxa"/>
            <w:vAlign w:val="center"/>
          </w:tcPr>
          <w:p w14:paraId="49561D53" w14:textId="77777777" w:rsidR="006D1884" w:rsidRDefault="00000000">
            <w:pPr>
              <w:jc w:val="center"/>
            </w:pPr>
            <w:r>
              <w:rPr>
                <w:color w:val="111111"/>
                <w:sz w:val="14"/>
              </w:rPr>
              <w:t>16</w:t>
            </w:r>
          </w:p>
        </w:tc>
        <w:tc>
          <w:tcPr>
            <w:tcW w:w="2056" w:type="dxa"/>
            <w:vAlign w:val="center"/>
          </w:tcPr>
          <w:p w14:paraId="07AFC954" w14:textId="77777777" w:rsidR="006D1884" w:rsidRDefault="00000000">
            <w:pPr>
              <w:jc w:val="center"/>
            </w:pPr>
            <w:r>
              <w:rPr>
                <w:color w:val="111111"/>
                <w:sz w:val="14"/>
              </w:rPr>
              <w:t>37</w:t>
            </w:r>
          </w:p>
        </w:tc>
        <w:tc>
          <w:tcPr>
            <w:tcW w:w="2056" w:type="dxa"/>
            <w:vAlign w:val="center"/>
          </w:tcPr>
          <w:p w14:paraId="7DCB5CA0" w14:textId="77777777" w:rsidR="006D1884" w:rsidRDefault="00000000">
            <w:pPr>
              <w:jc w:val="center"/>
            </w:pPr>
            <w:r>
              <w:rPr>
                <w:color w:val="111111"/>
                <w:sz w:val="14"/>
              </w:rPr>
              <w:t>41</w:t>
            </w:r>
          </w:p>
        </w:tc>
        <w:tc>
          <w:tcPr>
            <w:tcW w:w="2056" w:type="dxa"/>
            <w:vAlign w:val="center"/>
          </w:tcPr>
          <w:p w14:paraId="7DAD6068" w14:textId="77777777" w:rsidR="006D1884" w:rsidRDefault="00000000">
            <w:pPr>
              <w:jc w:val="center"/>
            </w:pPr>
            <w:r>
              <w:rPr>
                <w:color w:val="111111"/>
                <w:sz w:val="14"/>
              </w:rPr>
              <w:t>46</w:t>
            </w:r>
          </w:p>
        </w:tc>
        <w:tc>
          <w:tcPr>
            <w:tcW w:w="2056" w:type="dxa"/>
            <w:vAlign w:val="center"/>
          </w:tcPr>
          <w:p w14:paraId="7F586067" w14:textId="77777777" w:rsidR="006D1884" w:rsidRDefault="00000000">
            <w:pPr>
              <w:jc w:val="center"/>
            </w:pPr>
            <w:r>
              <w:rPr>
                <w:color w:val="111111"/>
                <w:sz w:val="14"/>
              </w:rPr>
              <w:t>55</w:t>
            </w:r>
          </w:p>
        </w:tc>
      </w:tr>
      <w:tr w:rsidR="006D1884" w14:paraId="4B13EFA7" w14:textId="77777777">
        <w:trPr>
          <w:jc w:val="center"/>
        </w:trPr>
        <w:tc>
          <w:tcPr>
            <w:tcW w:w="2056" w:type="dxa"/>
            <w:vAlign w:val="center"/>
          </w:tcPr>
          <w:p w14:paraId="0533FB2C" w14:textId="77777777" w:rsidR="006D1884" w:rsidRDefault="00000000">
            <w:pPr>
              <w:jc w:val="center"/>
            </w:pPr>
            <w:r>
              <w:rPr>
                <w:color w:val="111111"/>
                <w:sz w:val="14"/>
              </w:rPr>
              <w:t>17</w:t>
            </w:r>
          </w:p>
        </w:tc>
        <w:tc>
          <w:tcPr>
            <w:tcW w:w="2056" w:type="dxa"/>
            <w:vAlign w:val="center"/>
          </w:tcPr>
          <w:p w14:paraId="363778F6" w14:textId="77777777" w:rsidR="006D1884" w:rsidRDefault="00000000">
            <w:pPr>
              <w:jc w:val="center"/>
            </w:pPr>
            <w:r>
              <w:rPr>
                <w:color w:val="111111"/>
                <w:sz w:val="14"/>
              </w:rPr>
              <w:t>36</w:t>
            </w:r>
          </w:p>
        </w:tc>
        <w:tc>
          <w:tcPr>
            <w:tcW w:w="2056" w:type="dxa"/>
            <w:vAlign w:val="center"/>
          </w:tcPr>
          <w:p w14:paraId="09285521" w14:textId="77777777" w:rsidR="006D1884" w:rsidRDefault="00000000">
            <w:pPr>
              <w:jc w:val="center"/>
            </w:pPr>
            <w:r>
              <w:rPr>
                <w:color w:val="111111"/>
                <w:sz w:val="14"/>
              </w:rPr>
              <w:t>40</w:t>
            </w:r>
          </w:p>
        </w:tc>
        <w:tc>
          <w:tcPr>
            <w:tcW w:w="2056" w:type="dxa"/>
            <w:vAlign w:val="center"/>
          </w:tcPr>
          <w:p w14:paraId="6B568BB5" w14:textId="77777777" w:rsidR="006D1884" w:rsidRDefault="00000000">
            <w:pPr>
              <w:jc w:val="center"/>
            </w:pPr>
            <w:r>
              <w:rPr>
                <w:color w:val="111111"/>
                <w:sz w:val="14"/>
              </w:rPr>
              <w:t>44</w:t>
            </w:r>
          </w:p>
        </w:tc>
        <w:tc>
          <w:tcPr>
            <w:tcW w:w="2056" w:type="dxa"/>
            <w:vAlign w:val="center"/>
          </w:tcPr>
          <w:p w14:paraId="723A8BD9" w14:textId="77777777" w:rsidR="006D1884" w:rsidRDefault="00000000">
            <w:pPr>
              <w:jc w:val="center"/>
            </w:pPr>
            <w:r>
              <w:rPr>
                <w:color w:val="111111"/>
                <w:sz w:val="14"/>
              </w:rPr>
              <w:t>53</w:t>
            </w:r>
          </w:p>
        </w:tc>
      </w:tr>
      <w:tr w:rsidR="006D1884" w14:paraId="0B15D606" w14:textId="77777777">
        <w:trPr>
          <w:jc w:val="center"/>
        </w:trPr>
        <w:tc>
          <w:tcPr>
            <w:tcW w:w="2056" w:type="dxa"/>
            <w:vAlign w:val="center"/>
          </w:tcPr>
          <w:p w14:paraId="56DDC231" w14:textId="77777777" w:rsidR="006D1884" w:rsidRDefault="00000000">
            <w:pPr>
              <w:jc w:val="center"/>
            </w:pPr>
            <w:r>
              <w:rPr>
                <w:color w:val="111111"/>
                <w:sz w:val="14"/>
              </w:rPr>
              <w:t>18</w:t>
            </w:r>
          </w:p>
        </w:tc>
        <w:tc>
          <w:tcPr>
            <w:tcW w:w="2056" w:type="dxa"/>
            <w:vAlign w:val="center"/>
          </w:tcPr>
          <w:p w14:paraId="146FBA8E" w14:textId="77777777" w:rsidR="006D1884" w:rsidRDefault="00000000">
            <w:pPr>
              <w:jc w:val="center"/>
            </w:pPr>
            <w:r>
              <w:rPr>
                <w:color w:val="111111"/>
                <w:sz w:val="14"/>
              </w:rPr>
              <w:t>35</w:t>
            </w:r>
          </w:p>
        </w:tc>
        <w:tc>
          <w:tcPr>
            <w:tcW w:w="2056" w:type="dxa"/>
            <w:vAlign w:val="center"/>
          </w:tcPr>
          <w:p w14:paraId="1D548A84" w14:textId="77777777" w:rsidR="006D1884" w:rsidRDefault="00000000">
            <w:pPr>
              <w:jc w:val="center"/>
            </w:pPr>
            <w:r>
              <w:rPr>
                <w:color w:val="111111"/>
                <w:sz w:val="14"/>
              </w:rPr>
              <w:t>38</w:t>
            </w:r>
          </w:p>
        </w:tc>
        <w:tc>
          <w:tcPr>
            <w:tcW w:w="2056" w:type="dxa"/>
            <w:vAlign w:val="center"/>
          </w:tcPr>
          <w:p w14:paraId="4F52B4E1" w14:textId="77777777" w:rsidR="006D1884" w:rsidRDefault="00000000">
            <w:pPr>
              <w:jc w:val="center"/>
            </w:pPr>
            <w:r>
              <w:rPr>
                <w:color w:val="111111"/>
                <w:sz w:val="14"/>
              </w:rPr>
              <w:t>42</w:t>
            </w:r>
          </w:p>
        </w:tc>
        <w:tc>
          <w:tcPr>
            <w:tcW w:w="2056" w:type="dxa"/>
            <w:vAlign w:val="center"/>
          </w:tcPr>
          <w:p w14:paraId="32F20E28" w14:textId="77777777" w:rsidR="006D1884" w:rsidRDefault="00000000">
            <w:pPr>
              <w:jc w:val="center"/>
            </w:pPr>
            <w:r>
              <w:rPr>
                <w:color w:val="111111"/>
                <w:sz w:val="14"/>
              </w:rPr>
              <w:t>50</w:t>
            </w:r>
          </w:p>
        </w:tc>
      </w:tr>
      <w:tr w:rsidR="006D1884" w14:paraId="4AF0D729" w14:textId="77777777">
        <w:trPr>
          <w:jc w:val="center"/>
        </w:trPr>
        <w:tc>
          <w:tcPr>
            <w:tcW w:w="2056" w:type="dxa"/>
            <w:vAlign w:val="center"/>
          </w:tcPr>
          <w:p w14:paraId="5FC04E36" w14:textId="77777777" w:rsidR="006D1884" w:rsidRDefault="00000000">
            <w:pPr>
              <w:jc w:val="center"/>
            </w:pPr>
            <w:r>
              <w:rPr>
                <w:color w:val="111111"/>
                <w:sz w:val="14"/>
              </w:rPr>
              <w:t>19</w:t>
            </w:r>
          </w:p>
        </w:tc>
        <w:tc>
          <w:tcPr>
            <w:tcW w:w="2056" w:type="dxa"/>
            <w:vAlign w:val="center"/>
          </w:tcPr>
          <w:p w14:paraId="6F8569FF" w14:textId="77777777" w:rsidR="006D1884" w:rsidRDefault="00000000">
            <w:pPr>
              <w:jc w:val="center"/>
            </w:pPr>
            <w:r>
              <w:rPr>
                <w:color w:val="111111"/>
                <w:sz w:val="14"/>
              </w:rPr>
              <w:t>34</w:t>
            </w:r>
          </w:p>
        </w:tc>
        <w:tc>
          <w:tcPr>
            <w:tcW w:w="2056" w:type="dxa"/>
            <w:vAlign w:val="center"/>
          </w:tcPr>
          <w:p w14:paraId="6C40498E" w14:textId="77777777" w:rsidR="006D1884" w:rsidRDefault="00000000">
            <w:pPr>
              <w:jc w:val="center"/>
            </w:pPr>
            <w:r>
              <w:rPr>
                <w:color w:val="111111"/>
                <w:sz w:val="14"/>
              </w:rPr>
              <w:t>36</w:t>
            </w:r>
          </w:p>
        </w:tc>
        <w:tc>
          <w:tcPr>
            <w:tcW w:w="2056" w:type="dxa"/>
            <w:vAlign w:val="center"/>
          </w:tcPr>
          <w:p w14:paraId="7952B868" w14:textId="77777777" w:rsidR="006D1884" w:rsidRDefault="00000000">
            <w:pPr>
              <w:jc w:val="center"/>
            </w:pPr>
            <w:r>
              <w:rPr>
                <w:color w:val="111111"/>
                <w:sz w:val="14"/>
              </w:rPr>
              <w:t>40</w:t>
            </w:r>
          </w:p>
        </w:tc>
        <w:tc>
          <w:tcPr>
            <w:tcW w:w="2056" w:type="dxa"/>
            <w:vAlign w:val="center"/>
          </w:tcPr>
          <w:p w14:paraId="7579564E" w14:textId="77777777" w:rsidR="006D1884" w:rsidRDefault="00000000">
            <w:pPr>
              <w:jc w:val="center"/>
            </w:pPr>
            <w:r>
              <w:rPr>
                <w:color w:val="111111"/>
                <w:sz w:val="14"/>
              </w:rPr>
              <w:t>48</w:t>
            </w:r>
          </w:p>
        </w:tc>
      </w:tr>
      <w:tr w:rsidR="006D1884" w14:paraId="6BF88670" w14:textId="77777777">
        <w:trPr>
          <w:jc w:val="center"/>
        </w:trPr>
        <w:tc>
          <w:tcPr>
            <w:tcW w:w="2056" w:type="dxa"/>
            <w:vAlign w:val="center"/>
          </w:tcPr>
          <w:p w14:paraId="147B1E3B" w14:textId="77777777" w:rsidR="006D1884" w:rsidRDefault="00000000">
            <w:pPr>
              <w:jc w:val="center"/>
            </w:pPr>
            <w:r>
              <w:rPr>
                <w:color w:val="111111"/>
                <w:sz w:val="14"/>
              </w:rPr>
              <w:t>20</w:t>
            </w:r>
          </w:p>
        </w:tc>
        <w:tc>
          <w:tcPr>
            <w:tcW w:w="2056" w:type="dxa"/>
            <w:vAlign w:val="center"/>
          </w:tcPr>
          <w:p w14:paraId="52438B35" w14:textId="77777777" w:rsidR="006D1884" w:rsidRDefault="00000000">
            <w:pPr>
              <w:jc w:val="center"/>
            </w:pPr>
            <w:r>
              <w:rPr>
                <w:color w:val="111111"/>
                <w:sz w:val="14"/>
              </w:rPr>
              <w:t>33</w:t>
            </w:r>
          </w:p>
        </w:tc>
        <w:tc>
          <w:tcPr>
            <w:tcW w:w="2056" w:type="dxa"/>
            <w:vAlign w:val="center"/>
          </w:tcPr>
          <w:p w14:paraId="04405EED" w14:textId="77777777" w:rsidR="006D1884" w:rsidRDefault="00000000">
            <w:pPr>
              <w:jc w:val="center"/>
            </w:pPr>
            <w:r>
              <w:rPr>
                <w:color w:val="111111"/>
                <w:sz w:val="14"/>
              </w:rPr>
              <w:t>34</w:t>
            </w:r>
          </w:p>
        </w:tc>
        <w:tc>
          <w:tcPr>
            <w:tcW w:w="2056" w:type="dxa"/>
            <w:vAlign w:val="center"/>
          </w:tcPr>
          <w:p w14:paraId="34866870" w14:textId="77777777" w:rsidR="006D1884" w:rsidRDefault="00000000">
            <w:pPr>
              <w:jc w:val="center"/>
            </w:pPr>
            <w:r>
              <w:rPr>
                <w:color w:val="111111"/>
                <w:sz w:val="14"/>
              </w:rPr>
              <w:t>38</w:t>
            </w:r>
          </w:p>
        </w:tc>
        <w:tc>
          <w:tcPr>
            <w:tcW w:w="2056" w:type="dxa"/>
            <w:vAlign w:val="center"/>
          </w:tcPr>
          <w:p w14:paraId="23616F53" w14:textId="77777777" w:rsidR="006D1884" w:rsidRDefault="00000000">
            <w:pPr>
              <w:jc w:val="center"/>
            </w:pPr>
            <w:r>
              <w:rPr>
                <w:color w:val="111111"/>
                <w:sz w:val="14"/>
              </w:rPr>
              <w:t>46</w:t>
            </w:r>
          </w:p>
        </w:tc>
      </w:tr>
      <w:tr w:rsidR="006D1884" w14:paraId="7DD9A5ED" w14:textId="77777777">
        <w:trPr>
          <w:jc w:val="center"/>
        </w:trPr>
        <w:tc>
          <w:tcPr>
            <w:tcW w:w="2056" w:type="dxa"/>
            <w:vAlign w:val="center"/>
          </w:tcPr>
          <w:p w14:paraId="384A54E0" w14:textId="77777777" w:rsidR="006D1884" w:rsidRDefault="00000000">
            <w:pPr>
              <w:jc w:val="center"/>
            </w:pPr>
            <w:r>
              <w:rPr>
                <w:color w:val="111111"/>
                <w:sz w:val="14"/>
              </w:rPr>
              <w:t>21</w:t>
            </w:r>
          </w:p>
        </w:tc>
        <w:tc>
          <w:tcPr>
            <w:tcW w:w="2056" w:type="dxa"/>
            <w:vAlign w:val="center"/>
          </w:tcPr>
          <w:p w14:paraId="16A6D54B" w14:textId="77777777" w:rsidR="006D1884" w:rsidRDefault="00000000">
            <w:pPr>
              <w:jc w:val="center"/>
            </w:pPr>
            <w:r>
              <w:rPr>
                <w:color w:val="111111"/>
                <w:sz w:val="14"/>
              </w:rPr>
              <w:t>32</w:t>
            </w:r>
          </w:p>
        </w:tc>
        <w:tc>
          <w:tcPr>
            <w:tcW w:w="2056" w:type="dxa"/>
            <w:vAlign w:val="center"/>
          </w:tcPr>
          <w:p w14:paraId="19514F67" w14:textId="77777777" w:rsidR="006D1884" w:rsidRDefault="00000000">
            <w:pPr>
              <w:jc w:val="center"/>
            </w:pPr>
            <w:r>
              <w:rPr>
                <w:color w:val="111111"/>
                <w:sz w:val="14"/>
              </w:rPr>
              <w:t>33</w:t>
            </w:r>
          </w:p>
        </w:tc>
        <w:tc>
          <w:tcPr>
            <w:tcW w:w="2056" w:type="dxa"/>
            <w:vAlign w:val="center"/>
          </w:tcPr>
          <w:p w14:paraId="5F5FDBE3" w14:textId="77777777" w:rsidR="006D1884" w:rsidRDefault="00000000">
            <w:pPr>
              <w:jc w:val="center"/>
            </w:pPr>
            <w:r>
              <w:rPr>
                <w:color w:val="111111"/>
                <w:sz w:val="14"/>
              </w:rPr>
              <w:t>36</w:t>
            </w:r>
          </w:p>
        </w:tc>
        <w:tc>
          <w:tcPr>
            <w:tcW w:w="2056" w:type="dxa"/>
            <w:vAlign w:val="center"/>
          </w:tcPr>
          <w:p w14:paraId="7B837984" w14:textId="77777777" w:rsidR="006D1884" w:rsidRDefault="00000000">
            <w:pPr>
              <w:jc w:val="center"/>
            </w:pPr>
            <w:r>
              <w:rPr>
                <w:color w:val="111111"/>
                <w:sz w:val="14"/>
              </w:rPr>
              <w:t>43</w:t>
            </w:r>
          </w:p>
        </w:tc>
      </w:tr>
      <w:tr w:rsidR="006D1884" w14:paraId="49756B8C" w14:textId="77777777">
        <w:trPr>
          <w:jc w:val="center"/>
        </w:trPr>
        <w:tc>
          <w:tcPr>
            <w:tcW w:w="2056" w:type="dxa"/>
            <w:vAlign w:val="center"/>
          </w:tcPr>
          <w:p w14:paraId="21BF615F" w14:textId="77777777" w:rsidR="006D1884" w:rsidRDefault="00000000">
            <w:pPr>
              <w:jc w:val="center"/>
            </w:pPr>
            <w:r>
              <w:rPr>
                <w:color w:val="111111"/>
                <w:sz w:val="14"/>
              </w:rPr>
              <w:t>22</w:t>
            </w:r>
          </w:p>
        </w:tc>
        <w:tc>
          <w:tcPr>
            <w:tcW w:w="2056" w:type="dxa"/>
            <w:vAlign w:val="center"/>
          </w:tcPr>
          <w:p w14:paraId="46073F1F" w14:textId="77777777" w:rsidR="006D1884" w:rsidRDefault="00000000">
            <w:pPr>
              <w:jc w:val="center"/>
            </w:pPr>
            <w:r>
              <w:rPr>
                <w:color w:val="111111"/>
                <w:sz w:val="14"/>
              </w:rPr>
              <w:t>31</w:t>
            </w:r>
          </w:p>
        </w:tc>
        <w:tc>
          <w:tcPr>
            <w:tcW w:w="2056" w:type="dxa"/>
            <w:vAlign w:val="center"/>
          </w:tcPr>
          <w:p w14:paraId="1F0D584A" w14:textId="77777777" w:rsidR="006D1884" w:rsidRDefault="00000000">
            <w:pPr>
              <w:jc w:val="center"/>
            </w:pPr>
            <w:r>
              <w:rPr>
                <w:color w:val="111111"/>
                <w:sz w:val="14"/>
              </w:rPr>
              <w:t>32</w:t>
            </w:r>
          </w:p>
        </w:tc>
        <w:tc>
          <w:tcPr>
            <w:tcW w:w="2056" w:type="dxa"/>
            <w:vAlign w:val="center"/>
          </w:tcPr>
          <w:p w14:paraId="5E00C20F" w14:textId="77777777" w:rsidR="006D1884" w:rsidRDefault="00000000">
            <w:pPr>
              <w:jc w:val="center"/>
            </w:pPr>
            <w:r>
              <w:rPr>
                <w:color w:val="111111"/>
                <w:sz w:val="14"/>
              </w:rPr>
              <w:t>34</w:t>
            </w:r>
          </w:p>
        </w:tc>
        <w:tc>
          <w:tcPr>
            <w:tcW w:w="2056" w:type="dxa"/>
            <w:vAlign w:val="center"/>
          </w:tcPr>
          <w:p w14:paraId="5E21959C" w14:textId="77777777" w:rsidR="006D1884" w:rsidRDefault="00000000">
            <w:pPr>
              <w:jc w:val="center"/>
            </w:pPr>
            <w:r>
              <w:rPr>
                <w:color w:val="111111"/>
                <w:sz w:val="14"/>
              </w:rPr>
              <w:t>41</w:t>
            </w:r>
          </w:p>
        </w:tc>
      </w:tr>
      <w:tr w:rsidR="006D1884" w14:paraId="050B0919" w14:textId="77777777">
        <w:trPr>
          <w:jc w:val="center"/>
        </w:trPr>
        <w:tc>
          <w:tcPr>
            <w:tcW w:w="2056" w:type="dxa"/>
            <w:vAlign w:val="center"/>
          </w:tcPr>
          <w:p w14:paraId="38ABA696" w14:textId="77777777" w:rsidR="006D1884" w:rsidRDefault="00000000">
            <w:pPr>
              <w:jc w:val="center"/>
            </w:pPr>
            <w:r>
              <w:rPr>
                <w:color w:val="111111"/>
                <w:sz w:val="14"/>
              </w:rPr>
              <w:t>23</w:t>
            </w:r>
          </w:p>
        </w:tc>
        <w:tc>
          <w:tcPr>
            <w:tcW w:w="2056" w:type="dxa"/>
            <w:vAlign w:val="center"/>
          </w:tcPr>
          <w:p w14:paraId="2C22A255" w14:textId="77777777" w:rsidR="006D1884" w:rsidRDefault="00000000">
            <w:pPr>
              <w:jc w:val="center"/>
            </w:pPr>
            <w:r>
              <w:rPr>
                <w:color w:val="111111"/>
                <w:sz w:val="14"/>
              </w:rPr>
              <w:t>30</w:t>
            </w:r>
          </w:p>
        </w:tc>
        <w:tc>
          <w:tcPr>
            <w:tcW w:w="2056" w:type="dxa"/>
            <w:vAlign w:val="center"/>
          </w:tcPr>
          <w:p w14:paraId="47BA688D" w14:textId="77777777" w:rsidR="006D1884" w:rsidRDefault="00000000">
            <w:pPr>
              <w:jc w:val="center"/>
            </w:pPr>
            <w:r>
              <w:rPr>
                <w:color w:val="111111"/>
                <w:sz w:val="14"/>
              </w:rPr>
              <w:t>31</w:t>
            </w:r>
          </w:p>
        </w:tc>
        <w:tc>
          <w:tcPr>
            <w:tcW w:w="2056" w:type="dxa"/>
            <w:vAlign w:val="center"/>
          </w:tcPr>
          <w:p w14:paraId="5549C29C" w14:textId="77777777" w:rsidR="006D1884" w:rsidRDefault="00000000">
            <w:pPr>
              <w:jc w:val="center"/>
            </w:pPr>
            <w:r>
              <w:rPr>
                <w:color w:val="111111"/>
                <w:sz w:val="14"/>
              </w:rPr>
              <w:t>33</w:t>
            </w:r>
          </w:p>
        </w:tc>
        <w:tc>
          <w:tcPr>
            <w:tcW w:w="2056" w:type="dxa"/>
            <w:vAlign w:val="center"/>
          </w:tcPr>
          <w:p w14:paraId="09BBCF44" w14:textId="77777777" w:rsidR="006D1884" w:rsidRDefault="00000000">
            <w:pPr>
              <w:jc w:val="center"/>
            </w:pPr>
            <w:r>
              <w:rPr>
                <w:color w:val="111111"/>
                <w:sz w:val="14"/>
              </w:rPr>
              <w:t>40</w:t>
            </w:r>
          </w:p>
        </w:tc>
      </w:tr>
      <w:tr w:rsidR="006D1884" w14:paraId="7C696E91" w14:textId="77777777">
        <w:trPr>
          <w:jc w:val="center"/>
        </w:trPr>
        <w:tc>
          <w:tcPr>
            <w:tcW w:w="2056" w:type="dxa"/>
            <w:vAlign w:val="center"/>
          </w:tcPr>
          <w:p w14:paraId="1368A9B3" w14:textId="77777777" w:rsidR="006D1884" w:rsidRDefault="00000000">
            <w:pPr>
              <w:jc w:val="center"/>
            </w:pPr>
            <w:r>
              <w:rPr>
                <w:color w:val="111111"/>
                <w:sz w:val="14"/>
              </w:rPr>
              <w:t>24</w:t>
            </w:r>
          </w:p>
        </w:tc>
        <w:tc>
          <w:tcPr>
            <w:tcW w:w="2056" w:type="dxa"/>
            <w:vAlign w:val="center"/>
          </w:tcPr>
          <w:p w14:paraId="3142F28C" w14:textId="77777777" w:rsidR="006D1884" w:rsidRDefault="00000000">
            <w:pPr>
              <w:jc w:val="center"/>
            </w:pPr>
            <w:r>
              <w:rPr>
                <w:color w:val="111111"/>
                <w:sz w:val="14"/>
              </w:rPr>
              <w:t>29</w:t>
            </w:r>
          </w:p>
        </w:tc>
        <w:tc>
          <w:tcPr>
            <w:tcW w:w="2056" w:type="dxa"/>
            <w:vAlign w:val="center"/>
          </w:tcPr>
          <w:p w14:paraId="705FB960" w14:textId="77777777" w:rsidR="006D1884" w:rsidRDefault="00000000">
            <w:pPr>
              <w:jc w:val="center"/>
            </w:pPr>
            <w:r>
              <w:rPr>
                <w:color w:val="111111"/>
                <w:sz w:val="14"/>
              </w:rPr>
              <w:t>30</w:t>
            </w:r>
          </w:p>
        </w:tc>
        <w:tc>
          <w:tcPr>
            <w:tcW w:w="2056" w:type="dxa"/>
            <w:vAlign w:val="center"/>
          </w:tcPr>
          <w:p w14:paraId="235793E2" w14:textId="77777777" w:rsidR="006D1884" w:rsidRDefault="00000000">
            <w:pPr>
              <w:jc w:val="center"/>
            </w:pPr>
            <w:r>
              <w:rPr>
                <w:color w:val="111111"/>
                <w:sz w:val="14"/>
              </w:rPr>
              <w:t>31</w:t>
            </w:r>
          </w:p>
        </w:tc>
        <w:tc>
          <w:tcPr>
            <w:tcW w:w="2056" w:type="dxa"/>
            <w:vAlign w:val="center"/>
          </w:tcPr>
          <w:p w14:paraId="71D11040" w14:textId="77777777" w:rsidR="006D1884" w:rsidRDefault="00000000">
            <w:pPr>
              <w:jc w:val="center"/>
            </w:pPr>
            <w:r>
              <w:rPr>
                <w:color w:val="111111"/>
                <w:sz w:val="14"/>
              </w:rPr>
              <w:t>37</w:t>
            </w:r>
          </w:p>
        </w:tc>
      </w:tr>
      <w:tr w:rsidR="006D1884" w14:paraId="6CDD5EA1" w14:textId="77777777">
        <w:trPr>
          <w:jc w:val="center"/>
        </w:trPr>
        <w:tc>
          <w:tcPr>
            <w:tcW w:w="2056" w:type="dxa"/>
            <w:vAlign w:val="center"/>
          </w:tcPr>
          <w:p w14:paraId="73C3B2AC" w14:textId="77777777" w:rsidR="006D1884" w:rsidRDefault="00000000">
            <w:pPr>
              <w:jc w:val="center"/>
            </w:pPr>
            <w:r>
              <w:rPr>
                <w:color w:val="111111"/>
                <w:sz w:val="14"/>
              </w:rPr>
              <w:t>25</w:t>
            </w:r>
          </w:p>
        </w:tc>
        <w:tc>
          <w:tcPr>
            <w:tcW w:w="2056" w:type="dxa"/>
            <w:vAlign w:val="center"/>
          </w:tcPr>
          <w:p w14:paraId="35AA7662" w14:textId="77777777" w:rsidR="006D1884" w:rsidRDefault="00000000">
            <w:pPr>
              <w:jc w:val="center"/>
            </w:pPr>
            <w:r>
              <w:rPr>
                <w:color w:val="111111"/>
                <w:sz w:val="14"/>
              </w:rPr>
              <w:t>28</w:t>
            </w:r>
          </w:p>
        </w:tc>
        <w:tc>
          <w:tcPr>
            <w:tcW w:w="2056" w:type="dxa"/>
            <w:vAlign w:val="center"/>
          </w:tcPr>
          <w:p w14:paraId="678C57DA" w14:textId="77777777" w:rsidR="006D1884" w:rsidRDefault="00000000">
            <w:pPr>
              <w:jc w:val="center"/>
            </w:pPr>
            <w:r>
              <w:rPr>
                <w:color w:val="111111"/>
                <w:sz w:val="14"/>
              </w:rPr>
              <w:t>29</w:t>
            </w:r>
          </w:p>
        </w:tc>
        <w:tc>
          <w:tcPr>
            <w:tcW w:w="2056" w:type="dxa"/>
            <w:vAlign w:val="center"/>
          </w:tcPr>
          <w:p w14:paraId="0E1346A0" w14:textId="77777777" w:rsidR="006D1884" w:rsidRDefault="00000000">
            <w:pPr>
              <w:jc w:val="center"/>
            </w:pPr>
            <w:r>
              <w:rPr>
                <w:color w:val="111111"/>
                <w:sz w:val="14"/>
              </w:rPr>
              <w:t>30</w:t>
            </w:r>
          </w:p>
        </w:tc>
        <w:tc>
          <w:tcPr>
            <w:tcW w:w="2056" w:type="dxa"/>
            <w:vAlign w:val="center"/>
          </w:tcPr>
          <w:p w14:paraId="14892857" w14:textId="77777777" w:rsidR="006D1884" w:rsidRDefault="00000000">
            <w:pPr>
              <w:jc w:val="center"/>
            </w:pPr>
            <w:r>
              <w:rPr>
                <w:color w:val="111111"/>
                <w:sz w:val="14"/>
              </w:rPr>
              <w:t>36</w:t>
            </w:r>
          </w:p>
        </w:tc>
      </w:tr>
      <w:tr w:rsidR="006D1884" w14:paraId="32301BB5" w14:textId="77777777">
        <w:trPr>
          <w:jc w:val="center"/>
        </w:trPr>
        <w:tc>
          <w:tcPr>
            <w:tcW w:w="2056" w:type="dxa"/>
            <w:vAlign w:val="center"/>
          </w:tcPr>
          <w:p w14:paraId="03843C34" w14:textId="77777777" w:rsidR="006D1884" w:rsidRDefault="00000000">
            <w:pPr>
              <w:jc w:val="center"/>
            </w:pPr>
            <w:r>
              <w:rPr>
                <w:color w:val="111111"/>
                <w:sz w:val="14"/>
              </w:rPr>
              <w:t>26</w:t>
            </w:r>
          </w:p>
        </w:tc>
        <w:tc>
          <w:tcPr>
            <w:tcW w:w="2056" w:type="dxa"/>
            <w:vAlign w:val="center"/>
          </w:tcPr>
          <w:p w14:paraId="03065828" w14:textId="77777777" w:rsidR="006D1884" w:rsidRDefault="00000000">
            <w:pPr>
              <w:jc w:val="center"/>
            </w:pPr>
            <w:r>
              <w:rPr>
                <w:color w:val="111111"/>
                <w:sz w:val="14"/>
              </w:rPr>
              <w:t>27</w:t>
            </w:r>
          </w:p>
        </w:tc>
        <w:tc>
          <w:tcPr>
            <w:tcW w:w="2056" w:type="dxa"/>
            <w:vAlign w:val="center"/>
          </w:tcPr>
          <w:p w14:paraId="2570B207" w14:textId="77777777" w:rsidR="006D1884" w:rsidRDefault="00000000">
            <w:pPr>
              <w:jc w:val="center"/>
            </w:pPr>
            <w:r>
              <w:rPr>
                <w:color w:val="111111"/>
                <w:sz w:val="14"/>
              </w:rPr>
              <w:t>28</w:t>
            </w:r>
          </w:p>
        </w:tc>
        <w:tc>
          <w:tcPr>
            <w:tcW w:w="2056" w:type="dxa"/>
            <w:vAlign w:val="center"/>
          </w:tcPr>
          <w:p w14:paraId="6F6A728F" w14:textId="77777777" w:rsidR="006D1884" w:rsidRDefault="00000000">
            <w:pPr>
              <w:jc w:val="center"/>
            </w:pPr>
            <w:r>
              <w:rPr>
                <w:color w:val="111111"/>
                <w:sz w:val="14"/>
              </w:rPr>
              <w:t>29</w:t>
            </w:r>
          </w:p>
        </w:tc>
        <w:tc>
          <w:tcPr>
            <w:tcW w:w="2056" w:type="dxa"/>
            <w:vAlign w:val="center"/>
          </w:tcPr>
          <w:p w14:paraId="61B9DBBF" w14:textId="77777777" w:rsidR="006D1884" w:rsidRDefault="00000000">
            <w:pPr>
              <w:jc w:val="center"/>
            </w:pPr>
            <w:r>
              <w:rPr>
                <w:color w:val="111111"/>
                <w:sz w:val="14"/>
              </w:rPr>
              <w:t>35</w:t>
            </w:r>
          </w:p>
        </w:tc>
      </w:tr>
      <w:tr w:rsidR="006D1884" w14:paraId="09FAD82A" w14:textId="77777777">
        <w:trPr>
          <w:jc w:val="center"/>
        </w:trPr>
        <w:tc>
          <w:tcPr>
            <w:tcW w:w="2056" w:type="dxa"/>
            <w:vAlign w:val="center"/>
          </w:tcPr>
          <w:p w14:paraId="7AA3C91D" w14:textId="77777777" w:rsidR="006D1884" w:rsidRDefault="00000000">
            <w:pPr>
              <w:jc w:val="center"/>
            </w:pPr>
            <w:r>
              <w:rPr>
                <w:color w:val="111111"/>
                <w:sz w:val="14"/>
              </w:rPr>
              <w:t>27</w:t>
            </w:r>
          </w:p>
        </w:tc>
        <w:tc>
          <w:tcPr>
            <w:tcW w:w="2056" w:type="dxa"/>
            <w:vAlign w:val="center"/>
          </w:tcPr>
          <w:p w14:paraId="78675FFB" w14:textId="77777777" w:rsidR="006D1884" w:rsidRDefault="00000000">
            <w:pPr>
              <w:jc w:val="center"/>
            </w:pPr>
            <w:r>
              <w:rPr>
                <w:color w:val="111111"/>
                <w:sz w:val="14"/>
              </w:rPr>
              <w:t>26</w:t>
            </w:r>
          </w:p>
        </w:tc>
        <w:tc>
          <w:tcPr>
            <w:tcW w:w="2056" w:type="dxa"/>
            <w:vAlign w:val="center"/>
          </w:tcPr>
          <w:p w14:paraId="30DA2987" w14:textId="77777777" w:rsidR="006D1884" w:rsidRDefault="00000000">
            <w:pPr>
              <w:jc w:val="center"/>
            </w:pPr>
            <w:r>
              <w:rPr>
                <w:color w:val="111111"/>
                <w:sz w:val="14"/>
              </w:rPr>
              <w:t>27</w:t>
            </w:r>
          </w:p>
        </w:tc>
        <w:tc>
          <w:tcPr>
            <w:tcW w:w="2056" w:type="dxa"/>
            <w:vAlign w:val="center"/>
          </w:tcPr>
          <w:p w14:paraId="3C77F7EF" w14:textId="77777777" w:rsidR="006D1884" w:rsidRDefault="00000000">
            <w:pPr>
              <w:jc w:val="center"/>
            </w:pPr>
            <w:r>
              <w:rPr>
                <w:color w:val="111111"/>
                <w:sz w:val="14"/>
              </w:rPr>
              <w:t>28</w:t>
            </w:r>
          </w:p>
        </w:tc>
        <w:tc>
          <w:tcPr>
            <w:tcW w:w="2056" w:type="dxa"/>
            <w:vAlign w:val="center"/>
          </w:tcPr>
          <w:p w14:paraId="616F6822" w14:textId="77777777" w:rsidR="006D1884" w:rsidRDefault="00000000">
            <w:pPr>
              <w:jc w:val="center"/>
            </w:pPr>
            <w:r>
              <w:rPr>
                <w:color w:val="111111"/>
                <w:sz w:val="14"/>
              </w:rPr>
              <w:t>34</w:t>
            </w:r>
          </w:p>
        </w:tc>
      </w:tr>
      <w:tr w:rsidR="006D1884" w14:paraId="660AFEE8" w14:textId="77777777">
        <w:trPr>
          <w:jc w:val="center"/>
        </w:trPr>
        <w:tc>
          <w:tcPr>
            <w:tcW w:w="2056" w:type="dxa"/>
            <w:vAlign w:val="center"/>
          </w:tcPr>
          <w:p w14:paraId="774387BD" w14:textId="77777777" w:rsidR="006D1884" w:rsidRDefault="00000000">
            <w:pPr>
              <w:jc w:val="center"/>
            </w:pPr>
            <w:r>
              <w:rPr>
                <w:color w:val="111111"/>
                <w:sz w:val="14"/>
              </w:rPr>
              <w:t>28</w:t>
            </w:r>
          </w:p>
        </w:tc>
        <w:tc>
          <w:tcPr>
            <w:tcW w:w="2056" w:type="dxa"/>
            <w:vAlign w:val="center"/>
          </w:tcPr>
          <w:p w14:paraId="74BB5E9C" w14:textId="77777777" w:rsidR="006D1884" w:rsidRDefault="00000000">
            <w:pPr>
              <w:jc w:val="center"/>
            </w:pPr>
            <w:r>
              <w:rPr>
                <w:color w:val="111111"/>
                <w:sz w:val="14"/>
              </w:rPr>
              <w:t>25</w:t>
            </w:r>
          </w:p>
        </w:tc>
        <w:tc>
          <w:tcPr>
            <w:tcW w:w="2056" w:type="dxa"/>
            <w:vAlign w:val="center"/>
          </w:tcPr>
          <w:p w14:paraId="532977BD" w14:textId="77777777" w:rsidR="006D1884" w:rsidRDefault="00000000">
            <w:pPr>
              <w:jc w:val="center"/>
            </w:pPr>
            <w:r>
              <w:rPr>
                <w:color w:val="111111"/>
                <w:sz w:val="14"/>
              </w:rPr>
              <w:t>26</w:t>
            </w:r>
          </w:p>
        </w:tc>
        <w:tc>
          <w:tcPr>
            <w:tcW w:w="2056" w:type="dxa"/>
            <w:vAlign w:val="center"/>
          </w:tcPr>
          <w:p w14:paraId="78E36B3E" w14:textId="77777777" w:rsidR="006D1884" w:rsidRDefault="00000000">
            <w:pPr>
              <w:jc w:val="center"/>
            </w:pPr>
            <w:r>
              <w:rPr>
                <w:color w:val="111111"/>
                <w:sz w:val="14"/>
              </w:rPr>
              <w:t>27</w:t>
            </w:r>
          </w:p>
        </w:tc>
        <w:tc>
          <w:tcPr>
            <w:tcW w:w="2056" w:type="dxa"/>
            <w:vAlign w:val="center"/>
          </w:tcPr>
          <w:p w14:paraId="479624B5" w14:textId="77777777" w:rsidR="006D1884" w:rsidRDefault="00000000">
            <w:pPr>
              <w:jc w:val="center"/>
            </w:pPr>
            <w:r>
              <w:rPr>
                <w:color w:val="111111"/>
                <w:sz w:val="14"/>
              </w:rPr>
              <w:t>32</w:t>
            </w:r>
          </w:p>
        </w:tc>
      </w:tr>
      <w:tr w:rsidR="006D1884" w14:paraId="1207BDD2" w14:textId="77777777">
        <w:trPr>
          <w:jc w:val="center"/>
        </w:trPr>
        <w:tc>
          <w:tcPr>
            <w:tcW w:w="2056" w:type="dxa"/>
            <w:vAlign w:val="center"/>
          </w:tcPr>
          <w:p w14:paraId="4EE1EB3D" w14:textId="77777777" w:rsidR="006D1884" w:rsidRDefault="00000000">
            <w:pPr>
              <w:jc w:val="center"/>
            </w:pPr>
            <w:r>
              <w:rPr>
                <w:color w:val="111111"/>
                <w:sz w:val="14"/>
              </w:rPr>
              <w:t>29</w:t>
            </w:r>
          </w:p>
        </w:tc>
        <w:tc>
          <w:tcPr>
            <w:tcW w:w="2056" w:type="dxa"/>
            <w:vAlign w:val="center"/>
          </w:tcPr>
          <w:p w14:paraId="4C0A5EA6" w14:textId="77777777" w:rsidR="006D1884" w:rsidRDefault="00000000">
            <w:pPr>
              <w:jc w:val="center"/>
            </w:pPr>
            <w:r>
              <w:rPr>
                <w:color w:val="111111"/>
                <w:sz w:val="14"/>
              </w:rPr>
              <w:t>24</w:t>
            </w:r>
          </w:p>
        </w:tc>
        <w:tc>
          <w:tcPr>
            <w:tcW w:w="2056" w:type="dxa"/>
            <w:vAlign w:val="center"/>
          </w:tcPr>
          <w:p w14:paraId="44DDD7D4" w14:textId="77777777" w:rsidR="006D1884" w:rsidRDefault="00000000">
            <w:pPr>
              <w:jc w:val="center"/>
            </w:pPr>
            <w:r>
              <w:rPr>
                <w:color w:val="111111"/>
                <w:sz w:val="14"/>
              </w:rPr>
              <w:t>25</w:t>
            </w:r>
          </w:p>
        </w:tc>
        <w:tc>
          <w:tcPr>
            <w:tcW w:w="2056" w:type="dxa"/>
            <w:vAlign w:val="center"/>
          </w:tcPr>
          <w:p w14:paraId="0DADAB79" w14:textId="77777777" w:rsidR="006D1884" w:rsidRDefault="00000000">
            <w:pPr>
              <w:jc w:val="center"/>
            </w:pPr>
            <w:r>
              <w:rPr>
                <w:color w:val="111111"/>
                <w:sz w:val="14"/>
              </w:rPr>
              <w:t>25</w:t>
            </w:r>
          </w:p>
        </w:tc>
        <w:tc>
          <w:tcPr>
            <w:tcW w:w="2056" w:type="dxa"/>
            <w:vAlign w:val="center"/>
          </w:tcPr>
          <w:p w14:paraId="5A97F10F" w14:textId="77777777" w:rsidR="006D1884" w:rsidRDefault="00000000">
            <w:pPr>
              <w:jc w:val="center"/>
            </w:pPr>
            <w:r>
              <w:rPr>
                <w:color w:val="111111"/>
                <w:sz w:val="14"/>
              </w:rPr>
              <w:t>30</w:t>
            </w:r>
          </w:p>
        </w:tc>
      </w:tr>
      <w:tr w:rsidR="006D1884" w14:paraId="799415F8" w14:textId="77777777">
        <w:trPr>
          <w:jc w:val="center"/>
        </w:trPr>
        <w:tc>
          <w:tcPr>
            <w:tcW w:w="2056" w:type="dxa"/>
            <w:vAlign w:val="center"/>
          </w:tcPr>
          <w:p w14:paraId="4E09CDF2" w14:textId="77777777" w:rsidR="006D1884" w:rsidRDefault="00000000">
            <w:pPr>
              <w:jc w:val="center"/>
            </w:pPr>
            <w:r>
              <w:rPr>
                <w:color w:val="111111"/>
                <w:sz w:val="14"/>
              </w:rPr>
              <w:t>30</w:t>
            </w:r>
          </w:p>
        </w:tc>
        <w:tc>
          <w:tcPr>
            <w:tcW w:w="2056" w:type="dxa"/>
            <w:vAlign w:val="center"/>
          </w:tcPr>
          <w:p w14:paraId="692EA0A4" w14:textId="77777777" w:rsidR="006D1884" w:rsidRDefault="00000000">
            <w:pPr>
              <w:jc w:val="center"/>
            </w:pPr>
            <w:r>
              <w:rPr>
                <w:color w:val="111111"/>
                <w:sz w:val="14"/>
              </w:rPr>
              <w:t>23</w:t>
            </w:r>
          </w:p>
        </w:tc>
        <w:tc>
          <w:tcPr>
            <w:tcW w:w="2056" w:type="dxa"/>
            <w:vAlign w:val="center"/>
          </w:tcPr>
          <w:p w14:paraId="3CD5AAB7" w14:textId="77777777" w:rsidR="006D1884" w:rsidRDefault="00000000">
            <w:pPr>
              <w:jc w:val="center"/>
            </w:pPr>
            <w:r>
              <w:rPr>
                <w:color w:val="111111"/>
                <w:sz w:val="14"/>
              </w:rPr>
              <w:t>24</w:t>
            </w:r>
          </w:p>
        </w:tc>
        <w:tc>
          <w:tcPr>
            <w:tcW w:w="2056" w:type="dxa"/>
            <w:vAlign w:val="center"/>
          </w:tcPr>
          <w:p w14:paraId="6C0300F9" w14:textId="77777777" w:rsidR="006D1884" w:rsidRDefault="00000000">
            <w:pPr>
              <w:jc w:val="center"/>
            </w:pPr>
            <w:r>
              <w:rPr>
                <w:color w:val="111111"/>
                <w:sz w:val="14"/>
              </w:rPr>
              <w:t>24</w:t>
            </w:r>
          </w:p>
        </w:tc>
        <w:tc>
          <w:tcPr>
            <w:tcW w:w="2056" w:type="dxa"/>
            <w:vAlign w:val="center"/>
          </w:tcPr>
          <w:p w14:paraId="4A495022" w14:textId="77777777" w:rsidR="006D1884" w:rsidRDefault="00000000">
            <w:pPr>
              <w:jc w:val="center"/>
            </w:pPr>
            <w:r>
              <w:rPr>
                <w:color w:val="111111"/>
                <w:sz w:val="14"/>
              </w:rPr>
              <w:t>29</w:t>
            </w:r>
          </w:p>
        </w:tc>
      </w:tr>
      <w:tr w:rsidR="006D1884" w14:paraId="772BE68B" w14:textId="77777777">
        <w:trPr>
          <w:jc w:val="center"/>
        </w:trPr>
        <w:tc>
          <w:tcPr>
            <w:tcW w:w="2056" w:type="dxa"/>
            <w:vAlign w:val="center"/>
          </w:tcPr>
          <w:p w14:paraId="411BC155" w14:textId="77777777" w:rsidR="006D1884" w:rsidRDefault="00000000">
            <w:pPr>
              <w:jc w:val="center"/>
            </w:pPr>
            <w:r>
              <w:rPr>
                <w:color w:val="111111"/>
                <w:sz w:val="14"/>
              </w:rPr>
              <w:t>31</w:t>
            </w:r>
          </w:p>
        </w:tc>
        <w:tc>
          <w:tcPr>
            <w:tcW w:w="2056" w:type="dxa"/>
            <w:vAlign w:val="center"/>
          </w:tcPr>
          <w:p w14:paraId="60D4A5A1" w14:textId="77777777" w:rsidR="006D1884" w:rsidRDefault="00000000">
            <w:pPr>
              <w:jc w:val="center"/>
            </w:pPr>
            <w:r>
              <w:rPr>
                <w:color w:val="111111"/>
                <w:sz w:val="14"/>
              </w:rPr>
              <w:t>22</w:t>
            </w:r>
          </w:p>
        </w:tc>
        <w:tc>
          <w:tcPr>
            <w:tcW w:w="2056" w:type="dxa"/>
            <w:vAlign w:val="center"/>
          </w:tcPr>
          <w:p w14:paraId="58E303D4" w14:textId="77777777" w:rsidR="006D1884" w:rsidRDefault="00000000">
            <w:pPr>
              <w:jc w:val="center"/>
            </w:pPr>
            <w:r>
              <w:rPr>
                <w:color w:val="111111"/>
                <w:sz w:val="14"/>
              </w:rPr>
              <w:t>23</w:t>
            </w:r>
          </w:p>
        </w:tc>
        <w:tc>
          <w:tcPr>
            <w:tcW w:w="2056" w:type="dxa"/>
            <w:vAlign w:val="center"/>
          </w:tcPr>
          <w:p w14:paraId="1816BCE7" w14:textId="77777777" w:rsidR="006D1884" w:rsidRDefault="00000000">
            <w:pPr>
              <w:jc w:val="center"/>
            </w:pPr>
            <w:r>
              <w:rPr>
                <w:color w:val="111111"/>
                <w:sz w:val="14"/>
              </w:rPr>
              <w:t>23</w:t>
            </w:r>
          </w:p>
        </w:tc>
        <w:tc>
          <w:tcPr>
            <w:tcW w:w="2056" w:type="dxa"/>
            <w:vAlign w:val="center"/>
          </w:tcPr>
          <w:p w14:paraId="3B599813" w14:textId="77777777" w:rsidR="006D1884" w:rsidRDefault="00000000">
            <w:pPr>
              <w:jc w:val="center"/>
            </w:pPr>
            <w:r>
              <w:rPr>
                <w:color w:val="111111"/>
                <w:sz w:val="14"/>
              </w:rPr>
              <w:t>28</w:t>
            </w:r>
          </w:p>
        </w:tc>
      </w:tr>
      <w:tr w:rsidR="006D1884" w14:paraId="7B44FAE3" w14:textId="77777777">
        <w:trPr>
          <w:jc w:val="center"/>
        </w:trPr>
        <w:tc>
          <w:tcPr>
            <w:tcW w:w="2056" w:type="dxa"/>
            <w:vAlign w:val="center"/>
          </w:tcPr>
          <w:p w14:paraId="6A3853EF" w14:textId="77777777" w:rsidR="006D1884" w:rsidRDefault="00000000">
            <w:pPr>
              <w:jc w:val="center"/>
            </w:pPr>
            <w:r>
              <w:rPr>
                <w:color w:val="111111"/>
                <w:sz w:val="14"/>
              </w:rPr>
              <w:t>32</w:t>
            </w:r>
          </w:p>
        </w:tc>
        <w:tc>
          <w:tcPr>
            <w:tcW w:w="2056" w:type="dxa"/>
            <w:vAlign w:val="center"/>
          </w:tcPr>
          <w:p w14:paraId="0DF8F854" w14:textId="77777777" w:rsidR="006D1884" w:rsidRDefault="00000000">
            <w:pPr>
              <w:jc w:val="center"/>
            </w:pPr>
            <w:r>
              <w:rPr>
                <w:color w:val="111111"/>
                <w:sz w:val="14"/>
              </w:rPr>
              <w:t>21</w:t>
            </w:r>
          </w:p>
        </w:tc>
        <w:tc>
          <w:tcPr>
            <w:tcW w:w="2056" w:type="dxa"/>
            <w:vAlign w:val="center"/>
          </w:tcPr>
          <w:p w14:paraId="235B75B3" w14:textId="77777777" w:rsidR="006D1884" w:rsidRDefault="00000000">
            <w:pPr>
              <w:jc w:val="center"/>
            </w:pPr>
            <w:r>
              <w:rPr>
                <w:color w:val="111111"/>
                <w:sz w:val="14"/>
              </w:rPr>
              <w:t>22</w:t>
            </w:r>
          </w:p>
        </w:tc>
        <w:tc>
          <w:tcPr>
            <w:tcW w:w="2056" w:type="dxa"/>
            <w:vAlign w:val="center"/>
          </w:tcPr>
          <w:p w14:paraId="06BF1CF0" w14:textId="77777777" w:rsidR="006D1884" w:rsidRDefault="00000000">
            <w:pPr>
              <w:jc w:val="center"/>
            </w:pPr>
            <w:r>
              <w:rPr>
                <w:color w:val="111111"/>
                <w:sz w:val="14"/>
              </w:rPr>
              <w:t>22</w:t>
            </w:r>
          </w:p>
        </w:tc>
        <w:tc>
          <w:tcPr>
            <w:tcW w:w="2056" w:type="dxa"/>
            <w:vAlign w:val="center"/>
          </w:tcPr>
          <w:p w14:paraId="6CC5CC8C" w14:textId="77777777" w:rsidR="006D1884" w:rsidRDefault="00000000">
            <w:pPr>
              <w:jc w:val="center"/>
            </w:pPr>
            <w:r>
              <w:rPr>
                <w:color w:val="111111"/>
                <w:sz w:val="14"/>
              </w:rPr>
              <w:t>26</w:t>
            </w:r>
          </w:p>
        </w:tc>
      </w:tr>
      <w:tr w:rsidR="006D1884" w14:paraId="1C2C2903" w14:textId="77777777">
        <w:trPr>
          <w:jc w:val="center"/>
        </w:trPr>
        <w:tc>
          <w:tcPr>
            <w:tcW w:w="2056" w:type="dxa"/>
            <w:vAlign w:val="center"/>
          </w:tcPr>
          <w:p w14:paraId="2059C330" w14:textId="77777777" w:rsidR="006D1884" w:rsidRDefault="00000000">
            <w:pPr>
              <w:jc w:val="center"/>
            </w:pPr>
            <w:r>
              <w:rPr>
                <w:color w:val="111111"/>
                <w:sz w:val="14"/>
              </w:rPr>
              <w:t>33</w:t>
            </w:r>
          </w:p>
        </w:tc>
        <w:tc>
          <w:tcPr>
            <w:tcW w:w="2056" w:type="dxa"/>
            <w:vAlign w:val="center"/>
          </w:tcPr>
          <w:p w14:paraId="2EA1D17E" w14:textId="77777777" w:rsidR="006D1884" w:rsidRDefault="00000000">
            <w:pPr>
              <w:jc w:val="center"/>
            </w:pPr>
            <w:r>
              <w:rPr>
                <w:color w:val="111111"/>
                <w:sz w:val="14"/>
              </w:rPr>
              <w:t>20</w:t>
            </w:r>
          </w:p>
        </w:tc>
        <w:tc>
          <w:tcPr>
            <w:tcW w:w="2056" w:type="dxa"/>
            <w:vAlign w:val="center"/>
          </w:tcPr>
          <w:p w14:paraId="10EEAC70" w14:textId="77777777" w:rsidR="006D1884" w:rsidRDefault="00000000">
            <w:pPr>
              <w:jc w:val="center"/>
            </w:pPr>
            <w:r>
              <w:rPr>
                <w:color w:val="111111"/>
                <w:sz w:val="14"/>
              </w:rPr>
              <w:t>21</w:t>
            </w:r>
          </w:p>
        </w:tc>
        <w:tc>
          <w:tcPr>
            <w:tcW w:w="2056" w:type="dxa"/>
            <w:vAlign w:val="center"/>
          </w:tcPr>
          <w:p w14:paraId="2F59FA1D" w14:textId="77777777" w:rsidR="006D1884" w:rsidRDefault="00000000">
            <w:pPr>
              <w:jc w:val="center"/>
            </w:pPr>
            <w:r>
              <w:rPr>
                <w:color w:val="111111"/>
                <w:sz w:val="14"/>
              </w:rPr>
              <w:t>21</w:t>
            </w:r>
          </w:p>
        </w:tc>
        <w:tc>
          <w:tcPr>
            <w:tcW w:w="2056" w:type="dxa"/>
            <w:vAlign w:val="center"/>
          </w:tcPr>
          <w:p w14:paraId="29DCF192" w14:textId="77777777" w:rsidR="006D1884" w:rsidRDefault="00000000">
            <w:pPr>
              <w:jc w:val="center"/>
            </w:pPr>
            <w:r>
              <w:rPr>
                <w:color w:val="111111"/>
                <w:sz w:val="14"/>
              </w:rPr>
              <w:t>25</w:t>
            </w:r>
          </w:p>
        </w:tc>
      </w:tr>
      <w:tr w:rsidR="006D1884" w14:paraId="750F7D73" w14:textId="77777777">
        <w:trPr>
          <w:jc w:val="center"/>
        </w:trPr>
        <w:tc>
          <w:tcPr>
            <w:tcW w:w="2056" w:type="dxa"/>
            <w:vAlign w:val="center"/>
          </w:tcPr>
          <w:p w14:paraId="652E09B1" w14:textId="77777777" w:rsidR="006D1884" w:rsidRDefault="00000000">
            <w:pPr>
              <w:jc w:val="center"/>
            </w:pPr>
            <w:r>
              <w:rPr>
                <w:color w:val="111111"/>
                <w:sz w:val="14"/>
              </w:rPr>
              <w:t>34</w:t>
            </w:r>
          </w:p>
        </w:tc>
        <w:tc>
          <w:tcPr>
            <w:tcW w:w="2056" w:type="dxa"/>
            <w:vAlign w:val="center"/>
          </w:tcPr>
          <w:p w14:paraId="3236AE95" w14:textId="77777777" w:rsidR="006D1884" w:rsidRDefault="00000000">
            <w:pPr>
              <w:jc w:val="center"/>
            </w:pPr>
            <w:r>
              <w:rPr>
                <w:color w:val="111111"/>
                <w:sz w:val="14"/>
              </w:rPr>
              <w:t>19</w:t>
            </w:r>
          </w:p>
        </w:tc>
        <w:tc>
          <w:tcPr>
            <w:tcW w:w="2056" w:type="dxa"/>
            <w:vAlign w:val="center"/>
          </w:tcPr>
          <w:p w14:paraId="76D45774" w14:textId="77777777" w:rsidR="006D1884" w:rsidRDefault="00000000">
            <w:pPr>
              <w:jc w:val="center"/>
            </w:pPr>
            <w:r>
              <w:rPr>
                <w:color w:val="111111"/>
                <w:sz w:val="14"/>
              </w:rPr>
              <w:t>20</w:t>
            </w:r>
          </w:p>
        </w:tc>
        <w:tc>
          <w:tcPr>
            <w:tcW w:w="2056" w:type="dxa"/>
            <w:vAlign w:val="center"/>
          </w:tcPr>
          <w:p w14:paraId="4B2BE85D" w14:textId="77777777" w:rsidR="006D1884" w:rsidRDefault="00000000">
            <w:pPr>
              <w:jc w:val="center"/>
            </w:pPr>
            <w:r>
              <w:rPr>
                <w:color w:val="111111"/>
                <w:sz w:val="14"/>
              </w:rPr>
              <w:t>20</w:t>
            </w:r>
          </w:p>
        </w:tc>
        <w:tc>
          <w:tcPr>
            <w:tcW w:w="2056" w:type="dxa"/>
            <w:vAlign w:val="center"/>
          </w:tcPr>
          <w:p w14:paraId="6E7E0EED" w14:textId="77777777" w:rsidR="006D1884" w:rsidRDefault="00000000">
            <w:pPr>
              <w:jc w:val="center"/>
            </w:pPr>
            <w:r>
              <w:rPr>
                <w:color w:val="111111"/>
                <w:sz w:val="14"/>
              </w:rPr>
              <w:t>24</w:t>
            </w:r>
          </w:p>
        </w:tc>
      </w:tr>
      <w:tr w:rsidR="006D1884" w14:paraId="4E3D6A12" w14:textId="77777777">
        <w:trPr>
          <w:jc w:val="center"/>
        </w:trPr>
        <w:tc>
          <w:tcPr>
            <w:tcW w:w="2056" w:type="dxa"/>
            <w:vAlign w:val="center"/>
          </w:tcPr>
          <w:p w14:paraId="6E4C9F95" w14:textId="77777777" w:rsidR="006D1884" w:rsidRDefault="00000000">
            <w:pPr>
              <w:jc w:val="center"/>
            </w:pPr>
            <w:r>
              <w:rPr>
                <w:color w:val="111111"/>
                <w:sz w:val="14"/>
              </w:rPr>
              <w:t>35</w:t>
            </w:r>
          </w:p>
        </w:tc>
        <w:tc>
          <w:tcPr>
            <w:tcW w:w="2056" w:type="dxa"/>
            <w:vAlign w:val="center"/>
          </w:tcPr>
          <w:p w14:paraId="0C930C3F" w14:textId="77777777" w:rsidR="006D1884" w:rsidRDefault="00000000">
            <w:pPr>
              <w:jc w:val="center"/>
            </w:pPr>
            <w:r>
              <w:rPr>
                <w:color w:val="111111"/>
                <w:sz w:val="14"/>
              </w:rPr>
              <w:t>18</w:t>
            </w:r>
          </w:p>
        </w:tc>
        <w:tc>
          <w:tcPr>
            <w:tcW w:w="2056" w:type="dxa"/>
            <w:vAlign w:val="center"/>
          </w:tcPr>
          <w:p w14:paraId="00497CC5" w14:textId="77777777" w:rsidR="006D1884" w:rsidRDefault="00000000">
            <w:pPr>
              <w:jc w:val="center"/>
            </w:pPr>
            <w:r>
              <w:rPr>
                <w:color w:val="111111"/>
                <w:sz w:val="14"/>
              </w:rPr>
              <w:t>19</w:t>
            </w:r>
          </w:p>
        </w:tc>
        <w:tc>
          <w:tcPr>
            <w:tcW w:w="2056" w:type="dxa"/>
            <w:vAlign w:val="center"/>
          </w:tcPr>
          <w:p w14:paraId="1E4447AB" w14:textId="77777777" w:rsidR="006D1884" w:rsidRDefault="00000000">
            <w:pPr>
              <w:jc w:val="center"/>
            </w:pPr>
            <w:r>
              <w:rPr>
                <w:color w:val="111111"/>
                <w:sz w:val="14"/>
              </w:rPr>
              <w:t>19</w:t>
            </w:r>
          </w:p>
        </w:tc>
        <w:tc>
          <w:tcPr>
            <w:tcW w:w="2056" w:type="dxa"/>
            <w:vAlign w:val="center"/>
          </w:tcPr>
          <w:p w14:paraId="3C7E2425" w14:textId="77777777" w:rsidR="006D1884" w:rsidRDefault="00000000">
            <w:pPr>
              <w:jc w:val="center"/>
            </w:pPr>
            <w:r>
              <w:rPr>
                <w:color w:val="111111"/>
                <w:sz w:val="14"/>
              </w:rPr>
              <w:t>23</w:t>
            </w:r>
          </w:p>
        </w:tc>
      </w:tr>
      <w:tr w:rsidR="006D1884" w14:paraId="0B5200ED" w14:textId="77777777">
        <w:trPr>
          <w:jc w:val="center"/>
        </w:trPr>
        <w:tc>
          <w:tcPr>
            <w:tcW w:w="2056" w:type="dxa"/>
            <w:vAlign w:val="center"/>
          </w:tcPr>
          <w:p w14:paraId="251B0B15" w14:textId="77777777" w:rsidR="006D1884" w:rsidRDefault="00000000">
            <w:pPr>
              <w:jc w:val="center"/>
            </w:pPr>
            <w:r>
              <w:rPr>
                <w:color w:val="111111"/>
                <w:sz w:val="14"/>
              </w:rPr>
              <w:t>36</w:t>
            </w:r>
          </w:p>
        </w:tc>
        <w:tc>
          <w:tcPr>
            <w:tcW w:w="2056" w:type="dxa"/>
            <w:vAlign w:val="center"/>
          </w:tcPr>
          <w:p w14:paraId="1984F69A" w14:textId="77777777" w:rsidR="006D1884" w:rsidRDefault="00000000">
            <w:pPr>
              <w:jc w:val="center"/>
            </w:pPr>
            <w:r>
              <w:rPr>
                <w:color w:val="111111"/>
                <w:sz w:val="14"/>
              </w:rPr>
              <w:t>17</w:t>
            </w:r>
          </w:p>
        </w:tc>
        <w:tc>
          <w:tcPr>
            <w:tcW w:w="2056" w:type="dxa"/>
            <w:vAlign w:val="center"/>
          </w:tcPr>
          <w:p w14:paraId="1CF540D9" w14:textId="77777777" w:rsidR="006D1884" w:rsidRDefault="00000000">
            <w:pPr>
              <w:jc w:val="center"/>
            </w:pPr>
            <w:r>
              <w:rPr>
                <w:color w:val="111111"/>
                <w:sz w:val="14"/>
              </w:rPr>
              <w:t>18</w:t>
            </w:r>
          </w:p>
        </w:tc>
        <w:tc>
          <w:tcPr>
            <w:tcW w:w="2056" w:type="dxa"/>
            <w:vAlign w:val="center"/>
          </w:tcPr>
          <w:p w14:paraId="07C58294" w14:textId="77777777" w:rsidR="006D1884" w:rsidRDefault="00000000">
            <w:pPr>
              <w:jc w:val="center"/>
            </w:pPr>
            <w:r>
              <w:rPr>
                <w:color w:val="111111"/>
                <w:sz w:val="14"/>
              </w:rPr>
              <w:t>18</w:t>
            </w:r>
          </w:p>
        </w:tc>
        <w:tc>
          <w:tcPr>
            <w:tcW w:w="2056" w:type="dxa"/>
            <w:vAlign w:val="center"/>
          </w:tcPr>
          <w:p w14:paraId="3F2F0EA7" w14:textId="77777777" w:rsidR="006D1884" w:rsidRDefault="00000000">
            <w:pPr>
              <w:jc w:val="center"/>
            </w:pPr>
            <w:r>
              <w:rPr>
                <w:color w:val="111111"/>
                <w:sz w:val="14"/>
              </w:rPr>
              <w:t>22</w:t>
            </w:r>
          </w:p>
        </w:tc>
      </w:tr>
      <w:tr w:rsidR="006D1884" w14:paraId="5CEC1069" w14:textId="77777777">
        <w:trPr>
          <w:jc w:val="center"/>
        </w:trPr>
        <w:tc>
          <w:tcPr>
            <w:tcW w:w="2056" w:type="dxa"/>
            <w:vAlign w:val="center"/>
          </w:tcPr>
          <w:p w14:paraId="63FA38EC" w14:textId="77777777" w:rsidR="006D1884" w:rsidRDefault="00000000">
            <w:pPr>
              <w:jc w:val="center"/>
            </w:pPr>
            <w:r>
              <w:rPr>
                <w:color w:val="111111"/>
                <w:sz w:val="14"/>
              </w:rPr>
              <w:t>37</w:t>
            </w:r>
          </w:p>
        </w:tc>
        <w:tc>
          <w:tcPr>
            <w:tcW w:w="2056" w:type="dxa"/>
            <w:vAlign w:val="center"/>
          </w:tcPr>
          <w:p w14:paraId="116691C0" w14:textId="77777777" w:rsidR="006D1884" w:rsidRDefault="00000000">
            <w:pPr>
              <w:jc w:val="center"/>
            </w:pPr>
            <w:r>
              <w:rPr>
                <w:color w:val="111111"/>
                <w:sz w:val="14"/>
              </w:rPr>
              <w:t>16</w:t>
            </w:r>
          </w:p>
        </w:tc>
        <w:tc>
          <w:tcPr>
            <w:tcW w:w="2056" w:type="dxa"/>
            <w:vAlign w:val="center"/>
          </w:tcPr>
          <w:p w14:paraId="26F22853" w14:textId="77777777" w:rsidR="006D1884" w:rsidRDefault="00000000">
            <w:pPr>
              <w:jc w:val="center"/>
            </w:pPr>
            <w:r>
              <w:rPr>
                <w:color w:val="111111"/>
                <w:sz w:val="14"/>
              </w:rPr>
              <w:t>17</w:t>
            </w:r>
          </w:p>
        </w:tc>
        <w:tc>
          <w:tcPr>
            <w:tcW w:w="2056" w:type="dxa"/>
            <w:vAlign w:val="center"/>
          </w:tcPr>
          <w:p w14:paraId="3301CD1F" w14:textId="77777777" w:rsidR="006D1884" w:rsidRDefault="00000000">
            <w:pPr>
              <w:jc w:val="center"/>
            </w:pPr>
            <w:r>
              <w:rPr>
                <w:color w:val="111111"/>
                <w:sz w:val="14"/>
              </w:rPr>
              <w:t>17</w:t>
            </w:r>
          </w:p>
        </w:tc>
        <w:tc>
          <w:tcPr>
            <w:tcW w:w="2056" w:type="dxa"/>
            <w:vAlign w:val="center"/>
          </w:tcPr>
          <w:p w14:paraId="6726F759" w14:textId="77777777" w:rsidR="006D1884" w:rsidRDefault="00000000">
            <w:pPr>
              <w:jc w:val="center"/>
            </w:pPr>
            <w:r>
              <w:rPr>
                <w:color w:val="111111"/>
                <w:sz w:val="14"/>
              </w:rPr>
              <w:t>20</w:t>
            </w:r>
          </w:p>
        </w:tc>
      </w:tr>
      <w:tr w:rsidR="006D1884" w14:paraId="1F15CC4F" w14:textId="77777777">
        <w:trPr>
          <w:jc w:val="center"/>
        </w:trPr>
        <w:tc>
          <w:tcPr>
            <w:tcW w:w="2056" w:type="dxa"/>
            <w:vAlign w:val="center"/>
          </w:tcPr>
          <w:p w14:paraId="673E6861" w14:textId="77777777" w:rsidR="006D1884" w:rsidRDefault="00000000">
            <w:pPr>
              <w:jc w:val="center"/>
            </w:pPr>
            <w:r>
              <w:rPr>
                <w:color w:val="111111"/>
                <w:sz w:val="14"/>
              </w:rPr>
              <w:t>38</w:t>
            </w:r>
          </w:p>
        </w:tc>
        <w:tc>
          <w:tcPr>
            <w:tcW w:w="2056" w:type="dxa"/>
            <w:vAlign w:val="center"/>
          </w:tcPr>
          <w:p w14:paraId="60374214" w14:textId="77777777" w:rsidR="006D1884" w:rsidRDefault="00000000">
            <w:pPr>
              <w:jc w:val="center"/>
            </w:pPr>
            <w:r>
              <w:rPr>
                <w:color w:val="111111"/>
                <w:sz w:val="14"/>
              </w:rPr>
              <w:t>15</w:t>
            </w:r>
          </w:p>
        </w:tc>
        <w:tc>
          <w:tcPr>
            <w:tcW w:w="2056" w:type="dxa"/>
            <w:vAlign w:val="center"/>
          </w:tcPr>
          <w:p w14:paraId="42EEE83C" w14:textId="77777777" w:rsidR="006D1884" w:rsidRDefault="00000000">
            <w:pPr>
              <w:jc w:val="center"/>
            </w:pPr>
            <w:r>
              <w:rPr>
                <w:color w:val="111111"/>
                <w:sz w:val="14"/>
              </w:rPr>
              <w:t>16</w:t>
            </w:r>
          </w:p>
        </w:tc>
        <w:tc>
          <w:tcPr>
            <w:tcW w:w="2056" w:type="dxa"/>
            <w:vAlign w:val="center"/>
          </w:tcPr>
          <w:p w14:paraId="62502002" w14:textId="77777777" w:rsidR="006D1884" w:rsidRDefault="00000000">
            <w:pPr>
              <w:jc w:val="center"/>
            </w:pPr>
            <w:r>
              <w:rPr>
                <w:color w:val="111111"/>
                <w:sz w:val="14"/>
              </w:rPr>
              <w:t>16</w:t>
            </w:r>
          </w:p>
        </w:tc>
        <w:tc>
          <w:tcPr>
            <w:tcW w:w="2056" w:type="dxa"/>
            <w:vAlign w:val="center"/>
          </w:tcPr>
          <w:p w14:paraId="36E8E13E" w14:textId="77777777" w:rsidR="006D1884" w:rsidRDefault="00000000">
            <w:pPr>
              <w:jc w:val="center"/>
            </w:pPr>
            <w:r>
              <w:rPr>
                <w:color w:val="111111"/>
                <w:sz w:val="14"/>
              </w:rPr>
              <w:t>19</w:t>
            </w:r>
          </w:p>
        </w:tc>
      </w:tr>
      <w:tr w:rsidR="006D1884" w14:paraId="139BAEEE" w14:textId="77777777">
        <w:trPr>
          <w:jc w:val="center"/>
        </w:trPr>
        <w:tc>
          <w:tcPr>
            <w:tcW w:w="2056" w:type="dxa"/>
            <w:vAlign w:val="center"/>
          </w:tcPr>
          <w:p w14:paraId="224BC2CD" w14:textId="77777777" w:rsidR="006D1884" w:rsidRDefault="00000000">
            <w:pPr>
              <w:jc w:val="center"/>
            </w:pPr>
            <w:r>
              <w:rPr>
                <w:color w:val="111111"/>
                <w:sz w:val="14"/>
              </w:rPr>
              <w:t>39</w:t>
            </w:r>
          </w:p>
        </w:tc>
        <w:tc>
          <w:tcPr>
            <w:tcW w:w="2056" w:type="dxa"/>
            <w:vAlign w:val="center"/>
          </w:tcPr>
          <w:p w14:paraId="4F7CEC9E" w14:textId="77777777" w:rsidR="006D1884" w:rsidRDefault="00000000">
            <w:pPr>
              <w:jc w:val="center"/>
            </w:pPr>
            <w:r>
              <w:rPr>
                <w:color w:val="111111"/>
                <w:sz w:val="14"/>
              </w:rPr>
              <w:t>14</w:t>
            </w:r>
          </w:p>
        </w:tc>
        <w:tc>
          <w:tcPr>
            <w:tcW w:w="2056" w:type="dxa"/>
            <w:vAlign w:val="center"/>
          </w:tcPr>
          <w:p w14:paraId="068E4171" w14:textId="77777777" w:rsidR="006D1884" w:rsidRDefault="00000000">
            <w:pPr>
              <w:jc w:val="center"/>
            </w:pPr>
            <w:r>
              <w:rPr>
                <w:color w:val="111111"/>
                <w:sz w:val="14"/>
              </w:rPr>
              <w:t>15</w:t>
            </w:r>
          </w:p>
        </w:tc>
        <w:tc>
          <w:tcPr>
            <w:tcW w:w="2056" w:type="dxa"/>
            <w:vAlign w:val="center"/>
          </w:tcPr>
          <w:p w14:paraId="1A714FF0" w14:textId="77777777" w:rsidR="006D1884" w:rsidRDefault="00000000">
            <w:pPr>
              <w:jc w:val="center"/>
            </w:pPr>
            <w:r>
              <w:rPr>
                <w:color w:val="111111"/>
                <w:sz w:val="14"/>
              </w:rPr>
              <w:t>15</w:t>
            </w:r>
          </w:p>
        </w:tc>
        <w:tc>
          <w:tcPr>
            <w:tcW w:w="2056" w:type="dxa"/>
            <w:vAlign w:val="center"/>
          </w:tcPr>
          <w:p w14:paraId="08147365" w14:textId="77777777" w:rsidR="006D1884" w:rsidRDefault="00000000">
            <w:pPr>
              <w:jc w:val="center"/>
            </w:pPr>
            <w:r>
              <w:rPr>
                <w:color w:val="111111"/>
                <w:sz w:val="14"/>
              </w:rPr>
              <w:t>18</w:t>
            </w:r>
          </w:p>
        </w:tc>
      </w:tr>
      <w:tr w:rsidR="006D1884" w14:paraId="6345360D" w14:textId="77777777">
        <w:trPr>
          <w:jc w:val="center"/>
        </w:trPr>
        <w:tc>
          <w:tcPr>
            <w:tcW w:w="2056" w:type="dxa"/>
            <w:vAlign w:val="center"/>
          </w:tcPr>
          <w:p w14:paraId="56928DA4" w14:textId="77777777" w:rsidR="006D1884" w:rsidRDefault="00000000">
            <w:pPr>
              <w:jc w:val="center"/>
            </w:pPr>
            <w:r>
              <w:rPr>
                <w:color w:val="111111"/>
                <w:sz w:val="14"/>
              </w:rPr>
              <w:t>40</w:t>
            </w:r>
          </w:p>
        </w:tc>
        <w:tc>
          <w:tcPr>
            <w:tcW w:w="2056" w:type="dxa"/>
            <w:vAlign w:val="center"/>
          </w:tcPr>
          <w:p w14:paraId="4F50BAB9" w14:textId="77777777" w:rsidR="006D1884" w:rsidRDefault="00000000">
            <w:pPr>
              <w:jc w:val="center"/>
            </w:pPr>
            <w:r>
              <w:rPr>
                <w:color w:val="111111"/>
                <w:sz w:val="14"/>
              </w:rPr>
              <w:t>13</w:t>
            </w:r>
          </w:p>
        </w:tc>
        <w:tc>
          <w:tcPr>
            <w:tcW w:w="2056" w:type="dxa"/>
            <w:vAlign w:val="center"/>
          </w:tcPr>
          <w:p w14:paraId="6718257E" w14:textId="77777777" w:rsidR="006D1884" w:rsidRDefault="00000000">
            <w:pPr>
              <w:jc w:val="center"/>
            </w:pPr>
            <w:r>
              <w:rPr>
                <w:color w:val="111111"/>
                <w:sz w:val="14"/>
              </w:rPr>
              <w:t>14</w:t>
            </w:r>
          </w:p>
        </w:tc>
        <w:tc>
          <w:tcPr>
            <w:tcW w:w="2056" w:type="dxa"/>
            <w:vAlign w:val="center"/>
          </w:tcPr>
          <w:p w14:paraId="24634E42" w14:textId="77777777" w:rsidR="006D1884" w:rsidRDefault="00000000">
            <w:pPr>
              <w:jc w:val="center"/>
            </w:pPr>
            <w:r>
              <w:rPr>
                <w:color w:val="111111"/>
                <w:sz w:val="14"/>
              </w:rPr>
              <w:t>14</w:t>
            </w:r>
          </w:p>
        </w:tc>
        <w:tc>
          <w:tcPr>
            <w:tcW w:w="2056" w:type="dxa"/>
            <w:vAlign w:val="center"/>
          </w:tcPr>
          <w:p w14:paraId="10BDFAA5" w14:textId="77777777" w:rsidR="006D1884" w:rsidRDefault="00000000">
            <w:pPr>
              <w:jc w:val="center"/>
            </w:pPr>
            <w:r>
              <w:rPr>
                <w:color w:val="111111"/>
                <w:sz w:val="14"/>
              </w:rPr>
              <w:t>17</w:t>
            </w:r>
          </w:p>
        </w:tc>
      </w:tr>
      <w:tr w:rsidR="006D1884" w14:paraId="2CD8C06E" w14:textId="77777777">
        <w:trPr>
          <w:jc w:val="center"/>
        </w:trPr>
        <w:tc>
          <w:tcPr>
            <w:tcW w:w="2056" w:type="dxa"/>
            <w:vAlign w:val="center"/>
          </w:tcPr>
          <w:p w14:paraId="71376DB5" w14:textId="77777777" w:rsidR="006D1884" w:rsidRDefault="00000000">
            <w:pPr>
              <w:jc w:val="center"/>
            </w:pPr>
            <w:r>
              <w:rPr>
                <w:color w:val="111111"/>
                <w:sz w:val="14"/>
              </w:rPr>
              <w:t>41</w:t>
            </w:r>
          </w:p>
        </w:tc>
        <w:tc>
          <w:tcPr>
            <w:tcW w:w="2056" w:type="dxa"/>
            <w:vAlign w:val="center"/>
          </w:tcPr>
          <w:p w14:paraId="7678A28D" w14:textId="77777777" w:rsidR="006D1884" w:rsidRDefault="00000000">
            <w:pPr>
              <w:jc w:val="center"/>
            </w:pPr>
            <w:r>
              <w:rPr>
                <w:color w:val="111111"/>
                <w:sz w:val="14"/>
              </w:rPr>
              <w:t>12</w:t>
            </w:r>
          </w:p>
        </w:tc>
        <w:tc>
          <w:tcPr>
            <w:tcW w:w="2056" w:type="dxa"/>
            <w:vAlign w:val="center"/>
          </w:tcPr>
          <w:p w14:paraId="0D00E759" w14:textId="77777777" w:rsidR="006D1884" w:rsidRDefault="00000000">
            <w:pPr>
              <w:jc w:val="center"/>
            </w:pPr>
            <w:r>
              <w:rPr>
                <w:color w:val="111111"/>
                <w:sz w:val="14"/>
              </w:rPr>
              <w:t>13</w:t>
            </w:r>
          </w:p>
        </w:tc>
        <w:tc>
          <w:tcPr>
            <w:tcW w:w="2056" w:type="dxa"/>
            <w:vAlign w:val="center"/>
          </w:tcPr>
          <w:p w14:paraId="76B7F900" w14:textId="77777777" w:rsidR="006D1884" w:rsidRDefault="00000000">
            <w:pPr>
              <w:jc w:val="center"/>
            </w:pPr>
            <w:r>
              <w:rPr>
                <w:color w:val="111111"/>
                <w:sz w:val="14"/>
              </w:rPr>
              <w:t>13</w:t>
            </w:r>
          </w:p>
        </w:tc>
        <w:tc>
          <w:tcPr>
            <w:tcW w:w="2056" w:type="dxa"/>
            <w:vAlign w:val="center"/>
          </w:tcPr>
          <w:p w14:paraId="0AD873A2" w14:textId="77777777" w:rsidR="006D1884" w:rsidRDefault="00000000">
            <w:pPr>
              <w:jc w:val="center"/>
            </w:pPr>
            <w:r>
              <w:rPr>
                <w:color w:val="111111"/>
                <w:sz w:val="14"/>
              </w:rPr>
              <w:t>16</w:t>
            </w:r>
          </w:p>
        </w:tc>
      </w:tr>
      <w:tr w:rsidR="006D1884" w14:paraId="45BD2798" w14:textId="77777777">
        <w:trPr>
          <w:jc w:val="center"/>
        </w:trPr>
        <w:tc>
          <w:tcPr>
            <w:tcW w:w="2056" w:type="dxa"/>
            <w:vAlign w:val="center"/>
          </w:tcPr>
          <w:p w14:paraId="125B06BE" w14:textId="77777777" w:rsidR="006D1884" w:rsidRDefault="00000000">
            <w:pPr>
              <w:jc w:val="center"/>
            </w:pPr>
            <w:r>
              <w:rPr>
                <w:color w:val="111111"/>
                <w:sz w:val="14"/>
              </w:rPr>
              <w:t>42</w:t>
            </w:r>
          </w:p>
        </w:tc>
        <w:tc>
          <w:tcPr>
            <w:tcW w:w="2056" w:type="dxa"/>
            <w:vAlign w:val="center"/>
          </w:tcPr>
          <w:p w14:paraId="491E6524" w14:textId="77777777" w:rsidR="006D1884" w:rsidRDefault="00000000">
            <w:pPr>
              <w:jc w:val="center"/>
            </w:pPr>
            <w:r>
              <w:rPr>
                <w:color w:val="111111"/>
                <w:sz w:val="14"/>
              </w:rPr>
              <w:t>11</w:t>
            </w:r>
          </w:p>
        </w:tc>
        <w:tc>
          <w:tcPr>
            <w:tcW w:w="2056" w:type="dxa"/>
            <w:vAlign w:val="center"/>
          </w:tcPr>
          <w:p w14:paraId="2E1ADFCF" w14:textId="77777777" w:rsidR="006D1884" w:rsidRDefault="00000000">
            <w:pPr>
              <w:jc w:val="center"/>
            </w:pPr>
            <w:r>
              <w:rPr>
                <w:color w:val="111111"/>
                <w:sz w:val="14"/>
              </w:rPr>
              <w:t>12</w:t>
            </w:r>
          </w:p>
        </w:tc>
        <w:tc>
          <w:tcPr>
            <w:tcW w:w="2056" w:type="dxa"/>
            <w:vAlign w:val="center"/>
          </w:tcPr>
          <w:p w14:paraId="5808D7D9" w14:textId="77777777" w:rsidR="006D1884" w:rsidRDefault="00000000">
            <w:pPr>
              <w:jc w:val="center"/>
            </w:pPr>
            <w:r>
              <w:rPr>
                <w:color w:val="111111"/>
                <w:sz w:val="14"/>
              </w:rPr>
              <w:t>12</w:t>
            </w:r>
          </w:p>
        </w:tc>
        <w:tc>
          <w:tcPr>
            <w:tcW w:w="2056" w:type="dxa"/>
            <w:vAlign w:val="center"/>
          </w:tcPr>
          <w:p w14:paraId="664D7CE4" w14:textId="77777777" w:rsidR="006D1884" w:rsidRDefault="00000000">
            <w:pPr>
              <w:jc w:val="center"/>
            </w:pPr>
            <w:r>
              <w:rPr>
                <w:color w:val="111111"/>
                <w:sz w:val="14"/>
              </w:rPr>
              <w:t>14</w:t>
            </w:r>
          </w:p>
        </w:tc>
      </w:tr>
      <w:tr w:rsidR="006D1884" w14:paraId="24794836" w14:textId="77777777">
        <w:trPr>
          <w:jc w:val="center"/>
        </w:trPr>
        <w:tc>
          <w:tcPr>
            <w:tcW w:w="2056" w:type="dxa"/>
            <w:vAlign w:val="center"/>
          </w:tcPr>
          <w:p w14:paraId="04A4DA39" w14:textId="77777777" w:rsidR="006D1884" w:rsidRDefault="00000000">
            <w:pPr>
              <w:jc w:val="center"/>
            </w:pPr>
            <w:r>
              <w:rPr>
                <w:color w:val="111111"/>
                <w:sz w:val="14"/>
              </w:rPr>
              <w:t>43</w:t>
            </w:r>
          </w:p>
        </w:tc>
        <w:tc>
          <w:tcPr>
            <w:tcW w:w="2056" w:type="dxa"/>
            <w:vAlign w:val="center"/>
          </w:tcPr>
          <w:p w14:paraId="435474AE" w14:textId="77777777" w:rsidR="006D1884" w:rsidRDefault="00000000">
            <w:pPr>
              <w:jc w:val="center"/>
            </w:pPr>
            <w:r>
              <w:rPr>
                <w:color w:val="111111"/>
                <w:sz w:val="14"/>
              </w:rPr>
              <w:t>10</w:t>
            </w:r>
          </w:p>
        </w:tc>
        <w:tc>
          <w:tcPr>
            <w:tcW w:w="2056" w:type="dxa"/>
            <w:vAlign w:val="center"/>
          </w:tcPr>
          <w:p w14:paraId="1A0D04FD" w14:textId="77777777" w:rsidR="006D1884" w:rsidRDefault="00000000">
            <w:pPr>
              <w:jc w:val="center"/>
            </w:pPr>
            <w:r>
              <w:rPr>
                <w:color w:val="111111"/>
                <w:sz w:val="14"/>
              </w:rPr>
              <w:t>11</w:t>
            </w:r>
          </w:p>
        </w:tc>
        <w:tc>
          <w:tcPr>
            <w:tcW w:w="2056" w:type="dxa"/>
            <w:vAlign w:val="center"/>
          </w:tcPr>
          <w:p w14:paraId="00852638" w14:textId="77777777" w:rsidR="006D1884" w:rsidRDefault="00000000">
            <w:pPr>
              <w:jc w:val="center"/>
            </w:pPr>
            <w:r>
              <w:rPr>
                <w:color w:val="111111"/>
                <w:sz w:val="14"/>
              </w:rPr>
              <w:t>11</w:t>
            </w:r>
          </w:p>
        </w:tc>
        <w:tc>
          <w:tcPr>
            <w:tcW w:w="2056" w:type="dxa"/>
            <w:vAlign w:val="center"/>
          </w:tcPr>
          <w:p w14:paraId="0F17F0B0" w14:textId="77777777" w:rsidR="006D1884" w:rsidRDefault="00000000">
            <w:pPr>
              <w:jc w:val="center"/>
            </w:pPr>
            <w:r>
              <w:rPr>
                <w:color w:val="111111"/>
                <w:sz w:val="14"/>
              </w:rPr>
              <w:t>13</w:t>
            </w:r>
          </w:p>
        </w:tc>
      </w:tr>
      <w:tr w:rsidR="006D1884" w14:paraId="0D36E182" w14:textId="77777777">
        <w:trPr>
          <w:jc w:val="center"/>
        </w:trPr>
        <w:tc>
          <w:tcPr>
            <w:tcW w:w="2056" w:type="dxa"/>
            <w:vAlign w:val="center"/>
          </w:tcPr>
          <w:p w14:paraId="5BD40E67" w14:textId="77777777" w:rsidR="006D1884" w:rsidRDefault="00000000">
            <w:pPr>
              <w:jc w:val="center"/>
            </w:pPr>
            <w:r>
              <w:rPr>
                <w:color w:val="111111"/>
                <w:sz w:val="14"/>
              </w:rPr>
              <w:t>44</w:t>
            </w:r>
          </w:p>
        </w:tc>
        <w:tc>
          <w:tcPr>
            <w:tcW w:w="2056" w:type="dxa"/>
            <w:vAlign w:val="center"/>
          </w:tcPr>
          <w:p w14:paraId="71397240" w14:textId="77777777" w:rsidR="006D1884" w:rsidRDefault="00000000">
            <w:pPr>
              <w:jc w:val="center"/>
            </w:pPr>
            <w:r>
              <w:rPr>
                <w:color w:val="111111"/>
                <w:sz w:val="14"/>
              </w:rPr>
              <w:t>9</w:t>
            </w:r>
          </w:p>
        </w:tc>
        <w:tc>
          <w:tcPr>
            <w:tcW w:w="2056" w:type="dxa"/>
            <w:vAlign w:val="center"/>
          </w:tcPr>
          <w:p w14:paraId="43E0E7E7" w14:textId="77777777" w:rsidR="006D1884" w:rsidRDefault="00000000">
            <w:pPr>
              <w:jc w:val="center"/>
            </w:pPr>
            <w:r>
              <w:rPr>
                <w:color w:val="111111"/>
                <w:sz w:val="14"/>
              </w:rPr>
              <w:t>10</w:t>
            </w:r>
          </w:p>
        </w:tc>
        <w:tc>
          <w:tcPr>
            <w:tcW w:w="2056" w:type="dxa"/>
            <w:vAlign w:val="center"/>
          </w:tcPr>
          <w:p w14:paraId="262D5D10" w14:textId="77777777" w:rsidR="006D1884" w:rsidRDefault="00000000">
            <w:pPr>
              <w:jc w:val="center"/>
            </w:pPr>
            <w:r>
              <w:rPr>
                <w:color w:val="111111"/>
                <w:sz w:val="14"/>
              </w:rPr>
              <w:t>10</w:t>
            </w:r>
          </w:p>
        </w:tc>
        <w:tc>
          <w:tcPr>
            <w:tcW w:w="2056" w:type="dxa"/>
            <w:vAlign w:val="center"/>
          </w:tcPr>
          <w:p w14:paraId="355807FA" w14:textId="77777777" w:rsidR="006D1884" w:rsidRDefault="00000000">
            <w:pPr>
              <w:jc w:val="center"/>
            </w:pPr>
            <w:r>
              <w:rPr>
                <w:color w:val="111111"/>
                <w:sz w:val="14"/>
              </w:rPr>
              <w:t>12</w:t>
            </w:r>
          </w:p>
        </w:tc>
      </w:tr>
      <w:tr w:rsidR="006D1884" w14:paraId="30570B73" w14:textId="77777777">
        <w:trPr>
          <w:jc w:val="center"/>
        </w:trPr>
        <w:tc>
          <w:tcPr>
            <w:tcW w:w="2056" w:type="dxa"/>
            <w:vAlign w:val="center"/>
          </w:tcPr>
          <w:p w14:paraId="0D75E9FB" w14:textId="77777777" w:rsidR="006D1884" w:rsidRDefault="00000000">
            <w:pPr>
              <w:jc w:val="center"/>
            </w:pPr>
            <w:r>
              <w:rPr>
                <w:color w:val="111111"/>
                <w:sz w:val="14"/>
              </w:rPr>
              <w:t>45</w:t>
            </w:r>
          </w:p>
        </w:tc>
        <w:tc>
          <w:tcPr>
            <w:tcW w:w="2056" w:type="dxa"/>
            <w:vAlign w:val="center"/>
          </w:tcPr>
          <w:p w14:paraId="7F9E0D09" w14:textId="77777777" w:rsidR="006D1884" w:rsidRDefault="00000000">
            <w:pPr>
              <w:jc w:val="center"/>
            </w:pPr>
            <w:r>
              <w:rPr>
                <w:color w:val="111111"/>
                <w:sz w:val="14"/>
              </w:rPr>
              <w:t>8</w:t>
            </w:r>
          </w:p>
        </w:tc>
        <w:tc>
          <w:tcPr>
            <w:tcW w:w="2056" w:type="dxa"/>
            <w:vAlign w:val="center"/>
          </w:tcPr>
          <w:p w14:paraId="6D66FDB7" w14:textId="77777777" w:rsidR="006D1884" w:rsidRDefault="00000000">
            <w:pPr>
              <w:jc w:val="center"/>
            </w:pPr>
            <w:r>
              <w:rPr>
                <w:color w:val="111111"/>
                <w:sz w:val="14"/>
              </w:rPr>
              <w:t>9</w:t>
            </w:r>
          </w:p>
        </w:tc>
        <w:tc>
          <w:tcPr>
            <w:tcW w:w="2056" w:type="dxa"/>
            <w:vAlign w:val="center"/>
          </w:tcPr>
          <w:p w14:paraId="2320419B" w14:textId="77777777" w:rsidR="006D1884" w:rsidRDefault="00000000">
            <w:pPr>
              <w:jc w:val="center"/>
            </w:pPr>
            <w:r>
              <w:rPr>
                <w:color w:val="111111"/>
                <w:sz w:val="14"/>
              </w:rPr>
              <w:t>9</w:t>
            </w:r>
          </w:p>
        </w:tc>
        <w:tc>
          <w:tcPr>
            <w:tcW w:w="2056" w:type="dxa"/>
            <w:vAlign w:val="center"/>
          </w:tcPr>
          <w:p w14:paraId="27818EFB" w14:textId="77777777" w:rsidR="006D1884" w:rsidRDefault="00000000">
            <w:pPr>
              <w:jc w:val="center"/>
            </w:pPr>
            <w:r>
              <w:rPr>
                <w:color w:val="111111"/>
                <w:sz w:val="14"/>
              </w:rPr>
              <w:t>11</w:t>
            </w:r>
          </w:p>
        </w:tc>
      </w:tr>
      <w:tr w:rsidR="006D1884" w14:paraId="12526A97" w14:textId="77777777">
        <w:trPr>
          <w:jc w:val="center"/>
        </w:trPr>
        <w:tc>
          <w:tcPr>
            <w:tcW w:w="2056" w:type="dxa"/>
            <w:vAlign w:val="center"/>
          </w:tcPr>
          <w:p w14:paraId="165F1392" w14:textId="77777777" w:rsidR="006D1884" w:rsidRDefault="00000000">
            <w:pPr>
              <w:jc w:val="center"/>
            </w:pPr>
            <w:r>
              <w:rPr>
                <w:color w:val="111111"/>
                <w:sz w:val="14"/>
              </w:rPr>
              <w:t>46</w:t>
            </w:r>
          </w:p>
        </w:tc>
        <w:tc>
          <w:tcPr>
            <w:tcW w:w="2056" w:type="dxa"/>
            <w:vAlign w:val="center"/>
          </w:tcPr>
          <w:p w14:paraId="587E84E1" w14:textId="77777777" w:rsidR="006D1884" w:rsidRDefault="00000000">
            <w:pPr>
              <w:jc w:val="center"/>
            </w:pPr>
            <w:r>
              <w:rPr>
                <w:color w:val="111111"/>
                <w:sz w:val="14"/>
              </w:rPr>
              <w:t>7</w:t>
            </w:r>
          </w:p>
        </w:tc>
        <w:tc>
          <w:tcPr>
            <w:tcW w:w="2056" w:type="dxa"/>
            <w:vAlign w:val="center"/>
          </w:tcPr>
          <w:p w14:paraId="08BC9877" w14:textId="77777777" w:rsidR="006D1884" w:rsidRDefault="00000000">
            <w:pPr>
              <w:jc w:val="center"/>
            </w:pPr>
            <w:r>
              <w:rPr>
                <w:color w:val="111111"/>
                <w:sz w:val="14"/>
              </w:rPr>
              <w:t>8</w:t>
            </w:r>
          </w:p>
        </w:tc>
        <w:tc>
          <w:tcPr>
            <w:tcW w:w="2056" w:type="dxa"/>
            <w:vAlign w:val="center"/>
          </w:tcPr>
          <w:p w14:paraId="4631AFD9" w14:textId="77777777" w:rsidR="006D1884" w:rsidRDefault="00000000">
            <w:pPr>
              <w:jc w:val="center"/>
            </w:pPr>
            <w:r>
              <w:rPr>
                <w:color w:val="111111"/>
                <w:sz w:val="14"/>
              </w:rPr>
              <w:t>8</w:t>
            </w:r>
          </w:p>
        </w:tc>
        <w:tc>
          <w:tcPr>
            <w:tcW w:w="2056" w:type="dxa"/>
            <w:vAlign w:val="center"/>
          </w:tcPr>
          <w:p w14:paraId="7B33EE85" w14:textId="77777777" w:rsidR="006D1884" w:rsidRDefault="00000000">
            <w:pPr>
              <w:jc w:val="center"/>
            </w:pPr>
            <w:r>
              <w:rPr>
                <w:color w:val="111111"/>
                <w:sz w:val="14"/>
              </w:rPr>
              <w:t>10</w:t>
            </w:r>
          </w:p>
        </w:tc>
      </w:tr>
      <w:tr w:rsidR="006D1884" w14:paraId="14CD5627" w14:textId="77777777">
        <w:trPr>
          <w:jc w:val="center"/>
        </w:trPr>
        <w:tc>
          <w:tcPr>
            <w:tcW w:w="2056" w:type="dxa"/>
            <w:vAlign w:val="center"/>
          </w:tcPr>
          <w:p w14:paraId="7ECFE982" w14:textId="77777777" w:rsidR="006D1884" w:rsidRDefault="00000000">
            <w:pPr>
              <w:jc w:val="center"/>
            </w:pPr>
            <w:r>
              <w:rPr>
                <w:color w:val="111111"/>
                <w:sz w:val="14"/>
              </w:rPr>
              <w:t>47</w:t>
            </w:r>
          </w:p>
        </w:tc>
        <w:tc>
          <w:tcPr>
            <w:tcW w:w="2056" w:type="dxa"/>
            <w:vAlign w:val="center"/>
          </w:tcPr>
          <w:p w14:paraId="093E2B72" w14:textId="77777777" w:rsidR="006D1884" w:rsidRDefault="00000000">
            <w:pPr>
              <w:jc w:val="center"/>
            </w:pPr>
            <w:r>
              <w:rPr>
                <w:color w:val="111111"/>
                <w:sz w:val="14"/>
              </w:rPr>
              <w:t>6</w:t>
            </w:r>
          </w:p>
        </w:tc>
        <w:tc>
          <w:tcPr>
            <w:tcW w:w="2056" w:type="dxa"/>
            <w:vAlign w:val="center"/>
          </w:tcPr>
          <w:p w14:paraId="31157AC6" w14:textId="77777777" w:rsidR="006D1884" w:rsidRDefault="00000000">
            <w:pPr>
              <w:jc w:val="center"/>
            </w:pPr>
            <w:r>
              <w:rPr>
                <w:color w:val="111111"/>
                <w:sz w:val="14"/>
              </w:rPr>
              <w:t>7</w:t>
            </w:r>
          </w:p>
        </w:tc>
        <w:tc>
          <w:tcPr>
            <w:tcW w:w="2056" w:type="dxa"/>
            <w:vAlign w:val="center"/>
          </w:tcPr>
          <w:p w14:paraId="2013C6EA" w14:textId="77777777" w:rsidR="006D1884" w:rsidRDefault="00000000">
            <w:pPr>
              <w:jc w:val="center"/>
            </w:pPr>
            <w:r>
              <w:rPr>
                <w:color w:val="111111"/>
                <w:sz w:val="14"/>
              </w:rPr>
              <w:t>7</w:t>
            </w:r>
          </w:p>
        </w:tc>
        <w:tc>
          <w:tcPr>
            <w:tcW w:w="2056" w:type="dxa"/>
            <w:vAlign w:val="center"/>
          </w:tcPr>
          <w:p w14:paraId="31C2AF56" w14:textId="77777777" w:rsidR="006D1884" w:rsidRDefault="00000000">
            <w:pPr>
              <w:jc w:val="center"/>
            </w:pPr>
            <w:r>
              <w:rPr>
                <w:color w:val="111111"/>
                <w:sz w:val="14"/>
              </w:rPr>
              <w:t>8</w:t>
            </w:r>
          </w:p>
        </w:tc>
      </w:tr>
      <w:tr w:rsidR="006D1884" w14:paraId="4D6AB6CF" w14:textId="77777777">
        <w:trPr>
          <w:jc w:val="center"/>
        </w:trPr>
        <w:tc>
          <w:tcPr>
            <w:tcW w:w="2056" w:type="dxa"/>
            <w:vAlign w:val="center"/>
          </w:tcPr>
          <w:p w14:paraId="246EDCD4" w14:textId="77777777" w:rsidR="006D1884" w:rsidRDefault="00000000">
            <w:pPr>
              <w:jc w:val="center"/>
            </w:pPr>
            <w:r>
              <w:rPr>
                <w:color w:val="111111"/>
                <w:sz w:val="14"/>
              </w:rPr>
              <w:t>48</w:t>
            </w:r>
          </w:p>
        </w:tc>
        <w:tc>
          <w:tcPr>
            <w:tcW w:w="2056" w:type="dxa"/>
            <w:vAlign w:val="center"/>
          </w:tcPr>
          <w:p w14:paraId="4C1A6F81" w14:textId="77777777" w:rsidR="006D1884" w:rsidRDefault="00000000">
            <w:pPr>
              <w:jc w:val="center"/>
            </w:pPr>
            <w:r>
              <w:rPr>
                <w:color w:val="111111"/>
                <w:sz w:val="14"/>
              </w:rPr>
              <w:t>5</w:t>
            </w:r>
          </w:p>
        </w:tc>
        <w:tc>
          <w:tcPr>
            <w:tcW w:w="2056" w:type="dxa"/>
            <w:vAlign w:val="center"/>
          </w:tcPr>
          <w:p w14:paraId="2D349470" w14:textId="77777777" w:rsidR="006D1884" w:rsidRDefault="00000000">
            <w:pPr>
              <w:jc w:val="center"/>
            </w:pPr>
            <w:r>
              <w:rPr>
                <w:color w:val="111111"/>
                <w:sz w:val="14"/>
              </w:rPr>
              <w:t>6</w:t>
            </w:r>
          </w:p>
        </w:tc>
        <w:tc>
          <w:tcPr>
            <w:tcW w:w="2056" w:type="dxa"/>
            <w:vAlign w:val="center"/>
          </w:tcPr>
          <w:p w14:paraId="552F47BB" w14:textId="77777777" w:rsidR="006D1884" w:rsidRDefault="00000000">
            <w:pPr>
              <w:jc w:val="center"/>
            </w:pPr>
            <w:r>
              <w:rPr>
                <w:color w:val="111111"/>
                <w:sz w:val="14"/>
              </w:rPr>
              <w:t>6</w:t>
            </w:r>
          </w:p>
        </w:tc>
        <w:tc>
          <w:tcPr>
            <w:tcW w:w="2056" w:type="dxa"/>
            <w:vAlign w:val="center"/>
          </w:tcPr>
          <w:p w14:paraId="11DFAFDF" w14:textId="77777777" w:rsidR="006D1884" w:rsidRDefault="00000000">
            <w:pPr>
              <w:jc w:val="center"/>
            </w:pPr>
            <w:r>
              <w:rPr>
                <w:color w:val="111111"/>
                <w:sz w:val="14"/>
              </w:rPr>
              <w:t>7</w:t>
            </w:r>
          </w:p>
        </w:tc>
      </w:tr>
      <w:tr w:rsidR="006D1884" w14:paraId="6026386B" w14:textId="77777777">
        <w:trPr>
          <w:jc w:val="center"/>
        </w:trPr>
        <w:tc>
          <w:tcPr>
            <w:tcW w:w="2056" w:type="dxa"/>
            <w:vAlign w:val="center"/>
          </w:tcPr>
          <w:p w14:paraId="11F3F0E7" w14:textId="77777777" w:rsidR="006D1884" w:rsidRDefault="00000000">
            <w:pPr>
              <w:jc w:val="center"/>
            </w:pPr>
            <w:r>
              <w:rPr>
                <w:color w:val="111111"/>
                <w:sz w:val="14"/>
              </w:rPr>
              <w:t>49</w:t>
            </w:r>
          </w:p>
        </w:tc>
        <w:tc>
          <w:tcPr>
            <w:tcW w:w="2056" w:type="dxa"/>
            <w:vAlign w:val="center"/>
          </w:tcPr>
          <w:p w14:paraId="566D8F41" w14:textId="77777777" w:rsidR="006D1884" w:rsidRDefault="00000000">
            <w:pPr>
              <w:jc w:val="center"/>
            </w:pPr>
            <w:r>
              <w:rPr>
                <w:color w:val="111111"/>
                <w:sz w:val="14"/>
              </w:rPr>
              <w:t>4</w:t>
            </w:r>
          </w:p>
        </w:tc>
        <w:tc>
          <w:tcPr>
            <w:tcW w:w="2056" w:type="dxa"/>
            <w:vAlign w:val="center"/>
          </w:tcPr>
          <w:p w14:paraId="441D9970" w14:textId="77777777" w:rsidR="006D1884" w:rsidRDefault="00000000">
            <w:pPr>
              <w:jc w:val="center"/>
            </w:pPr>
            <w:r>
              <w:rPr>
                <w:color w:val="111111"/>
                <w:sz w:val="14"/>
              </w:rPr>
              <w:t>5</w:t>
            </w:r>
          </w:p>
        </w:tc>
        <w:tc>
          <w:tcPr>
            <w:tcW w:w="2056" w:type="dxa"/>
            <w:vAlign w:val="center"/>
          </w:tcPr>
          <w:p w14:paraId="3E943BF3" w14:textId="77777777" w:rsidR="006D1884" w:rsidRDefault="00000000">
            <w:pPr>
              <w:jc w:val="center"/>
            </w:pPr>
            <w:r>
              <w:rPr>
                <w:color w:val="111111"/>
                <w:sz w:val="14"/>
              </w:rPr>
              <w:t>5</w:t>
            </w:r>
          </w:p>
        </w:tc>
        <w:tc>
          <w:tcPr>
            <w:tcW w:w="2056" w:type="dxa"/>
            <w:vAlign w:val="center"/>
          </w:tcPr>
          <w:p w14:paraId="57CCA015" w14:textId="77777777" w:rsidR="006D1884" w:rsidRDefault="00000000">
            <w:pPr>
              <w:jc w:val="center"/>
            </w:pPr>
            <w:r>
              <w:rPr>
                <w:color w:val="111111"/>
                <w:sz w:val="14"/>
              </w:rPr>
              <w:t>6</w:t>
            </w:r>
          </w:p>
        </w:tc>
      </w:tr>
      <w:tr w:rsidR="006D1884" w14:paraId="1C738E67" w14:textId="77777777">
        <w:trPr>
          <w:jc w:val="center"/>
        </w:trPr>
        <w:tc>
          <w:tcPr>
            <w:tcW w:w="2056" w:type="dxa"/>
            <w:vAlign w:val="center"/>
          </w:tcPr>
          <w:p w14:paraId="354F4533" w14:textId="77777777" w:rsidR="006D1884" w:rsidRDefault="00000000">
            <w:pPr>
              <w:jc w:val="center"/>
            </w:pPr>
            <w:r>
              <w:rPr>
                <w:color w:val="111111"/>
                <w:sz w:val="14"/>
              </w:rPr>
              <w:t>50</w:t>
            </w:r>
          </w:p>
        </w:tc>
        <w:tc>
          <w:tcPr>
            <w:tcW w:w="2056" w:type="dxa"/>
            <w:vAlign w:val="center"/>
          </w:tcPr>
          <w:p w14:paraId="3D1E97AF" w14:textId="77777777" w:rsidR="006D1884" w:rsidRDefault="00000000">
            <w:pPr>
              <w:jc w:val="center"/>
            </w:pPr>
            <w:r>
              <w:rPr>
                <w:color w:val="111111"/>
                <w:sz w:val="14"/>
              </w:rPr>
              <w:t>3</w:t>
            </w:r>
          </w:p>
        </w:tc>
        <w:tc>
          <w:tcPr>
            <w:tcW w:w="2056" w:type="dxa"/>
            <w:vAlign w:val="center"/>
          </w:tcPr>
          <w:p w14:paraId="59ADEC77" w14:textId="77777777" w:rsidR="006D1884" w:rsidRDefault="00000000">
            <w:pPr>
              <w:jc w:val="center"/>
            </w:pPr>
            <w:r>
              <w:rPr>
                <w:color w:val="111111"/>
                <w:sz w:val="14"/>
              </w:rPr>
              <w:t>4</w:t>
            </w:r>
          </w:p>
        </w:tc>
        <w:tc>
          <w:tcPr>
            <w:tcW w:w="2056" w:type="dxa"/>
            <w:vAlign w:val="center"/>
          </w:tcPr>
          <w:p w14:paraId="00556D8C" w14:textId="77777777" w:rsidR="006D1884" w:rsidRDefault="00000000">
            <w:pPr>
              <w:jc w:val="center"/>
            </w:pPr>
            <w:r>
              <w:rPr>
                <w:color w:val="111111"/>
                <w:sz w:val="14"/>
              </w:rPr>
              <w:t>4</w:t>
            </w:r>
          </w:p>
        </w:tc>
        <w:tc>
          <w:tcPr>
            <w:tcW w:w="2056" w:type="dxa"/>
            <w:vAlign w:val="center"/>
          </w:tcPr>
          <w:p w14:paraId="68583EF1" w14:textId="77777777" w:rsidR="006D1884" w:rsidRDefault="00000000">
            <w:pPr>
              <w:jc w:val="center"/>
            </w:pPr>
            <w:r>
              <w:rPr>
                <w:color w:val="111111"/>
                <w:sz w:val="14"/>
              </w:rPr>
              <w:t>5</w:t>
            </w:r>
          </w:p>
        </w:tc>
      </w:tr>
      <w:tr w:rsidR="006D1884" w14:paraId="0E08181D" w14:textId="77777777">
        <w:trPr>
          <w:jc w:val="center"/>
        </w:trPr>
        <w:tc>
          <w:tcPr>
            <w:tcW w:w="2056" w:type="dxa"/>
            <w:shd w:val="clear" w:color="auto" w:fill="F4F2ED"/>
            <w:vAlign w:val="center"/>
          </w:tcPr>
          <w:p w14:paraId="182AC808" w14:textId="77777777" w:rsidR="006D1884" w:rsidRDefault="00000000">
            <w:pPr>
              <w:jc w:val="center"/>
            </w:pPr>
            <w:r>
              <w:rPr>
                <w:b/>
                <w:color w:val="111111"/>
                <w:sz w:val="15"/>
              </w:rPr>
              <w:t>51+</w:t>
            </w:r>
          </w:p>
        </w:tc>
        <w:tc>
          <w:tcPr>
            <w:tcW w:w="2056" w:type="dxa"/>
            <w:shd w:val="clear" w:color="auto" w:fill="F4F2ED"/>
            <w:vAlign w:val="center"/>
          </w:tcPr>
          <w:p w14:paraId="3C48A0BD" w14:textId="77777777" w:rsidR="006D1884" w:rsidRDefault="00000000">
            <w:pPr>
              <w:jc w:val="center"/>
            </w:pPr>
            <w:r>
              <w:rPr>
                <w:b/>
                <w:color w:val="111111"/>
                <w:sz w:val="15"/>
              </w:rPr>
              <w:t>1</w:t>
            </w:r>
          </w:p>
        </w:tc>
        <w:tc>
          <w:tcPr>
            <w:tcW w:w="2056" w:type="dxa"/>
            <w:shd w:val="clear" w:color="auto" w:fill="F4F2ED"/>
            <w:vAlign w:val="center"/>
          </w:tcPr>
          <w:p w14:paraId="494B5797" w14:textId="77777777" w:rsidR="006D1884" w:rsidRDefault="00000000">
            <w:pPr>
              <w:jc w:val="center"/>
            </w:pPr>
            <w:r>
              <w:rPr>
                <w:b/>
                <w:color w:val="111111"/>
                <w:sz w:val="15"/>
              </w:rPr>
              <w:t>1</w:t>
            </w:r>
          </w:p>
        </w:tc>
        <w:tc>
          <w:tcPr>
            <w:tcW w:w="2056" w:type="dxa"/>
            <w:shd w:val="clear" w:color="auto" w:fill="F4F2ED"/>
            <w:vAlign w:val="center"/>
          </w:tcPr>
          <w:p w14:paraId="6A6C0908" w14:textId="77777777" w:rsidR="006D1884" w:rsidRDefault="00000000">
            <w:pPr>
              <w:jc w:val="center"/>
            </w:pPr>
            <w:r>
              <w:rPr>
                <w:b/>
                <w:color w:val="111111"/>
                <w:sz w:val="15"/>
              </w:rPr>
              <w:t>1</w:t>
            </w:r>
          </w:p>
        </w:tc>
        <w:tc>
          <w:tcPr>
            <w:tcW w:w="2056" w:type="dxa"/>
            <w:shd w:val="clear" w:color="auto" w:fill="F4F2ED"/>
            <w:vAlign w:val="center"/>
          </w:tcPr>
          <w:p w14:paraId="4DA35531" w14:textId="77777777" w:rsidR="006D1884" w:rsidRDefault="00000000">
            <w:pPr>
              <w:jc w:val="center"/>
            </w:pPr>
            <w:r>
              <w:rPr>
                <w:b/>
                <w:color w:val="111111"/>
                <w:sz w:val="15"/>
              </w:rPr>
              <w:t>1</w:t>
            </w:r>
          </w:p>
        </w:tc>
      </w:tr>
      <w:tr w:rsidR="006D1884" w14:paraId="11E0E58A" w14:textId="77777777">
        <w:trPr>
          <w:jc w:val="center"/>
        </w:trPr>
        <w:tc>
          <w:tcPr>
            <w:tcW w:w="2056" w:type="dxa"/>
            <w:shd w:val="clear" w:color="auto" w:fill="F4F2ED"/>
            <w:vAlign w:val="center"/>
          </w:tcPr>
          <w:p w14:paraId="6791C5CF" w14:textId="77777777" w:rsidR="006D1884" w:rsidRDefault="00000000">
            <w:pPr>
              <w:jc w:val="center"/>
            </w:pPr>
            <w:r>
              <w:rPr>
                <w:b/>
                <w:color w:val="111111"/>
                <w:sz w:val="15"/>
              </w:rPr>
              <w:t>DNF</w:t>
            </w:r>
          </w:p>
        </w:tc>
        <w:tc>
          <w:tcPr>
            <w:tcW w:w="2056" w:type="dxa"/>
            <w:shd w:val="clear" w:color="auto" w:fill="F4F2ED"/>
            <w:vAlign w:val="center"/>
          </w:tcPr>
          <w:p w14:paraId="5E5E75A8" w14:textId="77777777" w:rsidR="006D1884" w:rsidRDefault="00000000">
            <w:pPr>
              <w:jc w:val="center"/>
            </w:pPr>
            <w:r>
              <w:rPr>
                <w:b/>
                <w:color w:val="111111"/>
                <w:sz w:val="15"/>
              </w:rPr>
              <w:t>0</w:t>
            </w:r>
          </w:p>
        </w:tc>
        <w:tc>
          <w:tcPr>
            <w:tcW w:w="2056" w:type="dxa"/>
            <w:shd w:val="clear" w:color="auto" w:fill="F4F2ED"/>
            <w:vAlign w:val="center"/>
          </w:tcPr>
          <w:p w14:paraId="68D4979A" w14:textId="77777777" w:rsidR="006D1884" w:rsidRDefault="00000000">
            <w:pPr>
              <w:jc w:val="center"/>
            </w:pPr>
            <w:r>
              <w:rPr>
                <w:b/>
                <w:color w:val="111111"/>
                <w:sz w:val="15"/>
              </w:rPr>
              <w:t>0</w:t>
            </w:r>
          </w:p>
        </w:tc>
        <w:tc>
          <w:tcPr>
            <w:tcW w:w="2056" w:type="dxa"/>
            <w:shd w:val="clear" w:color="auto" w:fill="F4F2ED"/>
            <w:vAlign w:val="center"/>
          </w:tcPr>
          <w:p w14:paraId="3EC8EC87" w14:textId="77777777" w:rsidR="006D1884" w:rsidRDefault="00000000">
            <w:pPr>
              <w:jc w:val="center"/>
            </w:pPr>
            <w:r>
              <w:rPr>
                <w:b/>
                <w:color w:val="111111"/>
                <w:sz w:val="15"/>
              </w:rPr>
              <w:t>0</w:t>
            </w:r>
          </w:p>
        </w:tc>
        <w:tc>
          <w:tcPr>
            <w:tcW w:w="2056" w:type="dxa"/>
            <w:shd w:val="clear" w:color="auto" w:fill="F4F2ED"/>
            <w:vAlign w:val="center"/>
          </w:tcPr>
          <w:p w14:paraId="3D26BB01" w14:textId="77777777" w:rsidR="006D1884" w:rsidRDefault="00000000">
            <w:pPr>
              <w:jc w:val="center"/>
            </w:pPr>
            <w:r>
              <w:rPr>
                <w:b/>
                <w:color w:val="111111"/>
                <w:sz w:val="15"/>
              </w:rPr>
              <w:t>0</w:t>
            </w:r>
          </w:p>
        </w:tc>
      </w:tr>
      <w:tr w:rsidR="006D1884" w14:paraId="5DB3D066" w14:textId="77777777">
        <w:trPr>
          <w:jc w:val="center"/>
        </w:trPr>
        <w:tc>
          <w:tcPr>
            <w:tcW w:w="2056" w:type="dxa"/>
            <w:shd w:val="clear" w:color="auto" w:fill="F4F2ED"/>
            <w:vAlign w:val="center"/>
          </w:tcPr>
          <w:p w14:paraId="7BD2A03E" w14:textId="77777777" w:rsidR="006D1884" w:rsidRDefault="00000000">
            <w:pPr>
              <w:jc w:val="center"/>
            </w:pPr>
            <w:r>
              <w:rPr>
                <w:b/>
                <w:color w:val="111111"/>
                <w:sz w:val="15"/>
              </w:rPr>
              <w:t>DNS</w:t>
            </w:r>
          </w:p>
        </w:tc>
        <w:tc>
          <w:tcPr>
            <w:tcW w:w="2056" w:type="dxa"/>
            <w:shd w:val="clear" w:color="auto" w:fill="F4F2ED"/>
            <w:vAlign w:val="center"/>
          </w:tcPr>
          <w:p w14:paraId="5A5A64CE" w14:textId="77777777" w:rsidR="006D1884" w:rsidRDefault="00000000">
            <w:pPr>
              <w:jc w:val="center"/>
            </w:pPr>
            <w:r>
              <w:rPr>
                <w:b/>
                <w:color w:val="111111"/>
                <w:sz w:val="15"/>
              </w:rPr>
              <w:t>0</w:t>
            </w:r>
          </w:p>
        </w:tc>
        <w:tc>
          <w:tcPr>
            <w:tcW w:w="2056" w:type="dxa"/>
            <w:shd w:val="clear" w:color="auto" w:fill="F4F2ED"/>
            <w:vAlign w:val="center"/>
          </w:tcPr>
          <w:p w14:paraId="58DA1D75" w14:textId="77777777" w:rsidR="006D1884" w:rsidRDefault="00000000">
            <w:pPr>
              <w:jc w:val="center"/>
            </w:pPr>
            <w:r>
              <w:rPr>
                <w:b/>
                <w:color w:val="111111"/>
                <w:sz w:val="15"/>
              </w:rPr>
              <w:t>0</w:t>
            </w:r>
          </w:p>
        </w:tc>
        <w:tc>
          <w:tcPr>
            <w:tcW w:w="2056" w:type="dxa"/>
            <w:shd w:val="clear" w:color="auto" w:fill="F4F2ED"/>
            <w:vAlign w:val="center"/>
          </w:tcPr>
          <w:p w14:paraId="42A8FD8D" w14:textId="77777777" w:rsidR="006D1884" w:rsidRDefault="00000000">
            <w:pPr>
              <w:jc w:val="center"/>
            </w:pPr>
            <w:r>
              <w:rPr>
                <w:b/>
                <w:color w:val="111111"/>
                <w:sz w:val="15"/>
              </w:rPr>
              <w:t>0</w:t>
            </w:r>
          </w:p>
        </w:tc>
        <w:tc>
          <w:tcPr>
            <w:tcW w:w="2056" w:type="dxa"/>
            <w:shd w:val="clear" w:color="auto" w:fill="F4F2ED"/>
            <w:vAlign w:val="center"/>
          </w:tcPr>
          <w:p w14:paraId="6813E136" w14:textId="77777777" w:rsidR="006D1884" w:rsidRDefault="00000000">
            <w:pPr>
              <w:jc w:val="center"/>
            </w:pPr>
            <w:r>
              <w:rPr>
                <w:b/>
                <w:color w:val="111111"/>
                <w:sz w:val="15"/>
              </w:rPr>
              <w:t>0</w:t>
            </w:r>
          </w:p>
        </w:tc>
      </w:tr>
      <w:tr w:rsidR="006D1884" w14:paraId="7A9F27A3" w14:textId="77777777">
        <w:trPr>
          <w:jc w:val="center"/>
        </w:trPr>
        <w:tc>
          <w:tcPr>
            <w:tcW w:w="2056" w:type="dxa"/>
            <w:shd w:val="clear" w:color="auto" w:fill="F4F2ED"/>
            <w:vAlign w:val="center"/>
          </w:tcPr>
          <w:p w14:paraId="564EB597" w14:textId="77777777" w:rsidR="006D1884" w:rsidRDefault="00000000">
            <w:pPr>
              <w:jc w:val="center"/>
            </w:pPr>
            <w:r>
              <w:rPr>
                <w:b/>
                <w:color w:val="111111"/>
                <w:sz w:val="15"/>
              </w:rPr>
              <w:t>DQ</w:t>
            </w:r>
          </w:p>
        </w:tc>
        <w:tc>
          <w:tcPr>
            <w:tcW w:w="2056" w:type="dxa"/>
            <w:shd w:val="clear" w:color="auto" w:fill="F4F2ED"/>
            <w:vAlign w:val="center"/>
          </w:tcPr>
          <w:p w14:paraId="24994836" w14:textId="77777777" w:rsidR="006D1884" w:rsidRDefault="00000000">
            <w:pPr>
              <w:jc w:val="center"/>
            </w:pPr>
            <w:r>
              <w:rPr>
                <w:b/>
                <w:color w:val="111111"/>
                <w:sz w:val="15"/>
              </w:rPr>
              <w:t>0</w:t>
            </w:r>
          </w:p>
        </w:tc>
        <w:tc>
          <w:tcPr>
            <w:tcW w:w="2056" w:type="dxa"/>
            <w:shd w:val="clear" w:color="auto" w:fill="F4F2ED"/>
            <w:vAlign w:val="center"/>
          </w:tcPr>
          <w:p w14:paraId="2773F7BE" w14:textId="77777777" w:rsidR="006D1884" w:rsidRDefault="00000000">
            <w:pPr>
              <w:jc w:val="center"/>
            </w:pPr>
            <w:r>
              <w:rPr>
                <w:b/>
                <w:color w:val="111111"/>
                <w:sz w:val="15"/>
              </w:rPr>
              <w:t>0</w:t>
            </w:r>
          </w:p>
        </w:tc>
        <w:tc>
          <w:tcPr>
            <w:tcW w:w="2056" w:type="dxa"/>
            <w:shd w:val="clear" w:color="auto" w:fill="F4F2ED"/>
            <w:vAlign w:val="center"/>
          </w:tcPr>
          <w:p w14:paraId="26F3E960" w14:textId="77777777" w:rsidR="006D1884" w:rsidRDefault="00000000">
            <w:pPr>
              <w:jc w:val="center"/>
            </w:pPr>
            <w:r>
              <w:rPr>
                <w:b/>
                <w:color w:val="111111"/>
                <w:sz w:val="15"/>
              </w:rPr>
              <w:t>0</w:t>
            </w:r>
          </w:p>
        </w:tc>
        <w:tc>
          <w:tcPr>
            <w:tcW w:w="2056" w:type="dxa"/>
            <w:shd w:val="clear" w:color="auto" w:fill="F4F2ED"/>
            <w:vAlign w:val="center"/>
          </w:tcPr>
          <w:p w14:paraId="764CC7F0" w14:textId="77777777" w:rsidR="006D1884" w:rsidRDefault="00000000">
            <w:pPr>
              <w:jc w:val="center"/>
            </w:pPr>
            <w:r>
              <w:rPr>
                <w:b/>
                <w:color w:val="111111"/>
                <w:sz w:val="15"/>
              </w:rPr>
              <w:t>0</w:t>
            </w:r>
          </w:p>
        </w:tc>
      </w:tr>
    </w:tbl>
    <w:p w14:paraId="46C09652" w14:textId="77777777" w:rsidR="006D1884" w:rsidRDefault="00000000">
      <w:pPr>
        <w:pStyle w:val="Heading1"/>
      </w:pPr>
      <w:r>
        <w:t>5. Canadian National Series Qualification and Ranking</w:t>
      </w:r>
    </w:p>
    <w:p w14:paraId="6553963D" w14:textId="77777777" w:rsidR="006D1884" w:rsidRDefault="00000000">
      <w:r>
        <w:t>To qualify for the final Canadian Skyrunning National Series standings, an athlete must record an official finish in at least 5 Series Races. The athlete's best 4 Series Race results determine the final Series score.</w:t>
      </w:r>
    </w:p>
    <w:tbl>
      <w:tblPr>
        <w:tblStyle w:val="TableGrid"/>
        <w:tblW w:w="0" w:type="auto"/>
        <w:jc w:val="center"/>
        <w:tblLook w:val="04A0" w:firstRow="1" w:lastRow="0" w:firstColumn="1" w:lastColumn="0" w:noHBand="0" w:noVBand="1"/>
      </w:tblPr>
      <w:tblGrid>
        <w:gridCol w:w="5141"/>
        <w:gridCol w:w="5141"/>
      </w:tblGrid>
      <w:tr w:rsidR="006D1884" w14:paraId="75788CEC" w14:textId="77777777">
        <w:trPr>
          <w:jc w:val="center"/>
        </w:trPr>
        <w:tc>
          <w:tcPr>
            <w:tcW w:w="5141" w:type="dxa"/>
            <w:vAlign w:val="center"/>
          </w:tcPr>
          <w:p w14:paraId="52B782D1" w14:textId="77777777" w:rsidR="006D1884" w:rsidRDefault="00000000">
            <w:r>
              <w:rPr>
                <w:b/>
                <w:color w:val="111111"/>
                <w:sz w:val="16"/>
              </w:rPr>
              <w:t>Minimum official finishes</w:t>
            </w:r>
          </w:p>
        </w:tc>
        <w:tc>
          <w:tcPr>
            <w:tcW w:w="5141" w:type="dxa"/>
            <w:vAlign w:val="center"/>
          </w:tcPr>
          <w:p w14:paraId="652271E7" w14:textId="77777777" w:rsidR="006D1884" w:rsidRDefault="00000000">
            <w:r>
              <w:rPr>
                <w:color w:val="111111"/>
                <w:sz w:val="16"/>
              </w:rPr>
              <w:t>5 Series Races</w:t>
            </w:r>
          </w:p>
        </w:tc>
      </w:tr>
      <w:tr w:rsidR="006D1884" w14:paraId="34A6695D" w14:textId="77777777">
        <w:trPr>
          <w:jc w:val="center"/>
        </w:trPr>
        <w:tc>
          <w:tcPr>
            <w:tcW w:w="5141" w:type="dxa"/>
            <w:vAlign w:val="center"/>
          </w:tcPr>
          <w:p w14:paraId="2CC32A0E" w14:textId="77777777" w:rsidR="006D1884" w:rsidRDefault="00000000">
            <w:r>
              <w:rPr>
                <w:b/>
                <w:color w:val="111111"/>
                <w:sz w:val="16"/>
              </w:rPr>
              <w:t>Results counted</w:t>
            </w:r>
          </w:p>
        </w:tc>
        <w:tc>
          <w:tcPr>
            <w:tcW w:w="5141" w:type="dxa"/>
            <w:vAlign w:val="center"/>
          </w:tcPr>
          <w:p w14:paraId="5631195A" w14:textId="77777777" w:rsidR="006D1884" w:rsidRDefault="00000000">
            <w:r>
              <w:rPr>
                <w:color w:val="111111"/>
                <w:sz w:val="16"/>
              </w:rPr>
              <w:t>Best 4</w:t>
            </w:r>
          </w:p>
        </w:tc>
      </w:tr>
      <w:tr w:rsidR="006D1884" w14:paraId="0FB64766" w14:textId="77777777">
        <w:trPr>
          <w:jc w:val="center"/>
        </w:trPr>
        <w:tc>
          <w:tcPr>
            <w:tcW w:w="5141" w:type="dxa"/>
            <w:vAlign w:val="center"/>
          </w:tcPr>
          <w:p w14:paraId="6F24DC30" w14:textId="77777777" w:rsidR="006D1884" w:rsidRDefault="00000000">
            <w:r>
              <w:rPr>
                <w:b/>
                <w:color w:val="111111"/>
                <w:sz w:val="16"/>
              </w:rPr>
              <w:t>Race-type requirement</w:t>
            </w:r>
          </w:p>
        </w:tc>
        <w:tc>
          <w:tcPr>
            <w:tcW w:w="5141" w:type="dxa"/>
            <w:vAlign w:val="center"/>
          </w:tcPr>
          <w:p w14:paraId="7420219C" w14:textId="77777777" w:rsidR="006D1884" w:rsidRDefault="00000000">
            <w:r>
              <w:rPr>
                <w:color w:val="111111"/>
                <w:sz w:val="16"/>
              </w:rPr>
              <w:t>None</w:t>
            </w:r>
          </w:p>
        </w:tc>
      </w:tr>
    </w:tbl>
    <w:p w14:paraId="5EDDD2EB" w14:textId="77777777" w:rsidR="006D1884" w:rsidRDefault="00000000">
      <w:r>
        <w:lastRenderedPageBreak/>
        <w:t>Athletes may compete in more than five Series Races. Only their four highest point-scoring results are included in the final score. There is no requirement to compete at all three Event Weekends and no requirement that the four scoring results include a particular race type.</w:t>
      </w:r>
    </w:p>
    <w:p w14:paraId="7EF16A6B" w14:textId="77777777" w:rsidR="006D1884" w:rsidRDefault="00000000">
      <w:pPr>
        <w:pStyle w:val="Heading1"/>
      </w:pPr>
      <w:r>
        <w:t>6. National Series Eligibility, Awards and Prizing</w:t>
      </w:r>
    </w:p>
    <w:p w14:paraId="0E8C7E0A" w14:textId="77777777" w:rsidR="006D1884" w:rsidRDefault="00000000">
      <w:r>
        <w:t>The Canadian Skyrunning National Series is open to eligible athletes regardless of nationality or residency. Athletes do not need to be Canadian citizens or residents to earn Series Points, qualify for the final National Series standings, or place in the top three.</w:t>
      </w:r>
    </w:p>
    <w:p w14:paraId="3ECC0027" w14:textId="77777777" w:rsidR="006D1884" w:rsidRDefault="00000000">
      <w:r>
        <w:t>The top three women and top three men in the final Canadian National Series standings will constitute the Series podiums and will receive the applicable awards, prize money and other prizing announced for the 2027 season.</w:t>
      </w:r>
    </w:p>
    <w:p w14:paraId="332EACB0" w14:textId="77777777" w:rsidR="006D1884" w:rsidRDefault="00000000">
      <w:r>
        <w:t>No age-group Series standings are included in the 2027 ranking structure.</w:t>
      </w:r>
    </w:p>
    <w:p w14:paraId="20A3B195" w14:textId="77777777" w:rsidR="006D1884" w:rsidRDefault="00000000">
      <w:pPr>
        <w:pStyle w:val="Heading1"/>
      </w:pPr>
      <w:r>
        <w:t>7. SNS Qualification and Ranking</w:t>
      </w:r>
    </w:p>
    <w:p w14:paraId="42E06C35" w14:textId="77777777" w:rsidR="006D1884" w:rsidRDefault="00000000">
      <w:r>
        <w:t>To qualify for the final SNS standings, an athlete must record an official finish in at least 4 SNS-designated races. The athlete's best 3 SNS results determine the final SNS score.</w:t>
      </w:r>
    </w:p>
    <w:tbl>
      <w:tblPr>
        <w:tblStyle w:val="TableGrid"/>
        <w:tblW w:w="0" w:type="auto"/>
        <w:jc w:val="center"/>
        <w:tblLook w:val="04A0" w:firstRow="1" w:lastRow="0" w:firstColumn="1" w:lastColumn="0" w:noHBand="0" w:noVBand="1"/>
      </w:tblPr>
      <w:tblGrid>
        <w:gridCol w:w="5141"/>
        <w:gridCol w:w="5141"/>
      </w:tblGrid>
      <w:tr w:rsidR="006D1884" w14:paraId="754FAA7F" w14:textId="77777777">
        <w:trPr>
          <w:jc w:val="center"/>
        </w:trPr>
        <w:tc>
          <w:tcPr>
            <w:tcW w:w="5141" w:type="dxa"/>
            <w:vAlign w:val="center"/>
          </w:tcPr>
          <w:p w14:paraId="36A4073E" w14:textId="77777777" w:rsidR="006D1884" w:rsidRDefault="00000000">
            <w:r>
              <w:rPr>
                <w:b/>
                <w:color w:val="111111"/>
                <w:sz w:val="16"/>
              </w:rPr>
              <w:t>Minimum official SNS finishes</w:t>
            </w:r>
          </w:p>
        </w:tc>
        <w:tc>
          <w:tcPr>
            <w:tcW w:w="5141" w:type="dxa"/>
            <w:vAlign w:val="center"/>
          </w:tcPr>
          <w:p w14:paraId="4DB6B522" w14:textId="77777777" w:rsidR="006D1884" w:rsidRDefault="00000000">
            <w:r>
              <w:rPr>
                <w:color w:val="111111"/>
                <w:sz w:val="16"/>
              </w:rPr>
              <w:t>4 SNS Races</w:t>
            </w:r>
          </w:p>
        </w:tc>
      </w:tr>
      <w:tr w:rsidR="006D1884" w14:paraId="638E6BC7" w14:textId="77777777">
        <w:trPr>
          <w:jc w:val="center"/>
        </w:trPr>
        <w:tc>
          <w:tcPr>
            <w:tcW w:w="5141" w:type="dxa"/>
            <w:vAlign w:val="center"/>
          </w:tcPr>
          <w:p w14:paraId="0C4CBF7A" w14:textId="77777777" w:rsidR="006D1884" w:rsidRDefault="00000000">
            <w:r>
              <w:rPr>
                <w:b/>
                <w:color w:val="111111"/>
                <w:sz w:val="16"/>
              </w:rPr>
              <w:t>Results counted</w:t>
            </w:r>
          </w:p>
        </w:tc>
        <w:tc>
          <w:tcPr>
            <w:tcW w:w="5141" w:type="dxa"/>
            <w:vAlign w:val="center"/>
          </w:tcPr>
          <w:p w14:paraId="775A702D" w14:textId="77777777" w:rsidR="006D1884" w:rsidRDefault="00000000">
            <w:r>
              <w:rPr>
                <w:color w:val="111111"/>
                <w:sz w:val="16"/>
              </w:rPr>
              <w:t>Best 3 SNS results</w:t>
            </w:r>
          </w:p>
        </w:tc>
      </w:tr>
    </w:tbl>
    <w:p w14:paraId="69C98DD4" w14:textId="77777777" w:rsidR="006D1884" w:rsidRDefault="00000000">
      <w:r>
        <w:t>International athletes may compete, earn Series Points and appear in the SNS standings. The points earned at an SNS-designated race are the same Series Points used for the Canadian National Series standings.</w:t>
      </w:r>
    </w:p>
    <w:p w14:paraId="7452E45D" w14:textId="77777777" w:rsidR="006D1884" w:rsidRDefault="00000000">
      <w:pPr>
        <w:pStyle w:val="Heading1"/>
      </w:pPr>
      <w:r>
        <w:t>8. SNS SkyMasters Qualification</w:t>
      </w:r>
    </w:p>
    <w:p w14:paraId="47394D0B" w14:textId="77777777" w:rsidR="00FB16CA" w:rsidRDefault="00FB16CA" w:rsidP="00FB16CA">
      <w:pPr>
        <w:pStyle w:val="pdq2pgselectionanchorcontainer"/>
      </w:pPr>
      <w:r>
        <w:t xml:space="preserve">The </w:t>
      </w:r>
      <w:proofErr w:type="spellStart"/>
      <w:r>
        <w:t>Skyrunner</w:t>
      </w:r>
      <w:proofErr w:type="spellEnd"/>
      <w:r>
        <w:t xml:space="preserve">® National Series provides Canadian athletes with a pathway to the </w:t>
      </w:r>
      <w:proofErr w:type="spellStart"/>
      <w:r>
        <w:rPr>
          <w:rStyle w:val="Strong"/>
        </w:rPr>
        <w:t>SkyMasters</w:t>
      </w:r>
      <w:proofErr w:type="spellEnd"/>
      <w:r>
        <w:rPr>
          <w:rStyle w:val="Strong"/>
        </w:rPr>
        <w:t xml:space="preserve">, the final race on the </w:t>
      </w:r>
      <w:proofErr w:type="spellStart"/>
      <w:r>
        <w:rPr>
          <w:rStyle w:val="Strong"/>
        </w:rPr>
        <w:t>Skyrunner</w:t>
      </w:r>
      <w:proofErr w:type="spellEnd"/>
      <w:r>
        <w:rPr>
          <w:rStyle w:val="Strong"/>
        </w:rPr>
        <w:t>® World Series calendar</w:t>
      </w:r>
      <w:r>
        <w:t>.</w:t>
      </w:r>
    </w:p>
    <w:p w14:paraId="7C4D838C" w14:textId="77777777" w:rsidR="00FB16CA" w:rsidRDefault="00FB16CA" w:rsidP="00FB16CA">
      <w:pPr>
        <w:pStyle w:val="NormalWeb"/>
      </w:pPr>
      <w:r>
        <w:t xml:space="preserve">The SNS standings are open to athletes of all nationalities. However, </w:t>
      </w:r>
      <w:r>
        <w:rPr>
          <w:rStyle w:val="Strong"/>
        </w:rPr>
        <w:t xml:space="preserve">Canada's </w:t>
      </w:r>
      <w:proofErr w:type="spellStart"/>
      <w:r>
        <w:rPr>
          <w:rStyle w:val="Strong"/>
        </w:rPr>
        <w:t>SkyMasters</w:t>
      </w:r>
      <w:proofErr w:type="spellEnd"/>
      <w:r>
        <w:rPr>
          <w:rStyle w:val="Strong"/>
        </w:rPr>
        <w:t xml:space="preserve"> qualification positions are reserved for athletes eligible to represent Canada.</w:t>
      </w:r>
    </w:p>
    <w:p w14:paraId="44BC88EC" w14:textId="77777777" w:rsidR="00FB16CA" w:rsidRDefault="00FB16CA" w:rsidP="00FB16CA">
      <w:pPr>
        <w:pStyle w:val="NormalWeb"/>
      </w:pPr>
      <w:r>
        <w:t xml:space="preserve">For 2027, Skyrunning Canada will offer up to </w:t>
      </w:r>
      <w:r>
        <w:rPr>
          <w:rStyle w:val="Strong"/>
        </w:rPr>
        <w:t xml:space="preserve">six </w:t>
      </w:r>
      <w:proofErr w:type="spellStart"/>
      <w:r>
        <w:rPr>
          <w:rStyle w:val="Strong"/>
        </w:rPr>
        <w:t>SkyMasters</w:t>
      </w:r>
      <w:proofErr w:type="spellEnd"/>
      <w:r>
        <w:rPr>
          <w:rStyle w:val="Strong"/>
        </w:rPr>
        <w:t xml:space="preserve"> qualification positions — three women and three men</w:t>
      </w:r>
      <w:r>
        <w:t xml:space="preserve"> — based on the final SNS standings. These positions will be offered to the </w:t>
      </w:r>
      <w:r>
        <w:rPr>
          <w:rStyle w:val="Strong"/>
        </w:rPr>
        <w:t>three highest-ranked eligible Canadian women and three highest-ranked eligible Canadian men</w:t>
      </w:r>
      <w:r>
        <w:t>.</w:t>
      </w:r>
    </w:p>
    <w:p w14:paraId="0FDD9157" w14:textId="77777777" w:rsidR="00FB16CA" w:rsidRDefault="00FB16CA" w:rsidP="00FB16CA">
      <w:pPr>
        <w:pStyle w:val="NormalWeb"/>
      </w:pPr>
      <w:proofErr w:type="gramStart"/>
      <w:r>
        <w:t>For the purpose of</w:t>
      </w:r>
      <w:proofErr w:type="gramEnd"/>
      <w:r>
        <w:t xml:space="preserve"> </w:t>
      </w:r>
      <w:proofErr w:type="spellStart"/>
      <w:r>
        <w:t>SkyMasters</w:t>
      </w:r>
      <w:proofErr w:type="spellEnd"/>
      <w:r>
        <w:t xml:space="preserve"> qualification through Skyrunning Canada, an athlete must meet the applicable </w:t>
      </w:r>
      <w:r>
        <w:rPr>
          <w:rStyle w:val="Strong"/>
        </w:rPr>
        <w:t>ISF nationality requirements for representing Canada</w:t>
      </w:r>
      <w:r>
        <w:t xml:space="preserve"> in effect at the time of qualification.</w:t>
      </w:r>
    </w:p>
    <w:p w14:paraId="421D74A5" w14:textId="77777777" w:rsidR="00FB16CA" w:rsidRDefault="00FB16CA" w:rsidP="00FB16CA">
      <w:pPr>
        <w:pStyle w:val="NormalWeb"/>
      </w:pPr>
      <w:r>
        <w:t xml:space="preserve">If an eligible Canadian athlete declines or does not accept their position within the acceptance period specified by Skyrunning Canada, the position may </w:t>
      </w:r>
      <w:r>
        <w:rPr>
          <w:rStyle w:val="Strong"/>
        </w:rPr>
        <w:t>roll down to the next highest-ranked eligible Canadian athlete</w:t>
      </w:r>
      <w:r>
        <w:t xml:space="preserve"> in the final SNS standings.</w:t>
      </w:r>
    </w:p>
    <w:p w14:paraId="7F10C710" w14:textId="77777777" w:rsidR="00FB16CA" w:rsidRDefault="00FB16CA" w:rsidP="00FB16CA">
      <w:pPr>
        <w:pStyle w:val="NormalWeb"/>
      </w:pPr>
      <w:r>
        <w:t xml:space="preserve">International athletes may earn Series Points and appear in the SNS standings, but </w:t>
      </w:r>
      <w:r>
        <w:rPr>
          <w:rStyle w:val="Strong"/>
        </w:rPr>
        <w:t xml:space="preserve">they do not occupy or displace a Canadian athlete from one of Canada's </w:t>
      </w:r>
      <w:proofErr w:type="spellStart"/>
      <w:r>
        <w:rPr>
          <w:rStyle w:val="Strong"/>
        </w:rPr>
        <w:t>SkyMasters</w:t>
      </w:r>
      <w:proofErr w:type="spellEnd"/>
      <w:r>
        <w:rPr>
          <w:rStyle w:val="Strong"/>
        </w:rPr>
        <w:t xml:space="preserve"> qualification positions.</w:t>
      </w:r>
    </w:p>
    <w:p w14:paraId="513D3DCB" w14:textId="77777777" w:rsidR="006D1884" w:rsidRDefault="00000000">
      <w:pPr>
        <w:pStyle w:val="Heading1"/>
      </w:pPr>
      <w:r>
        <w:t>9. Official Finishes, DNF, DNS and Disqualification</w:t>
      </w:r>
    </w:p>
    <w:p w14:paraId="35788883" w14:textId="77777777" w:rsidR="006D1884" w:rsidRDefault="00000000">
      <w:r>
        <w:t>An official race finish is required for a race to count toward the minimum number of finishes required for National Series or SNS qualification.</w:t>
      </w:r>
    </w:p>
    <w:tbl>
      <w:tblPr>
        <w:tblStyle w:val="TableGrid"/>
        <w:tblW w:w="0" w:type="auto"/>
        <w:jc w:val="center"/>
        <w:tblLook w:val="04A0" w:firstRow="1" w:lastRow="0" w:firstColumn="1" w:lastColumn="0" w:noHBand="0" w:noVBand="1"/>
      </w:tblPr>
      <w:tblGrid>
        <w:gridCol w:w="3427"/>
        <w:gridCol w:w="3427"/>
        <w:gridCol w:w="3427"/>
      </w:tblGrid>
      <w:tr w:rsidR="006D1884" w14:paraId="5F4AE6B3" w14:textId="77777777">
        <w:trPr>
          <w:jc w:val="center"/>
        </w:trPr>
        <w:tc>
          <w:tcPr>
            <w:tcW w:w="3427" w:type="dxa"/>
            <w:shd w:val="clear" w:color="auto" w:fill="C62828"/>
            <w:vAlign w:val="center"/>
          </w:tcPr>
          <w:p w14:paraId="6C19D56A" w14:textId="77777777" w:rsidR="006D1884" w:rsidRDefault="00000000">
            <w:pPr>
              <w:jc w:val="center"/>
            </w:pPr>
            <w:r>
              <w:rPr>
                <w:b/>
                <w:color w:val="FFFFFF"/>
                <w:sz w:val="16"/>
              </w:rPr>
              <w:t>Result</w:t>
            </w:r>
          </w:p>
        </w:tc>
        <w:tc>
          <w:tcPr>
            <w:tcW w:w="3427" w:type="dxa"/>
            <w:shd w:val="clear" w:color="auto" w:fill="C62828"/>
            <w:vAlign w:val="center"/>
          </w:tcPr>
          <w:p w14:paraId="361D3CD1" w14:textId="77777777" w:rsidR="006D1884" w:rsidRDefault="00000000">
            <w:pPr>
              <w:jc w:val="center"/>
            </w:pPr>
            <w:r>
              <w:rPr>
                <w:b/>
                <w:color w:val="FFFFFF"/>
                <w:sz w:val="16"/>
              </w:rPr>
              <w:t>Points</w:t>
            </w:r>
          </w:p>
        </w:tc>
        <w:tc>
          <w:tcPr>
            <w:tcW w:w="3427" w:type="dxa"/>
            <w:shd w:val="clear" w:color="auto" w:fill="C62828"/>
            <w:vAlign w:val="center"/>
          </w:tcPr>
          <w:p w14:paraId="1AB2FAC4" w14:textId="77777777" w:rsidR="006D1884" w:rsidRDefault="00000000">
            <w:pPr>
              <w:jc w:val="center"/>
            </w:pPr>
            <w:r>
              <w:rPr>
                <w:b/>
                <w:color w:val="FFFFFF"/>
                <w:sz w:val="16"/>
              </w:rPr>
              <w:t>Counts toward qualification?</w:t>
            </w:r>
          </w:p>
        </w:tc>
      </w:tr>
      <w:tr w:rsidR="006D1884" w14:paraId="7E31B9B6" w14:textId="77777777">
        <w:trPr>
          <w:jc w:val="center"/>
        </w:trPr>
        <w:tc>
          <w:tcPr>
            <w:tcW w:w="3427" w:type="dxa"/>
            <w:vAlign w:val="center"/>
          </w:tcPr>
          <w:p w14:paraId="57815564" w14:textId="77777777" w:rsidR="006D1884" w:rsidRDefault="00000000">
            <w:r>
              <w:rPr>
                <w:color w:val="111111"/>
                <w:sz w:val="16"/>
              </w:rPr>
              <w:t>1st–50th</w:t>
            </w:r>
          </w:p>
        </w:tc>
        <w:tc>
          <w:tcPr>
            <w:tcW w:w="3427" w:type="dxa"/>
            <w:vAlign w:val="center"/>
          </w:tcPr>
          <w:p w14:paraId="17B5BA8B" w14:textId="77777777" w:rsidR="006D1884" w:rsidRDefault="00000000">
            <w:pPr>
              <w:jc w:val="center"/>
            </w:pPr>
            <w:r>
              <w:rPr>
                <w:color w:val="111111"/>
                <w:sz w:val="16"/>
              </w:rPr>
              <w:t>Per Series Points Table</w:t>
            </w:r>
          </w:p>
        </w:tc>
        <w:tc>
          <w:tcPr>
            <w:tcW w:w="3427" w:type="dxa"/>
            <w:vAlign w:val="center"/>
          </w:tcPr>
          <w:p w14:paraId="31C21879" w14:textId="77777777" w:rsidR="006D1884" w:rsidRDefault="00000000">
            <w:pPr>
              <w:jc w:val="center"/>
            </w:pPr>
            <w:r>
              <w:rPr>
                <w:color w:val="111111"/>
                <w:sz w:val="16"/>
              </w:rPr>
              <w:t>Yes</w:t>
            </w:r>
          </w:p>
        </w:tc>
      </w:tr>
      <w:tr w:rsidR="006D1884" w14:paraId="1FA80C4A" w14:textId="77777777">
        <w:trPr>
          <w:jc w:val="center"/>
        </w:trPr>
        <w:tc>
          <w:tcPr>
            <w:tcW w:w="3427" w:type="dxa"/>
            <w:vAlign w:val="center"/>
          </w:tcPr>
          <w:p w14:paraId="54AE8090" w14:textId="77777777" w:rsidR="006D1884" w:rsidRDefault="00000000">
            <w:r>
              <w:rPr>
                <w:color w:val="111111"/>
                <w:sz w:val="16"/>
              </w:rPr>
              <w:t>51st and later official finishers</w:t>
            </w:r>
          </w:p>
        </w:tc>
        <w:tc>
          <w:tcPr>
            <w:tcW w:w="3427" w:type="dxa"/>
            <w:vAlign w:val="center"/>
          </w:tcPr>
          <w:p w14:paraId="4587017C" w14:textId="77777777" w:rsidR="006D1884" w:rsidRDefault="00000000">
            <w:pPr>
              <w:jc w:val="center"/>
            </w:pPr>
            <w:r>
              <w:rPr>
                <w:color w:val="111111"/>
                <w:sz w:val="16"/>
              </w:rPr>
              <w:t>1 point</w:t>
            </w:r>
          </w:p>
        </w:tc>
        <w:tc>
          <w:tcPr>
            <w:tcW w:w="3427" w:type="dxa"/>
            <w:vAlign w:val="center"/>
          </w:tcPr>
          <w:p w14:paraId="6750BE79" w14:textId="77777777" w:rsidR="006D1884" w:rsidRDefault="00000000">
            <w:pPr>
              <w:jc w:val="center"/>
            </w:pPr>
            <w:r>
              <w:rPr>
                <w:color w:val="111111"/>
                <w:sz w:val="16"/>
              </w:rPr>
              <w:t>Yes</w:t>
            </w:r>
          </w:p>
        </w:tc>
      </w:tr>
      <w:tr w:rsidR="006D1884" w14:paraId="70ACA1E7" w14:textId="77777777">
        <w:trPr>
          <w:jc w:val="center"/>
        </w:trPr>
        <w:tc>
          <w:tcPr>
            <w:tcW w:w="3427" w:type="dxa"/>
            <w:vAlign w:val="center"/>
          </w:tcPr>
          <w:p w14:paraId="0CEC2EAE" w14:textId="77777777" w:rsidR="006D1884" w:rsidRDefault="00000000">
            <w:r>
              <w:rPr>
                <w:color w:val="111111"/>
                <w:sz w:val="16"/>
              </w:rPr>
              <w:t>DNF</w:t>
            </w:r>
          </w:p>
        </w:tc>
        <w:tc>
          <w:tcPr>
            <w:tcW w:w="3427" w:type="dxa"/>
            <w:vAlign w:val="center"/>
          </w:tcPr>
          <w:p w14:paraId="5BC77ABD" w14:textId="77777777" w:rsidR="006D1884" w:rsidRDefault="00000000">
            <w:pPr>
              <w:jc w:val="center"/>
            </w:pPr>
            <w:r>
              <w:rPr>
                <w:color w:val="111111"/>
                <w:sz w:val="16"/>
              </w:rPr>
              <w:t>0</w:t>
            </w:r>
          </w:p>
        </w:tc>
        <w:tc>
          <w:tcPr>
            <w:tcW w:w="3427" w:type="dxa"/>
            <w:vAlign w:val="center"/>
          </w:tcPr>
          <w:p w14:paraId="0EBC80FA" w14:textId="77777777" w:rsidR="006D1884" w:rsidRDefault="00000000">
            <w:pPr>
              <w:jc w:val="center"/>
            </w:pPr>
            <w:r>
              <w:rPr>
                <w:color w:val="111111"/>
                <w:sz w:val="16"/>
              </w:rPr>
              <w:t>No</w:t>
            </w:r>
          </w:p>
        </w:tc>
      </w:tr>
      <w:tr w:rsidR="006D1884" w14:paraId="1B7E8533" w14:textId="77777777">
        <w:trPr>
          <w:jc w:val="center"/>
        </w:trPr>
        <w:tc>
          <w:tcPr>
            <w:tcW w:w="3427" w:type="dxa"/>
            <w:vAlign w:val="center"/>
          </w:tcPr>
          <w:p w14:paraId="29CC05C4" w14:textId="77777777" w:rsidR="006D1884" w:rsidRDefault="00000000">
            <w:r>
              <w:rPr>
                <w:color w:val="111111"/>
                <w:sz w:val="16"/>
              </w:rPr>
              <w:t>DNS</w:t>
            </w:r>
          </w:p>
        </w:tc>
        <w:tc>
          <w:tcPr>
            <w:tcW w:w="3427" w:type="dxa"/>
            <w:vAlign w:val="center"/>
          </w:tcPr>
          <w:p w14:paraId="13060AF2" w14:textId="77777777" w:rsidR="006D1884" w:rsidRDefault="00000000">
            <w:pPr>
              <w:jc w:val="center"/>
            </w:pPr>
            <w:r>
              <w:rPr>
                <w:color w:val="111111"/>
                <w:sz w:val="16"/>
              </w:rPr>
              <w:t>0</w:t>
            </w:r>
          </w:p>
        </w:tc>
        <w:tc>
          <w:tcPr>
            <w:tcW w:w="3427" w:type="dxa"/>
            <w:vAlign w:val="center"/>
          </w:tcPr>
          <w:p w14:paraId="69DE981D" w14:textId="77777777" w:rsidR="006D1884" w:rsidRDefault="00000000">
            <w:pPr>
              <w:jc w:val="center"/>
            </w:pPr>
            <w:r>
              <w:rPr>
                <w:color w:val="111111"/>
                <w:sz w:val="16"/>
              </w:rPr>
              <w:t>No</w:t>
            </w:r>
          </w:p>
        </w:tc>
      </w:tr>
      <w:tr w:rsidR="006D1884" w14:paraId="3042F52D" w14:textId="77777777">
        <w:trPr>
          <w:jc w:val="center"/>
        </w:trPr>
        <w:tc>
          <w:tcPr>
            <w:tcW w:w="3427" w:type="dxa"/>
            <w:vAlign w:val="center"/>
          </w:tcPr>
          <w:p w14:paraId="5FC8C83F" w14:textId="77777777" w:rsidR="006D1884" w:rsidRDefault="00000000">
            <w:r>
              <w:rPr>
                <w:color w:val="111111"/>
                <w:sz w:val="16"/>
              </w:rPr>
              <w:t>DQ</w:t>
            </w:r>
          </w:p>
        </w:tc>
        <w:tc>
          <w:tcPr>
            <w:tcW w:w="3427" w:type="dxa"/>
            <w:vAlign w:val="center"/>
          </w:tcPr>
          <w:p w14:paraId="34B7071B" w14:textId="77777777" w:rsidR="006D1884" w:rsidRDefault="00000000">
            <w:pPr>
              <w:jc w:val="center"/>
            </w:pPr>
            <w:r>
              <w:rPr>
                <w:color w:val="111111"/>
                <w:sz w:val="16"/>
              </w:rPr>
              <w:t>0</w:t>
            </w:r>
          </w:p>
        </w:tc>
        <w:tc>
          <w:tcPr>
            <w:tcW w:w="3427" w:type="dxa"/>
            <w:vAlign w:val="center"/>
          </w:tcPr>
          <w:p w14:paraId="6C987810" w14:textId="77777777" w:rsidR="006D1884" w:rsidRDefault="00000000">
            <w:pPr>
              <w:jc w:val="center"/>
            </w:pPr>
            <w:r>
              <w:rPr>
                <w:color w:val="111111"/>
                <w:sz w:val="16"/>
              </w:rPr>
              <w:t>No</w:t>
            </w:r>
          </w:p>
        </w:tc>
      </w:tr>
    </w:tbl>
    <w:p w14:paraId="13C48077" w14:textId="77777777" w:rsidR="006D1884" w:rsidRDefault="00000000">
      <w:r>
        <w:lastRenderedPageBreak/>
        <w:t>Series Points are based on the final official race results. An athlete who is disqualified receives 0 Series Points, and that race does not count as an official finish toward National Series or SNS qualification.</w:t>
      </w:r>
    </w:p>
    <w:p w14:paraId="748102C9" w14:textId="77777777" w:rsidR="006D1884" w:rsidRDefault="00000000">
      <w:pPr>
        <w:pStyle w:val="Heading1"/>
      </w:pPr>
      <w:r>
        <w:t>10. Tie-Breaking</w:t>
      </w:r>
    </w:p>
    <w:p w14:paraId="1454C3A5" w14:textId="77777777" w:rsidR="006D1884" w:rsidRDefault="00000000">
      <w:r>
        <w:t>If two or more athletes have equal final scores, ties will be resolved using only the results counted toward the athlete's final score.</w:t>
      </w:r>
    </w:p>
    <w:p w14:paraId="12E256B4" w14:textId="77777777" w:rsidR="006D1884" w:rsidRDefault="00000000">
      <w:pPr>
        <w:ind w:left="288"/>
      </w:pPr>
      <w:r>
        <w:t>• The athlete with the greater number of race wins among counted results ranks higher.</w:t>
      </w:r>
    </w:p>
    <w:p w14:paraId="1024EEFE" w14:textId="77777777" w:rsidR="006D1884" w:rsidRDefault="00000000">
      <w:pPr>
        <w:ind w:left="288"/>
      </w:pPr>
      <w:r>
        <w:t>• If still tied, the athlete with the greater number of second-place finishes among counted results ranks higher.</w:t>
      </w:r>
    </w:p>
    <w:p w14:paraId="73F13134" w14:textId="77777777" w:rsidR="006D1884" w:rsidRDefault="00000000">
      <w:pPr>
        <w:ind w:left="288"/>
      </w:pPr>
      <w:r>
        <w:t>• If still tied, the athlete with the greater number of third-place finishes among counted results ranks higher.</w:t>
      </w:r>
    </w:p>
    <w:p w14:paraId="06F99B2B" w14:textId="77777777" w:rsidR="006D1884" w:rsidRDefault="00000000">
      <w:pPr>
        <w:ind w:left="288"/>
      </w:pPr>
      <w:r>
        <w:t>• If the athletes remain tied after these comparisons, they remain tied in the final standings.</w:t>
      </w:r>
    </w:p>
    <w:p w14:paraId="30C27D17" w14:textId="77777777" w:rsidR="006D1884" w:rsidRDefault="00000000">
      <w:pPr>
        <w:ind w:left="288"/>
      </w:pPr>
      <w:r>
        <w:t>• If athletes remain tied, they will share the tied placing and the subsequent placing will be skipped. If prize money applies to the tied positions, the prize money allocated to those positions will be combined and divided equally among the tied athletes.</w:t>
      </w:r>
    </w:p>
    <w:p w14:paraId="3045A53C" w14:textId="77777777" w:rsidR="006D1884" w:rsidRDefault="00000000">
      <w:r>
        <w:t>The same tie-breaking procedure applies to the Canadian National Series and SNS standings.</w:t>
      </w:r>
    </w:p>
    <w:p w14:paraId="7AE0CC61" w14:textId="77777777" w:rsidR="006D1884" w:rsidRDefault="00000000">
      <w:pPr>
        <w:pStyle w:val="Heading1"/>
      </w:pPr>
      <w:r>
        <w:t>11. Cancelled, Shortened or Materially Altered Races</w:t>
      </w:r>
    </w:p>
    <w:p w14:paraId="1D0DA06C" w14:textId="77777777" w:rsidR="006D1884" w:rsidRDefault="00000000">
      <w:pPr>
        <w:pStyle w:val="Heading2"/>
      </w:pPr>
      <w:r>
        <w:t>11.1 Cancelled races</w:t>
      </w:r>
    </w:p>
    <w:p w14:paraId="2ED01A64" w14:textId="77777777" w:rsidR="006D1884" w:rsidRDefault="00000000">
      <w:r>
        <w:t>If a Series Race is cancelled before the start, no Series Points will be awarded and the race will not count toward Series or SNS qualification.</w:t>
      </w:r>
    </w:p>
    <w:p w14:paraId="009128ED" w14:textId="77777777" w:rsidR="006D1884" w:rsidRDefault="00000000">
      <w:pPr>
        <w:pStyle w:val="Heading2"/>
      </w:pPr>
      <w:r>
        <w:t>11.2 Shortened, rerouted or materially altered races</w:t>
      </w:r>
    </w:p>
    <w:p w14:paraId="5BDBC138" w14:textId="77777777" w:rsidR="006D1884" w:rsidRDefault="00000000">
      <w:r>
        <w:t>If a Series Race is shortened, rerouted or otherwise materially altered immediately before or after the start, Skyrunning Canada will determine whether the race remains eligible for Series Points and, if so, the Race Type under which points will be awarded, based on the nature and extent of the change.</w:t>
      </w:r>
    </w:p>
    <w:p w14:paraId="1890793C" w14:textId="77777777" w:rsidR="006D1884" w:rsidRDefault="00000000">
      <w:pPr>
        <w:pStyle w:val="Heading2"/>
      </w:pPr>
      <w:r>
        <w:t>11.3 Qualification requirements following cancellation</w:t>
      </w:r>
    </w:p>
    <w:p w14:paraId="7987A359" w14:textId="77777777" w:rsidR="006D1884" w:rsidRDefault="00000000">
      <w:r>
        <w:t>If the cancellation of one or more Series Races materially reduces athletes' opportunity to meet the minimum qualification requirements, Skyrunning Canada may reduce the number of official finishes required to qualify for the Canadian National Series and/or SNS standings. Any adjustment will be communicated to athletes and applied consistently to all athletes affected by the Series.</w:t>
      </w:r>
    </w:p>
    <w:p w14:paraId="63928225" w14:textId="77777777" w:rsidR="006D1884" w:rsidRDefault="00000000">
      <w:pPr>
        <w:pStyle w:val="Heading1"/>
      </w:pPr>
      <w:r>
        <w:t>12. Standings, Corrections and Finalization</w:t>
      </w:r>
    </w:p>
    <w:p w14:paraId="0697A62D" w14:textId="77777777" w:rsidR="006D1884" w:rsidRDefault="00000000">
      <w:r>
        <w:t>Series standings published during the season are provisional and may be corrected to reflect final official race results, timing corrections, disqualifications or administrative scoring errors.</w:t>
      </w:r>
    </w:p>
    <w:p w14:paraId="02CED2EF" w14:textId="77777777" w:rsidR="006D1884" w:rsidRDefault="00000000">
      <w:r>
        <w:t>Following publication of the final Canadian National Series and SNS standings, athletes will have 7 calendar days from the date the final standings are published by Skyrunning Canada to report a scoring or administrative error. After the 7-day review period, the standings will be considered final, except where an underlying official race result is subsequently changed and requires a corresponding correction.</w:t>
      </w:r>
    </w:p>
    <w:p w14:paraId="537ED258" w14:textId="77777777" w:rsidR="006D1884" w:rsidRDefault="00000000">
      <w:pPr>
        <w:pStyle w:val="Heading1"/>
      </w:pPr>
      <w:r>
        <w:t>13. Relationship Between the National Series and SNS</w:t>
      </w:r>
    </w:p>
    <w:p w14:paraId="43586AAA" w14:textId="77777777" w:rsidR="006D1884" w:rsidRDefault="00000000">
      <w:r>
        <w:t>The Canadian National Series is the primary championship and prize competition. The SNS is the international qualification pathway. Every SNS race is also a Canadian National Series race, and athletes earn one set of Series Points from each performance.</w:t>
      </w:r>
    </w:p>
    <w:tbl>
      <w:tblPr>
        <w:tblStyle w:val="TableGrid"/>
        <w:tblW w:w="0" w:type="auto"/>
        <w:jc w:val="center"/>
        <w:tblLook w:val="04A0" w:firstRow="1" w:lastRow="0" w:firstColumn="1" w:lastColumn="0" w:noHBand="0" w:noVBand="1"/>
      </w:tblPr>
      <w:tblGrid>
        <w:gridCol w:w="3427"/>
        <w:gridCol w:w="3427"/>
        <w:gridCol w:w="3427"/>
      </w:tblGrid>
      <w:tr w:rsidR="006D1884" w14:paraId="48ADC97D" w14:textId="77777777">
        <w:trPr>
          <w:jc w:val="center"/>
        </w:trPr>
        <w:tc>
          <w:tcPr>
            <w:tcW w:w="3427" w:type="dxa"/>
            <w:shd w:val="clear" w:color="auto" w:fill="183247"/>
            <w:vAlign w:val="center"/>
          </w:tcPr>
          <w:p w14:paraId="3200CD6E" w14:textId="77777777" w:rsidR="006D1884" w:rsidRDefault="006D1884">
            <w:pPr>
              <w:jc w:val="center"/>
            </w:pPr>
          </w:p>
        </w:tc>
        <w:tc>
          <w:tcPr>
            <w:tcW w:w="3427" w:type="dxa"/>
            <w:shd w:val="clear" w:color="auto" w:fill="183247"/>
            <w:vAlign w:val="center"/>
          </w:tcPr>
          <w:p w14:paraId="63D5CE59" w14:textId="77777777" w:rsidR="006D1884" w:rsidRDefault="00000000">
            <w:pPr>
              <w:jc w:val="center"/>
            </w:pPr>
            <w:r>
              <w:rPr>
                <w:b/>
                <w:color w:val="FFFFFF"/>
                <w:sz w:val="16"/>
              </w:rPr>
              <w:t>Canadian National Series</w:t>
            </w:r>
          </w:p>
        </w:tc>
        <w:tc>
          <w:tcPr>
            <w:tcW w:w="3427" w:type="dxa"/>
            <w:shd w:val="clear" w:color="auto" w:fill="183247"/>
            <w:vAlign w:val="center"/>
          </w:tcPr>
          <w:p w14:paraId="1C5A20EC" w14:textId="77777777" w:rsidR="006D1884" w:rsidRDefault="00000000">
            <w:pPr>
              <w:jc w:val="center"/>
            </w:pPr>
            <w:r>
              <w:rPr>
                <w:b/>
                <w:color w:val="FFFFFF"/>
                <w:sz w:val="16"/>
              </w:rPr>
              <w:t>SNS</w:t>
            </w:r>
          </w:p>
        </w:tc>
      </w:tr>
      <w:tr w:rsidR="006D1884" w14:paraId="0DBF4957" w14:textId="77777777">
        <w:trPr>
          <w:jc w:val="center"/>
        </w:trPr>
        <w:tc>
          <w:tcPr>
            <w:tcW w:w="3427" w:type="dxa"/>
            <w:vAlign w:val="center"/>
          </w:tcPr>
          <w:p w14:paraId="4E178C63" w14:textId="77777777" w:rsidR="006D1884" w:rsidRDefault="00000000">
            <w:r>
              <w:rPr>
                <w:b/>
                <w:color w:val="111111"/>
                <w:sz w:val="16"/>
              </w:rPr>
              <w:t>Qualification</w:t>
            </w:r>
          </w:p>
        </w:tc>
        <w:tc>
          <w:tcPr>
            <w:tcW w:w="3427" w:type="dxa"/>
            <w:vAlign w:val="center"/>
          </w:tcPr>
          <w:p w14:paraId="787192D8" w14:textId="77777777" w:rsidR="006D1884" w:rsidRDefault="00000000">
            <w:pPr>
              <w:jc w:val="center"/>
            </w:pPr>
            <w:r>
              <w:rPr>
                <w:color w:val="111111"/>
                <w:sz w:val="16"/>
              </w:rPr>
              <w:t>5 finishes; best 4 count</w:t>
            </w:r>
          </w:p>
        </w:tc>
        <w:tc>
          <w:tcPr>
            <w:tcW w:w="3427" w:type="dxa"/>
            <w:vAlign w:val="center"/>
          </w:tcPr>
          <w:p w14:paraId="381B635A" w14:textId="77777777" w:rsidR="006D1884" w:rsidRDefault="00000000">
            <w:pPr>
              <w:jc w:val="center"/>
            </w:pPr>
            <w:r>
              <w:rPr>
                <w:color w:val="111111"/>
                <w:sz w:val="16"/>
              </w:rPr>
              <w:t>4 SNS finishes; best 3 count</w:t>
            </w:r>
          </w:p>
        </w:tc>
      </w:tr>
      <w:tr w:rsidR="006D1884" w14:paraId="2C287DC1" w14:textId="77777777">
        <w:trPr>
          <w:jc w:val="center"/>
        </w:trPr>
        <w:tc>
          <w:tcPr>
            <w:tcW w:w="3427" w:type="dxa"/>
            <w:vAlign w:val="center"/>
          </w:tcPr>
          <w:p w14:paraId="7E6D59AE" w14:textId="77777777" w:rsidR="006D1884" w:rsidRDefault="00000000">
            <w:r>
              <w:rPr>
                <w:b/>
                <w:color w:val="111111"/>
                <w:sz w:val="16"/>
              </w:rPr>
              <w:t>Participation</w:t>
            </w:r>
          </w:p>
        </w:tc>
        <w:tc>
          <w:tcPr>
            <w:tcW w:w="3427" w:type="dxa"/>
            <w:vAlign w:val="center"/>
          </w:tcPr>
          <w:p w14:paraId="44166890" w14:textId="77777777" w:rsidR="006D1884" w:rsidRDefault="00000000">
            <w:pPr>
              <w:jc w:val="center"/>
            </w:pPr>
            <w:r>
              <w:rPr>
                <w:color w:val="111111"/>
                <w:sz w:val="16"/>
              </w:rPr>
              <w:t>Open regardless of nationality</w:t>
            </w:r>
          </w:p>
        </w:tc>
        <w:tc>
          <w:tcPr>
            <w:tcW w:w="3427" w:type="dxa"/>
            <w:vAlign w:val="center"/>
          </w:tcPr>
          <w:p w14:paraId="2AB63BFF" w14:textId="0D2BA285" w:rsidR="006D1884" w:rsidRDefault="00FB16CA">
            <w:pPr>
              <w:jc w:val="center"/>
            </w:pPr>
            <w:r>
              <w:rPr>
                <w:color w:val="111111"/>
                <w:sz w:val="16"/>
              </w:rPr>
              <w:t>Canadian Citizenship</w:t>
            </w:r>
          </w:p>
        </w:tc>
      </w:tr>
      <w:tr w:rsidR="006D1884" w14:paraId="7C7B1DE2" w14:textId="77777777">
        <w:trPr>
          <w:jc w:val="center"/>
        </w:trPr>
        <w:tc>
          <w:tcPr>
            <w:tcW w:w="3427" w:type="dxa"/>
            <w:vAlign w:val="center"/>
          </w:tcPr>
          <w:p w14:paraId="286D1FF8" w14:textId="77777777" w:rsidR="006D1884" w:rsidRDefault="00000000">
            <w:r>
              <w:rPr>
                <w:b/>
                <w:color w:val="111111"/>
                <w:sz w:val="16"/>
              </w:rPr>
              <w:t>2027 outcome</w:t>
            </w:r>
          </w:p>
        </w:tc>
        <w:tc>
          <w:tcPr>
            <w:tcW w:w="3427" w:type="dxa"/>
            <w:vAlign w:val="center"/>
          </w:tcPr>
          <w:p w14:paraId="7D70322D" w14:textId="77777777" w:rsidR="006D1884" w:rsidRDefault="00000000">
            <w:pPr>
              <w:jc w:val="center"/>
            </w:pPr>
            <w:r>
              <w:rPr>
                <w:color w:val="111111"/>
                <w:sz w:val="16"/>
              </w:rPr>
              <w:t>Top 3 women + top 3 men; awards/prizing</w:t>
            </w:r>
          </w:p>
        </w:tc>
        <w:tc>
          <w:tcPr>
            <w:tcW w:w="3427" w:type="dxa"/>
            <w:vAlign w:val="center"/>
          </w:tcPr>
          <w:p w14:paraId="5441D452" w14:textId="77777777" w:rsidR="006D1884" w:rsidRDefault="00000000">
            <w:pPr>
              <w:jc w:val="center"/>
            </w:pPr>
            <w:r>
              <w:rPr>
                <w:color w:val="111111"/>
                <w:sz w:val="16"/>
              </w:rPr>
              <w:t>Canadian SkyMasters qualification pathway</w:t>
            </w:r>
          </w:p>
        </w:tc>
      </w:tr>
    </w:tbl>
    <w:p w14:paraId="1A366DFA" w14:textId="77777777" w:rsidR="006D1884" w:rsidRDefault="00000000">
      <w:pPr>
        <w:pStyle w:val="Heading1"/>
      </w:pPr>
      <w:r>
        <w:t>14. Administration</w:t>
      </w:r>
    </w:p>
    <w:p w14:paraId="3525C180" w14:textId="77777777" w:rsidR="006D1884" w:rsidRDefault="00000000">
      <w:r>
        <w:t>Skyrunning Canada is responsible for administering the Canadian Skyrunning National Series standings and applying these rules. Where an unforeseen circumstance is not expressly addressed in these rules, Skyrunning Canada may make a determination necessary to preserve the fairness and integrity of the Series, consistent with the structure and principles established in this document.</w:t>
      </w:r>
    </w:p>
    <w:sectPr w:rsidR="006D1884" w:rsidSect="00034616">
      <w:footerReference w:type="default" r:id="rId8"/>
      <w:pgSz w:w="12240" w:h="15840"/>
      <w:pgMar w:top="893" w:right="979" w:bottom="893"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3D38" w14:textId="77777777" w:rsidR="0024404F" w:rsidRDefault="0024404F">
      <w:pPr>
        <w:spacing w:after="0" w:line="240" w:lineRule="auto"/>
      </w:pPr>
      <w:r>
        <w:separator/>
      </w:r>
    </w:p>
  </w:endnote>
  <w:endnote w:type="continuationSeparator" w:id="0">
    <w:p w14:paraId="15B8038A" w14:textId="77777777" w:rsidR="0024404F" w:rsidRDefault="0024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30DD" w14:textId="77777777" w:rsidR="006D1884" w:rsidRDefault="00000000">
    <w:pPr>
      <w:pStyle w:val="Footer"/>
      <w:jc w:val="center"/>
    </w:pPr>
    <w:r>
      <w:rPr>
        <w:color w:val="5E6A71"/>
        <w:sz w:val="15"/>
      </w:rPr>
      <w:t>Skyrunning Canada · 2027 Series Points &amp; Rankings · Official Rules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4D8F" w14:textId="77777777" w:rsidR="0024404F" w:rsidRDefault="0024404F">
      <w:pPr>
        <w:spacing w:after="0" w:line="240" w:lineRule="auto"/>
      </w:pPr>
      <w:r>
        <w:separator/>
      </w:r>
    </w:p>
  </w:footnote>
  <w:footnote w:type="continuationSeparator" w:id="0">
    <w:p w14:paraId="4BB3E40B" w14:textId="77777777" w:rsidR="0024404F" w:rsidRDefault="002440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9438506">
    <w:abstractNumId w:val="8"/>
  </w:num>
  <w:num w:numId="2" w16cid:durableId="1556771380">
    <w:abstractNumId w:val="6"/>
  </w:num>
  <w:num w:numId="3" w16cid:durableId="2107578215">
    <w:abstractNumId w:val="5"/>
  </w:num>
  <w:num w:numId="4" w16cid:durableId="413092731">
    <w:abstractNumId w:val="4"/>
  </w:num>
  <w:num w:numId="5" w16cid:durableId="421292512">
    <w:abstractNumId w:val="7"/>
  </w:num>
  <w:num w:numId="6" w16cid:durableId="974869206">
    <w:abstractNumId w:val="3"/>
  </w:num>
  <w:num w:numId="7" w16cid:durableId="1452482028">
    <w:abstractNumId w:val="2"/>
  </w:num>
  <w:num w:numId="8" w16cid:durableId="164515252">
    <w:abstractNumId w:val="1"/>
  </w:num>
  <w:num w:numId="9" w16cid:durableId="1178931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404F"/>
    <w:rsid w:val="0029639D"/>
    <w:rsid w:val="00326F90"/>
    <w:rsid w:val="006D1884"/>
    <w:rsid w:val="00A735AE"/>
    <w:rsid w:val="00AA1D8D"/>
    <w:rsid w:val="00B47730"/>
    <w:rsid w:val="00CB0664"/>
    <w:rsid w:val="00FB16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EE7DF"/>
  <w14:defaultImageDpi w14:val="300"/>
  <w15:docId w15:val="{AA4B0033-7D34-CC49-9F8D-18A9FDDF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2"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83247"/>
      <w:sz w:val="29"/>
      <w:szCs w:val="28"/>
    </w:rPr>
  </w:style>
  <w:style w:type="paragraph" w:styleId="Heading2">
    <w:name w:val="heading 2"/>
    <w:basedOn w:val="Normal"/>
    <w:next w:val="Normal"/>
    <w:link w:val="Heading2Char"/>
    <w:uiPriority w:val="9"/>
    <w:unhideWhenUsed/>
    <w:qFormat/>
    <w:rsid w:val="00FC693F"/>
    <w:pPr>
      <w:keepNext/>
      <w:keepLines/>
      <w:spacing w:before="120" w:after="50"/>
      <w:outlineLvl w:val="1"/>
    </w:pPr>
    <w:rPr>
      <w:rFonts w:asciiTheme="majorHAnsi" w:eastAsiaTheme="majorEastAsia" w:hAnsiTheme="majorHAnsi" w:cstheme="majorBidi"/>
      <w:b/>
      <w:bCs/>
      <w:color w:val="C6282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324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FB16CA"/>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NormalWeb">
    <w:name w:val="Normal (Web)"/>
    <w:basedOn w:val="Normal"/>
    <w:uiPriority w:val="99"/>
    <w:semiHidden/>
    <w:unhideWhenUsed/>
    <w:rsid w:val="00FB16CA"/>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1518</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Misseghers</cp:lastModifiedBy>
  <cp:revision>2</cp:revision>
  <dcterms:created xsi:type="dcterms:W3CDTF">2013-12-23T23:15:00Z</dcterms:created>
  <dcterms:modified xsi:type="dcterms:W3CDTF">2026-09-11T03:30:00Z</dcterms:modified>
  <cp:category/>
</cp:coreProperties>
</file>