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5140" w:rsidR="003A5140" w:rsidP="003A5140" w:rsidRDefault="003A5140" w14:paraId="07EE769D" w14:textId="77777777">
      <w:pPr>
        <w:rPr>
          <w:lang w:val="pt-BR"/>
        </w:rPr>
      </w:pPr>
      <w:r w:rsidRPr="003A5140">
        <w:rPr>
          <w:lang w:val="pt-BR"/>
        </w:rPr>
        <w:t> </w:t>
      </w:r>
    </w:p>
    <w:p w:rsidRPr="003A5140" w:rsidR="003A5140" w:rsidP="21E64FB5" w:rsidRDefault="003A5140" w14:paraId="62490C5F" w14:textId="5ADCD22A">
      <w:pPr>
        <w:jc w:val="center"/>
        <w:rPr>
          <w:b w:val="1"/>
          <w:bCs w:val="1"/>
          <w:color w:val="005C2A"/>
          <w:sz w:val="32"/>
          <w:szCs w:val="32"/>
          <w:lang w:val="pt-BR"/>
        </w:rPr>
      </w:pPr>
      <w:r w:rsidRPr="21E64FB5" w:rsidR="3973351F">
        <w:rPr>
          <w:rFonts w:ascii="Calibri" w:hAnsi="Calibri" w:eastAsia="Calibri" w:cs="Calibri"/>
          <w:b w:val="1"/>
          <w:bCs w:val="1"/>
          <w:color w:val="005C2A"/>
          <w:sz w:val="32"/>
          <w:szCs w:val="32"/>
          <w:lang w:val="pt-BR"/>
        </w:rPr>
        <w:t>DECLARAÇÃO DE AUSÊNCIA DE CONFLITO DE INTERESSES</w:t>
      </w:r>
      <w:r w:rsidRPr="21E64FB5" w:rsidR="3973351F">
        <w:rPr>
          <w:rFonts w:ascii="Calibri" w:hAnsi="Calibri" w:eastAsia="Calibri" w:cs="Calibri"/>
          <w:b w:val="1"/>
          <w:bCs w:val="1"/>
          <w:color w:val="005C2A"/>
          <w:sz w:val="32"/>
          <w:szCs w:val="32"/>
          <w:lang w:val="pt-BR"/>
        </w:rPr>
        <w:t xml:space="preserve"> PARA ORGANISMO DE VALIDAÇÃO E VERIFICAÇÃO</w:t>
      </w:r>
    </w:p>
    <w:p w:rsidRPr="003A5140" w:rsidR="003A5140" w:rsidP="003A5140" w:rsidRDefault="003A5140" w14:paraId="33788039" w14:textId="77777777">
      <w:pPr>
        <w:rPr>
          <w:lang w:val="pt-BR"/>
        </w:rPr>
      </w:pPr>
      <w:r w:rsidRPr="003A5140">
        <w:rPr>
          <w:lang w:val="pt-BR"/>
        </w:rPr>
        <w:t> </w:t>
      </w:r>
    </w:p>
    <w:p w:rsidRPr="003A5140" w:rsidR="003A5140" w:rsidP="21E64FB5" w:rsidRDefault="003A5140" w14:paraId="30DBE6A5" w14:textId="77777777">
      <w:pPr>
        <w:rPr>
          <w:rFonts w:ascii="Calibri" w:hAnsi="Calibri" w:eastAsia="Calibri" w:cs="Calibri"/>
          <w:lang w:val="pt-BR"/>
        </w:rPr>
      </w:pPr>
      <w:r w:rsidRPr="21E64FB5" w:rsidR="3973351F">
        <w:rPr>
          <w:rFonts w:ascii="Calibri" w:hAnsi="Calibri" w:eastAsia="Calibri" w:cs="Calibri"/>
          <w:lang w:val="pt-BR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3705"/>
      </w:tblGrid>
      <w:tr w:rsidRPr="003A5140" w:rsidR="003A5140" w:rsidTr="296AB92C" w14:paraId="60C2D816" w14:textId="77777777">
        <w:trPr>
          <w:trHeight w:val="300"/>
        </w:trPr>
        <w:tc>
          <w:tcPr>
            <w:tcW w:w="5310" w:type="dxa"/>
            <w:tcBorders>
              <w:top w:val="single" w:color="1D7044" w:sz="6" w:space="0"/>
              <w:left w:val="single" w:color="1D7044" w:sz="6" w:space="0"/>
              <w:bottom w:val="single" w:color="1D7044" w:sz="6" w:space="0"/>
              <w:right w:val="single" w:color="1D7044" w:sz="6" w:space="0"/>
            </w:tcBorders>
            <w:shd w:val="clear" w:color="auto" w:fill="1D7044"/>
            <w:tcMar/>
            <w:hideMark/>
          </w:tcPr>
          <w:p w:rsidRPr="003A5140" w:rsidR="003A5140" w:rsidP="21E64FB5" w:rsidRDefault="003A5140" w14:paraId="7F2C1CE8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SEÇÃO A – IDENTIFICAÇÃO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tcMar/>
            <w:hideMark/>
          </w:tcPr>
          <w:p w:rsidRPr="003A5140" w:rsidR="003A5140" w:rsidP="21E64FB5" w:rsidRDefault="003A5140" w14:paraId="5A5DEFBC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</w:tr>
      <w:tr w:rsidRPr="003A5140" w:rsidR="003A5140" w:rsidTr="296AB92C" w14:paraId="614B6E71" w14:textId="77777777">
        <w:trPr>
          <w:trHeight w:val="300"/>
        </w:trPr>
        <w:tc>
          <w:tcPr>
            <w:tcW w:w="53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2DE8A733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Nome da OVV: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70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516315E2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96AB92C" w14:paraId="67532A80" w14:textId="77777777">
        <w:trPr>
          <w:trHeight w:val="300"/>
        </w:trPr>
        <w:tc>
          <w:tcPr>
            <w:tcW w:w="53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25D8E21C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Responsável pelo time de auditoria: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70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0C6705B8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96AB92C" w14:paraId="21EAF430" w14:textId="77777777">
        <w:trPr>
          <w:trHeight w:val="300"/>
        </w:trPr>
        <w:tc>
          <w:tcPr>
            <w:tcW w:w="53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7C92555A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Nome do Projeto: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70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14E14A45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96AB92C" w14:paraId="538966FF" w14:textId="77777777">
        <w:trPr>
          <w:trHeight w:val="300"/>
        </w:trPr>
        <w:tc>
          <w:tcPr>
            <w:tcW w:w="53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4DA694FA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Código TC do Projeto: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70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0AAE15DD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96AB92C" w14:paraId="0E70A194" w14:textId="77777777">
        <w:trPr>
          <w:trHeight w:val="300"/>
        </w:trPr>
        <w:tc>
          <w:tcPr>
            <w:tcW w:w="53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594128D1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Proponente do Projeto: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70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33C7AE25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96AB92C" w14:paraId="0912D50B" w14:textId="77777777">
        <w:trPr>
          <w:trHeight w:val="300"/>
        </w:trPr>
        <w:tc>
          <w:tcPr>
            <w:tcW w:w="53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11F35FF8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Tipo de atividade: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70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40B55F39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 Validação    □ Verificação    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□ Ambas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</w:tr>
    </w:tbl>
    <w:p w:rsidRPr="003A5140" w:rsidR="003A5140" w:rsidP="21E64FB5" w:rsidRDefault="003A5140" w14:paraId="3283B77A" w14:textId="77777777">
      <w:pPr>
        <w:rPr>
          <w:rFonts w:ascii="Calibri" w:hAnsi="Calibri" w:eastAsia="Calibri" w:cs="Calibri"/>
          <w:lang w:val="pt-BR"/>
        </w:rPr>
      </w:pPr>
      <w:r w:rsidRPr="21E64FB5" w:rsidR="3973351F">
        <w:rPr>
          <w:rFonts w:ascii="Calibri" w:hAnsi="Calibri" w:eastAsia="Calibri" w:cs="Calibri"/>
          <w:lang w:val="pt-BR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0"/>
        <w:gridCol w:w="1245"/>
        <w:gridCol w:w="1260"/>
      </w:tblGrid>
      <w:tr w:rsidRPr="003A5140" w:rsidR="003A5140" w:rsidTr="21E64FB5" w14:paraId="3864AAB9" w14:textId="77777777">
        <w:trPr>
          <w:trHeight w:val="300"/>
        </w:trPr>
        <w:tc>
          <w:tcPr>
            <w:tcW w:w="6510" w:type="dxa"/>
            <w:tcBorders>
              <w:top w:val="single" w:color="1D7044" w:sz="6" w:space="0"/>
              <w:left w:val="single" w:color="1D7044" w:sz="6" w:space="0"/>
              <w:bottom w:val="single" w:color="1D7044" w:sz="6" w:space="0"/>
              <w:right w:val="single" w:color="1D7044" w:sz="6" w:space="0"/>
            </w:tcBorders>
            <w:shd w:val="clear" w:color="auto" w:fill="1D7044"/>
            <w:tcMar/>
            <w:hideMark/>
          </w:tcPr>
          <w:p w:rsidRPr="003A5140" w:rsidR="003A5140" w:rsidP="21E64FB5" w:rsidRDefault="003A5140" w14:paraId="02228ACE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SEÇÃO B – AVALIAÇÃO (responder para a OVV e para cada membro do time de auditoria)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tcMar/>
            <w:hideMark/>
          </w:tcPr>
          <w:p w:rsidRPr="003A5140" w:rsidR="003A5140" w:rsidP="21E64FB5" w:rsidRDefault="003A5140" w14:paraId="0233BF41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tcMar/>
            <w:hideMark/>
          </w:tcPr>
          <w:p w:rsidRPr="003A5140" w:rsidR="003A5140" w:rsidP="21E64FB5" w:rsidRDefault="003A5140" w14:paraId="163CDFDC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</w:tr>
      <w:tr w:rsidRPr="003A5140" w:rsidR="003A5140" w:rsidTr="21E64FB5" w14:paraId="13E19DF9" w14:textId="77777777">
        <w:trPr>
          <w:trHeight w:val="300"/>
        </w:trPr>
        <w:tc>
          <w:tcPr>
            <w:tcW w:w="6510" w:type="dxa"/>
            <w:tcBorders>
              <w:top w:val="single" w:color="1D7044" w:sz="6" w:space="0"/>
              <w:left w:val="single" w:color="1D7044" w:sz="6" w:space="0"/>
              <w:bottom w:val="single" w:color="1D7044" w:sz="6" w:space="0"/>
              <w:right w:val="single" w:color="1D7044" w:sz="6" w:space="0"/>
            </w:tcBorders>
            <w:shd w:val="clear" w:color="auto" w:fill="1D7044"/>
            <w:tcMar/>
            <w:hideMark/>
          </w:tcPr>
          <w:p w:rsidRPr="003A5140" w:rsidR="003A5140" w:rsidP="21E64FB5" w:rsidRDefault="003A5140" w14:paraId="08F64914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PERGUNTA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1245" w:type="dxa"/>
            <w:tcBorders>
              <w:top w:val="single" w:color="1D7044" w:sz="6" w:space="0"/>
              <w:left w:val="single" w:color="1D7044" w:sz="6" w:space="0"/>
              <w:bottom w:val="single" w:color="1D7044" w:sz="6" w:space="0"/>
              <w:right w:val="single" w:color="1D7044" w:sz="6" w:space="0"/>
            </w:tcBorders>
            <w:shd w:val="clear" w:color="auto" w:fill="1D7044"/>
            <w:tcMar/>
            <w:hideMark/>
          </w:tcPr>
          <w:p w:rsidRPr="003A5140" w:rsidR="003A5140" w:rsidP="21E64FB5" w:rsidRDefault="003A5140" w14:paraId="6B5E4BAC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SIM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1260" w:type="dxa"/>
            <w:tcBorders>
              <w:top w:val="single" w:color="1D7044" w:sz="6" w:space="0"/>
              <w:left w:val="single" w:color="1D7044" w:sz="6" w:space="0"/>
              <w:bottom w:val="single" w:color="1D7044" w:sz="6" w:space="0"/>
              <w:right w:val="single" w:color="1D7044" w:sz="6" w:space="0"/>
            </w:tcBorders>
            <w:shd w:val="clear" w:color="auto" w:fill="1D7044"/>
            <w:tcMar/>
            <w:hideMark/>
          </w:tcPr>
          <w:p w:rsidRPr="003A5140" w:rsidR="003A5140" w:rsidP="21E64FB5" w:rsidRDefault="003A5140" w14:paraId="1B89E34C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NÃO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</w:tr>
      <w:tr w:rsidRPr="003A5140" w:rsidR="003A5140" w:rsidTr="21E64FB5" w14:paraId="769682E2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5176183F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A OVV ou qualquer membro do time prestou serviços de consultoria ao proponente nos últimos 24 meses?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3A8D0AF8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4FEA9D04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57E8D12E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07280F8B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Algum membro do time possui participação societária com o proponente?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26E8E94A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504A92A6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1CB9B61D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19ADBA9D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Algum membro do time foi colaborador ou prestador de serviços do proponente?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38DCD7E7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0B537B9C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57EE88AA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1B8C30FB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Existe relação financeira relevante entre a OVV e o proponente além do contrato de V&amp;V?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6C3FDABB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68B7380F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2BDCED1C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74FDCD34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Algum membro do time atuou no desenvolvimento técnico do projeto?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47B62FDD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33570162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3CEEC7CB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55812336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Existe qualquer outro conflito real, potencial ou aparente não contemplado acima?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5630B8DD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2630E5DB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2AFBED93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155234"/>
            <w:tcMar/>
            <w:hideMark/>
          </w:tcPr>
          <w:p w:rsidRPr="003A5140" w:rsidR="003A5140" w:rsidP="21E64FB5" w:rsidRDefault="003A5140" w14:paraId="2F738A4B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AVALIAÇÃO EM RELAÇÃO À TROPICAL CARBON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/>
            <w:hideMark/>
          </w:tcPr>
          <w:p w:rsidRPr="003A5140" w:rsidR="003A5140" w:rsidP="21E64FB5" w:rsidRDefault="003A5140" w14:paraId="7E8D2706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/>
            <w:hideMark/>
          </w:tcPr>
          <w:p w:rsidRPr="003A5140" w:rsidR="003A5140" w:rsidP="21E64FB5" w:rsidRDefault="003A5140" w14:paraId="081F11D6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</w:tr>
      <w:tr w:rsidRPr="003A5140" w:rsidR="003A5140" w:rsidTr="21E64FB5" w14:paraId="1E856D8B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1DD5E809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A OVV ou qualquer membro do time prestou serviços de consultoria à Tropical Carbon nos últimos 24 meses?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32336D9F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7A014A1F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25220262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7FC81EB8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Algum membro do time foi colaborador, prestador de serviços ou ocupou cargo na Tropical Carbon?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3B4F8602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74D4DCA8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2FCA158C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24C22C11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Existe relação financeira ou interesse econômico relevante entre a OVV (ou qualquer membro do time) e a Tropical Carbon além da relação regulatória de aprovação? </w:t>
            </w:r>
          </w:p>
        </w:tc>
        <w:tc>
          <w:tcPr>
            <w:tcW w:w="124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48214012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  <w:tc>
          <w:tcPr>
            <w:tcW w:w="12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E8F5EC"/>
            <w:tcMar/>
            <w:hideMark/>
          </w:tcPr>
          <w:p w:rsidRPr="003A5140" w:rsidR="003A5140" w:rsidP="21E64FB5" w:rsidRDefault="003A5140" w14:paraId="3EA3DFB6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□ </w:t>
            </w:r>
          </w:p>
        </w:tc>
      </w:tr>
      <w:tr w:rsidRPr="003A5140" w:rsidR="003A5140" w:rsidTr="21E64FB5" w14:paraId="271A9469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76A959D2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Se respondeu SIM a qualquer item acima, descreva a situação e as salvaguardas adotadas: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/>
            <w:hideMark/>
          </w:tcPr>
          <w:p w:rsidRPr="003A5140" w:rsidR="003A5140" w:rsidP="21E64FB5" w:rsidRDefault="003A5140" w14:paraId="59E7D5CF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tcMar/>
            <w:hideMark/>
          </w:tcPr>
          <w:p w:rsidRPr="003A5140" w:rsidR="003A5140" w:rsidP="21E64FB5" w:rsidRDefault="003A5140" w14:paraId="2E023E3E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</w:tr>
      <w:tr w:rsidRPr="003A5140" w:rsidR="003A5140" w:rsidTr="21E64FB5" w14:paraId="63AE5095" w14:textId="77777777">
        <w:trPr>
          <w:trHeight w:val="300"/>
        </w:trPr>
        <w:tc>
          <w:tcPr>
            <w:tcW w:w="651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="003A5140" w:rsidP="21E64FB5" w:rsidRDefault="003A5140" w14:paraId="59A52D70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  <w:p w:rsidR="003A5140" w:rsidP="21E64FB5" w:rsidRDefault="003A5140" w14:paraId="421C8440" w14:textId="77777777">
            <w:pPr>
              <w:rPr>
                <w:rFonts w:ascii="Calibri" w:hAnsi="Calibri" w:eastAsia="Calibri" w:cs="Calibri"/>
                <w:lang w:val="pt-BR"/>
              </w:rPr>
            </w:pPr>
          </w:p>
          <w:p w:rsidR="003A5140" w:rsidP="21E64FB5" w:rsidRDefault="003A5140" w14:paraId="3947EFDB" w14:textId="77777777">
            <w:pPr>
              <w:rPr>
                <w:rFonts w:ascii="Calibri" w:hAnsi="Calibri" w:eastAsia="Calibri" w:cs="Calibri"/>
                <w:lang w:val="pt-BR"/>
              </w:rPr>
            </w:pPr>
          </w:p>
          <w:p w:rsidR="003A5140" w:rsidP="21E64FB5" w:rsidRDefault="003A5140" w14:paraId="263CB529" w14:textId="77777777">
            <w:pPr>
              <w:rPr>
                <w:rFonts w:ascii="Calibri" w:hAnsi="Calibri" w:eastAsia="Calibri" w:cs="Calibri"/>
                <w:lang w:val="pt-BR"/>
              </w:rPr>
            </w:pPr>
          </w:p>
          <w:p w:rsidR="003A5140" w:rsidP="21E64FB5" w:rsidRDefault="003A5140" w14:paraId="24D4E38F" w14:textId="77777777">
            <w:pPr>
              <w:rPr>
                <w:rFonts w:ascii="Calibri" w:hAnsi="Calibri" w:eastAsia="Calibri" w:cs="Calibri"/>
                <w:lang w:val="pt-BR"/>
              </w:rPr>
            </w:pPr>
          </w:p>
          <w:p w:rsidR="003A5140" w:rsidP="21E64FB5" w:rsidRDefault="003A5140" w14:paraId="7BEFAD37" w14:textId="77777777">
            <w:pPr>
              <w:rPr>
                <w:rFonts w:ascii="Calibri" w:hAnsi="Calibri" w:eastAsia="Calibri" w:cs="Calibri"/>
                <w:lang w:val="pt-BR"/>
              </w:rPr>
            </w:pPr>
          </w:p>
          <w:p w:rsidR="003A5140" w:rsidP="21E64FB5" w:rsidRDefault="003A5140" w14:paraId="6F3D4881" w14:textId="77777777">
            <w:pPr>
              <w:rPr>
                <w:rFonts w:ascii="Calibri" w:hAnsi="Calibri" w:eastAsia="Calibri" w:cs="Calibri"/>
                <w:lang w:val="pt-BR"/>
              </w:rPr>
            </w:pPr>
          </w:p>
          <w:p w:rsidRPr="003A5140" w:rsidR="003A5140" w:rsidP="21E64FB5" w:rsidRDefault="003A5140" w14:paraId="41BC495A" w14:textId="77777777">
            <w:pPr>
              <w:rPr>
                <w:rFonts w:ascii="Calibri" w:hAnsi="Calibri" w:eastAsia="Calibri" w:cs="Calibri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single" w:color="auto" w:sz="6" w:space="0"/>
              <w:bottom w:val="nil"/>
              <w:right w:val="nil"/>
            </w:tcBorders>
            <w:tcMar/>
            <w:hideMark/>
          </w:tcPr>
          <w:p w:rsidRPr="003A5140" w:rsidR="003A5140" w:rsidP="21E64FB5" w:rsidRDefault="003A5140" w14:paraId="6F56C6ED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/>
            <w:hideMark/>
          </w:tcPr>
          <w:p w:rsidRPr="003A5140" w:rsidR="003A5140" w:rsidP="21E64FB5" w:rsidRDefault="003A5140" w14:paraId="6F1A6C01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</w:tr>
    </w:tbl>
    <w:p w:rsidRPr="003A5140" w:rsidR="003A5140" w:rsidP="21E64FB5" w:rsidRDefault="003A5140" w14:paraId="31564576" w14:textId="77777777">
      <w:pPr>
        <w:rPr>
          <w:rFonts w:ascii="Calibri" w:hAnsi="Calibri" w:eastAsia="Calibri" w:cs="Calibri"/>
          <w:lang w:val="pt-BR"/>
        </w:rPr>
      </w:pPr>
      <w:r w:rsidRPr="21E64FB5" w:rsidR="3973351F">
        <w:rPr>
          <w:rFonts w:ascii="Calibri" w:hAnsi="Calibri" w:eastAsia="Calibri" w:cs="Calibri"/>
          <w:lang w:val="pt-BR"/>
        </w:rPr>
        <w:t> </w:t>
      </w:r>
    </w:p>
    <w:p w:rsidRPr="003A5140" w:rsidR="003A5140" w:rsidP="21E64FB5" w:rsidRDefault="003A5140" w14:paraId="55B397D5" w14:textId="77777777">
      <w:pPr>
        <w:rPr>
          <w:rFonts w:ascii="Calibri" w:hAnsi="Calibri" w:eastAsia="Calibri" w:cs="Calibri"/>
          <w:lang w:val="pt-BR"/>
        </w:rPr>
      </w:pPr>
      <w:r w:rsidRPr="21E64FB5" w:rsidR="3973351F">
        <w:rPr>
          <w:rFonts w:ascii="Calibri" w:hAnsi="Calibri" w:eastAsia="Calibri" w:cs="Calibri"/>
          <w:i w:val="1"/>
          <w:iCs w:val="1"/>
          <w:lang w:val="pt-BR"/>
        </w:rPr>
        <w:t>DECLARAÇÃO: Os abaixo assinados declaram que as informações prestadas neste formulário são verdadeiras e completas, que foram identificados e avaliados todos os potenciais conflitos de interesse existentes, e que a OVV possui independência e imparcialidade para a realização das atividades de validação/verificação do projeto acima identificado no âmbito da Tropical Carbon.</w:t>
      </w:r>
      <w:r w:rsidRPr="21E64FB5" w:rsidR="3973351F">
        <w:rPr>
          <w:rFonts w:ascii="Calibri" w:hAnsi="Calibri" w:eastAsia="Calibri" w:cs="Calibri"/>
          <w:lang w:val="pt-BR"/>
        </w:rPr>
        <w:t> </w:t>
      </w:r>
    </w:p>
    <w:p w:rsidRPr="003A5140" w:rsidR="003A5140" w:rsidP="21E64FB5" w:rsidRDefault="003A5140" w14:paraId="65D4A9A8" w14:textId="77777777">
      <w:pPr>
        <w:rPr>
          <w:rFonts w:ascii="Calibri" w:hAnsi="Calibri" w:eastAsia="Calibri" w:cs="Calibri"/>
          <w:lang w:val="pt-BR"/>
        </w:rPr>
      </w:pPr>
      <w:r w:rsidRPr="21E64FB5" w:rsidR="3973351F">
        <w:rPr>
          <w:rFonts w:ascii="Calibri" w:hAnsi="Calibri" w:eastAsia="Calibri" w:cs="Calibri"/>
          <w:lang w:val="pt-BR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5"/>
        <w:gridCol w:w="3360"/>
      </w:tblGrid>
      <w:tr w:rsidRPr="003A5140" w:rsidR="003A5140" w:rsidTr="21E64FB5" w14:paraId="3E37963E" w14:textId="77777777">
        <w:trPr>
          <w:trHeight w:val="300"/>
        </w:trPr>
        <w:tc>
          <w:tcPr>
            <w:tcW w:w="5655" w:type="dxa"/>
            <w:tcBorders>
              <w:top w:val="single" w:color="1D7044" w:sz="6" w:space="0"/>
              <w:left w:val="single" w:color="1D7044" w:sz="6" w:space="0"/>
              <w:bottom w:val="single" w:color="1D7044" w:sz="6" w:space="0"/>
              <w:right w:val="single" w:color="1D7044" w:sz="6" w:space="0"/>
            </w:tcBorders>
            <w:shd w:val="clear" w:color="auto" w:fill="1D7044"/>
            <w:tcMar/>
            <w:hideMark/>
          </w:tcPr>
          <w:p w:rsidRPr="003A5140" w:rsidR="003A5140" w:rsidP="21E64FB5" w:rsidRDefault="003A5140" w14:paraId="2A7D85B9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lang w:val="pt-BR"/>
              </w:rPr>
              <w:t>ASSINATURAS</w:t>
            </w: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tcMar/>
            <w:hideMark/>
          </w:tcPr>
          <w:p w:rsidRPr="003A5140" w:rsidR="003A5140" w:rsidP="21E64FB5" w:rsidRDefault="003A5140" w14:paraId="2C7FCF11" w14:textId="77777777">
            <w:pPr>
              <w:rPr>
                <w:rFonts w:ascii="Calibri" w:hAnsi="Calibri" w:eastAsia="Calibri" w:cs="Calibri"/>
                <w:color w:val="FFFFFF" w:themeColor="background1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color w:val="FFFFFF" w:themeColor="background1" w:themeTint="FF" w:themeShade="FF"/>
                <w:lang w:val="pt-BR"/>
              </w:rPr>
              <w:t> </w:t>
            </w:r>
          </w:p>
        </w:tc>
      </w:tr>
      <w:tr w:rsidRPr="003A5140" w:rsidR="003A5140" w:rsidTr="21E64FB5" w14:paraId="5112C12D" w14:textId="77777777">
        <w:trPr>
          <w:trHeight w:val="300"/>
        </w:trPr>
        <w:tc>
          <w:tcPr>
            <w:tcW w:w="565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758BA4E8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Assinatura – Responsável Técnico da OVV: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3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09425710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1E64FB5" w14:paraId="50A873EC" w14:textId="77777777">
        <w:trPr>
          <w:trHeight w:val="300"/>
        </w:trPr>
        <w:tc>
          <w:tcPr>
            <w:tcW w:w="565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5789B64F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Assinatura – Líder do Time de Auditoria: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3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5923E22B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  <w:tr w:rsidRPr="003A5140" w:rsidR="003A5140" w:rsidTr="21E64FB5" w14:paraId="1D85DE0B" w14:textId="77777777">
        <w:trPr>
          <w:trHeight w:val="300"/>
        </w:trPr>
        <w:tc>
          <w:tcPr>
            <w:tcW w:w="565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2F2F2" w:themeFill="background1" w:themeFillShade="F2"/>
            <w:tcMar/>
            <w:hideMark/>
          </w:tcPr>
          <w:p w:rsidRPr="003A5140" w:rsidR="003A5140" w:rsidP="21E64FB5" w:rsidRDefault="003A5140" w14:paraId="6973F894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b w:val="1"/>
                <w:bCs w:val="1"/>
                <w:lang w:val="pt-BR"/>
              </w:rPr>
              <w:t>Data:</w:t>
            </w:r>
            <w:r w:rsidRPr="21E64FB5" w:rsidR="3973351F">
              <w:rPr>
                <w:rFonts w:ascii="Calibri" w:hAnsi="Calibri" w:eastAsia="Calibri" w:cs="Calibri"/>
                <w:lang w:val="pt-BR"/>
              </w:rPr>
              <w:t> </w:t>
            </w:r>
          </w:p>
        </w:tc>
        <w:tc>
          <w:tcPr>
            <w:tcW w:w="336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 w:themeFill="background1"/>
            <w:tcMar/>
            <w:hideMark/>
          </w:tcPr>
          <w:p w:rsidRPr="003A5140" w:rsidR="003A5140" w:rsidP="21E64FB5" w:rsidRDefault="003A5140" w14:paraId="2114296C" w14:textId="77777777">
            <w:pPr>
              <w:rPr>
                <w:rFonts w:ascii="Calibri" w:hAnsi="Calibri" w:eastAsia="Calibri" w:cs="Calibri"/>
                <w:lang w:val="pt-BR"/>
              </w:rPr>
            </w:pPr>
            <w:r w:rsidRPr="21E64FB5" w:rsidR="3973351F">
              <w:rPr>
                <w:rFonts w:ascii="Calibri" w:hAnsi="Calibri" w:eastAsia="Calibri" w:cs="Calibri"/>
                <w:lang w:val="pt-BR"/>
              </w:rPr>
              <w:t>  </w:t>
            </w:r>
          </w:p>
        </w:tc>
      </w:tr>
    </w:tbl>
    <w:p w:rsidRPr="003A5140" w:rsidR="003A5140" w:rsidP="21E64FB5" w:rsidRDefault="003A5140" w14:paraId="33A3FC40" w14:textId="77777777">
      <w:pPr>
        <w:rPr>
          <w:rFonts w:ascii="Calibri" w:hAnsi="Calibri" w:eastAsia="Calibri" w:cs="Calibri"/>
          <w:lang w:val="pt-BR"/>
        </w:rPr>
      </w:pPr>
      <w:r w:rsidRPr="21E64FB5" w:rsidR="3973351F">
        <w:rPr>
          <w:rFonts w:ascii="Calibri" w:hAnsi="Calibri" w:eastAsia="Calibri" w:cs="Calibri"/>
          <w:lang w:val="pt-BR"/>
        </w:rPr>
        <w:t> </w:t>
      </w:r>
    </w:p>
    <w:p w:rsidRPr="003A5140" w:rsidR="00B25942" w:rsidP="21E64FB5" w:rsidRDefault="00B25942" w14:paraId="0C6A6A41" w14:textId="3EAE916D">
      <w:pPr>
        <w:rPr>
          <w:rFonts w:ascii="Calibri" w:hAnsi="Calibri" w:eastAsia="Calibri" w:cs="Calibri"/>
        </w:rPr>
      </w:pPr>
    </w:p>
    <w:sectPr w:rsidRPr="003A5140" w:rsidR="00B25942" w:rsidSect="00005FC7">
      <w:headerReference w:type="default" r:id="rId8"/>
      <w:footerReference w:type="default" r:id="rId9"/>
      <w:pgSz w:w="11909" w:h="16834" w:orient="portrait"/>
      <w:pgMar w:top="1134" w:right="1134" w:bottom="567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1D26" w:rsidRDefault="00AE1D26" w14:paraId="4F4C5758" w14:textId="77777777">
      <w:pPr>
        <w:spacing w:after="0" w:line="240" w:lineRule="auto"/>
      </w:pPr>
      <w:r>
        <w:separator/>
      </w:r>
    </w:p>
  </w:endnote>
  <w:endnote w:type="continuationSeparator" w:id="0">
    <w:p w:rsidR="00AE1D26" w:rsidRDefault="00AE1D26" w14:paraId="584964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9704F" w:rsidR="00AD569E" w:rsidP="00AD569E" w:rsidRDefault="00005FC7" w14:paraId="685CD8DB" w14:textId="491EDB3F">
    <w:pPr>
      <w:pStyle w:val="Rodap"/>
      <w:rPr>
        <w:b/>
        <w:bCs/>
        <w:sz w:val="20"/>
        <w:szCs w:val="20"/>
      </w:rPr>
    </w:pPr>
    <w:r w:rsidRPr="00005FC7">
      <w:rPr>
        <w:b/>
        <w:bCs/>
        <w:sz w:val="20"/>
        <w:szCs w:val="20"/>
        <w:lang w:val="es-ES"/>
      </w:rPr>
      <w:t>______________________________________________________________________________________ Versão 1.0     </w:t>
    </w:r>
    <w:r w:rsidRPr="00005FC7">
      <w:rPr>
        <w:b/>
        <w:bCs/>
        <w:sz w:val="20"/>
        <w:szCs w:val="20"/>
      </w:rPr>
      <w:t> </w:t>
    </w:r>
    <w:r w:rsidRPr="00005FC7">
      <w:rPr>
        <w:b/>
        <w:bCs/>
        <w:sz w:val="20"/>
        <w:szCs w:val="20"/>
      </w:rPr>
      <w:tab/>
    </w:r>
    <w:r>
      <w:rPr>
        <w:b/>
        <w:bCs/>
        <w:sz w:val="20"/>
        <w:szCs w:val="20"/>
      </w:rPr>
      <w:tab/>
    </w:r>
    <w:r w:rsidRPr="00005FC7">
      <w:rPr>
        <w:b/>
        <w:bCs/>
        <w:sz w:val="20"/>
        <w:szCs w:val="20"/>
      </w:rPr>
      <w:fldChar w:fldCharType="begin"/>
    </w:r>
    <w:r w:rsidRPr="00005FC7">
      <w:rPr>
        <w:b/>
        <w:bCs/>
        <w:sz w:val="20"/>
        <w:szCs w:val="20"/>
      </w:rPr>
      <w:instrText>PAGE   \* MERGEFORMAT</w:instrText>
    </w:r>
    <w:r w:rsidRPr="00005FC7">
      <w:rPr>
        <w:b/>
        <w:bCs/>
        <w:sz w:val="20"/>
        <w:szCs w:val="20"/>
      </w:rPr>
      <w:fldChar w:fldCharType="separate"/>
    </w:r>
    <w:r w:rsidRPr="00005FC7">
      <w:rPr>
        <w:b/>
        <w:bCs/>
        <w:sz w:val="20"/>
        <w:szCs w:val="20"/>
        <w:lang w:val="pt-BR"/>
      </w:rPr>
      <w:t>1</w:t>
    </w:r>
    <w:r w:rsidRPr="00005FC7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 xml:space="preserve"> de </w:t>
    </w:r>
    <w:r w:rsidR="003A5140">
      <w:rPr>
        <w:b/>
        <w:bCs/>
        <w:sz w:val="20"/>
        <w:szCs w:val="20"/>
      </w:rPr>
      <w:t>2</w:t>
    </w:r>
  </w:p>
  <w:p w:rsidR="00E36AAC" w:rsidRDefault="00726631" w14:paraId="372C40C7" w14:textId="229683E3">
    <w:pPr>
      <w:pStyle w:val="Rodap"/>
      <w:jc w:val="center"/>
    </w:pP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1D26" w:rsidRDefault="00AE1D26" w14:paraId="006AFFCE" w14:textId="77777777">
      <w:pPr>
        <w:spacing w:after="0" w:line="240" w:lineRule="auto"/>
      </w:pPr>
      <w:r>
        <w:separator/>
      </w:r>
    </w:p>
  </w:footnote>
  <w:footnote w:type="continuationSeparator" w:id="0">
    <w:p w:rsidR="00AE1D26" w:rsidRDefault="00AE1D26" w14:paraId="035FC0F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05FC7" w:rsidR="009A3AE2" w:rsidP="009A3AE2" w:rsidRDefault="009A3AE2" w14:paraId="5C771AE6" w14:textId="346C2201">
    <w:pPr>
      <w:pStyle w:val="Cabealho"/>
      <w:jc w:val="center"/>
    </w:pPr>
    <w:r w:rsidRPr="1518396B" w:rsidR="73DAE798">
      <w:rPr>
        <w:b w:val="1"/>
        <w:bCs w:val="1"/>
        <w:color w:val="666666"/>
        <w:sz w:val="16"/>
        <w:szCs w:val="16"/>
        <w:lang w:val="pt-BR"/>
      </w:rPr>
      <w:t xml:space="preserve">       </w:t>
    </w:r>
    <w:r w:rsidRPr="1518396B" w:rsidR="1518396B">
      <w:rPr>
        <w:b w:val="1"/>
        <w:bCs w:val="1"/>
        <w:color w:val="666666"/>
        <w:sz w:val="16"/>
        <w:szCs w:val="16"/>
        <w:lang w:val="pt-BR"/>
      </w:rPr>
      <w:t xml:space="preserve">                                                                                                               </w:t>
    </w:r>
    <w:r w:rsidRPr="1518396B" w:rsidR="73DAE798">
      <w:rPr>
        <w:b w:val="1"/>
        <w:bCs w:val="1"/>
        <w:color w:val="666666"/>
        <w:sz w:val="22"/>
        <w:szCs w:val="22"/>
        <w:lang w:val="pt-BR"/>
      </w:rPr>
      <w:t xml:space="preserve">FORM TC </w:t>
    </w:r>
    <w:r w:rsidRPr="1518396B" w:rsidR="7801EE5B">
      <w:rPr>
        <w:b w:val="1"/>
        <w:bCs w:val="1"/>
        <w:color w:val="666666"/>
        <w:sz w:val="22"/>
        <w:szCs w:val="22"/>
        <w:lang w:val="pt-BR"/>
      </w:rPr>
      <w:t>03</w:t>
    </w:r>
    <w:r w:rsidRPr="1518396B" w:rsidR="27E81CDD">
      <w:rPr>
        <w:b w:val="1"/>
        <w:bCs w:val="1"/>
        <w:color w:val="666666"/>
        <w:sz w:val="22"/>
        <w:szCs w:val="22"/>
        <w:lang w:val="pt-BR"/>
      </w:rPr>
      <w:t>1</w:t>
    </w:r>
    <w:r w:rsidR="1518396B">
      <w:drawing>
        <wp:anchor distT="0" distB="0" distL="114300" distR="114300" simplePos="0" relativeHeight="251658240" behindDoc="1" locked="0" layoutInCell="1" allowOverlap="1" wp14:editId="1AA2EFB1" wp14:anchorId="3192814C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049780" cy="297180"/>
          <wp:effectExtent l="0" t="0" r="7620" b="7620"/>
          <wp:wrapNone/>
          <wp:docPr id="64234005" name="Imagem 2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97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9A3AE2" w:rsidR="009A3AE2" w:rsidP="009A3AE2" w:rsidRDefault="009A3AE2" w14:paraId="604FBEAC" w14:textId="2BC190A8">
    <w:pPr>
      <w:pStyle w:val="Cabealho"/>
      <w:jc w:val="center"/>
      <w:rPr>
        <w:color w:val="666666"/>
        <w:sz w:val="16"/>
        <w:lang w:val="pt-BR"/>
      </w:rPr>
    </w:pPr>
    <w:r w:rsidRPr="009A3AE2">
      <w:rPr>
        <w:b/>
        <w:bCs/>
        <w:color w:val="666666"/>
        <w:sz w:val="16"/>
        <w:lang w:val="pt-BR"/>
      </w:rPr>
      <w:t>_________________________________________________</w:t>
    </w:r>
    <w:r>
      <w:rPr>
        <w:b/>
        <w:bCs/>
        <w:color w:val="666666"/>
        <w:sz w:val="16"/>
        <w:lang w:val="pt-BR"/>
      </w:rPr>
      <w:t>___________________</w:t>
    </w:r>
    <w:r w:rsidRPr="009A3AE2">
      <w:rPr>
        <w:b/>
        <w:bCs/>
        <w:color w:val="666666"/>
        <w:sz w:val="16"/>
        <w:lang w:val="pt-BR"/>
      </w:rPr>
      <w:t>_______________________________________</w:t>
    </w:r>
    <w:r w:rsidRPr="009A3AE2">
      <w:rPr>
        <w:color w:val="666666"/>
        <w:sz w:val="16"/>
        <w:lang w:val="pt-BR"/>
      </w:rPr>
      <w:t> </w:t>
    </w:r>
  </w:p>
  <w:p w:rsidR="00E36AAC" w:rsidRDefault="00726631" w14:paraId="2AAD4158" w14:textId="77777777">
    <w:pPr>
      <w:pStyle w:val="Cabealho"/>
      <w:jc w:val="center"/>
    </w:pPr>
    <w:r w:rsidR="1ACBEA0D">
      <w:drawing>
        <wp:anchor distT="0" distB="0" distL="114300" distR="114300" simplePos="0" relativeHeight="251658240" behindDoc="1" locked="0" layoutInCell="1" allowOverlap="1" wp14:editId="7499D2C8" wp14:anchorId="419322C9">
          <wp:simplePos x="0" y="0"/>
          <wp:positionH relativeFrom="column">
            <wp:posOffset>5191125</wp:posOffset>
          </wp:positionH>
          <wp:positionV relativeFrom="paragraph">
            <wp:posOffset>-504825</wp:posOffset>
          </wp:positionV>
          <wp:extent cx="942975" cy="533400"/>
          <wp:effectExtent l="0" t="0" r="0" b="0"/>
          <wp:wrapNone/>
          <wp:docPr id="150299885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502998856" name="Picture 1502998856"/>
                  <pic:cNvPicPr/>
                </pic:nvPicPr>
                <pic:blipFill>
                  <a:blip xmlns:r="http://schemas.openxmlformats.org/officeDocument/2006/relationships" r:embed="rId118953617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1518396B" w:rsidR="1ACBEA0D">
      <w:rPr>
        <w:color w:val="666666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DAE61C3"/>
    <w:multiLevelType w:val="hybridMultilevel"/>
    <w:tmpl w:val="959ACF06"/>
    <w:lvl w:ilvl="0" w:tplc="D43ECC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B3CB2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DADD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4DE89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78073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CE060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AEE3D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D0C4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3EA15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3A64295"/>
    <w:multiLevelType w:val="multilevel"/>
    <w:tmpl w:val="1DA0F3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C1234"/>
    <w:multiLevelType w:val="hybridMultilevel"/>
    <w:tmpl w:val="FE188564"/>
    <w:lvl w:ilvl="0" w:tplc="DC2863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CB8AA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D3EDA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75835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1A676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D489A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1E8B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B52F1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B82B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6EA04C50"/>
    <w:multiLevelType w:val="hybridMultilevel"/>
    <w:tmpl w:val="C99C0170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12821845">
    <w:abstractNumId w:val="8"/>
  </w:num>
  <w:num w:numId="2" w16cid:durableId="969364352">
    <w:abstractNumId w:val="6"/>
  </w:num>
  <w:num w:numId="3" w16cid:durableId="2045716189">
    <w:abstractNumId w:val="5"/>
  </w:num>
  <w:num w:numId="4" w16cid:durableId="237256432">
    <w:abstractNumId w:val="4"/>
  </w:num>
  <w:num w:numId="5" w16cid:durableId="692151272">
    <w:abstractNumId w:val="7"/>
  </w:num>
  <w:num w:numId="6" w16cid:durableId="2017657208">
    <w:abstractNumId w:val="3"/>
  </w:num>
  <w:num w:numId="7" w16cid:durableId="1739790437">
    <w:abstractNumId w:val="2"/>
  </w:num>
  <w:num w:numId="8" w16cid:durableId="28994853">
    <w:abstractNumId w:val="1"/>
  </w:num>
  <w:num w:numId="9" w16cid:durableId="1502233774">
    <w:abstractNumId w:val="0"/>
  </w:num>
  <w:num w:numId="10" w16cid:durableId="865603256">
    <w:abstractNumId w:val="12"/>
  </w:num>
  <w:num w:numId="11" w16cid:durableId="363796141">
    <w:abstractNumId w:val="11"/>
  </w:num>
  <w:num w:numId="12" w16cid:durableId="847598308">
    <w:abstractNumId w:val="9"/>
  </w:num>
  <w:num w:numId="13" w16cid:durableId="88533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1CE"/>
    <w:rsid w:val="00005FC7"/>
    <w:rsid w:val="00014E7C"/>
    <w:rsid w:val="00032F1C"/>
    <w:rsid w:val="00034616"/>
    <w:rsid w:val="0006063C"/>
    <w:rsid w:val="000E3D48"/>
    <w:rsid w:val="0010347E"/>
    <w:rsid w:val="00116527"/>
    <w:rsid w:val="0015074B"/>
    <w:rsid w:val="00180116"/>
    <w:rsid w:val="001808E3"/>
    <w:rsid w:val="001A580B"/>
    <w:rsid w:val="001D5C4A"/>
    <w:rsid w:val="00207AAB"/>
    <w:rsid w:val="00234355"/>
    <w:rsid w:val="00250EEF"/>
    <w:rsid w:val="0029639D"/>
    <w:rsid w:val="002C7CF5"/>
    <w:rsid w:val="002D4EA0"/>
    <w:rsid w:val="00326F90"/>
    <w:rsid w:val="00357DD7"/>
    <w:rsid w:val="003A5140"/>
    <w:rsid w:val="003C1A3A"/>
    <w:rsid w:val="003C79FF"/>
    <w:rsid w:val="003F5EEA"/>
    <w:rsid w:val="004208A1"/>
    <w:rsid w:val="00454BD9"/>
    <w:rsid w:val="004714AC"/>
    <w:rsid w:val="004A5E02"/>
    <w:rsid w:val="004A70E9"/>
    <w:rsid w:val="004B3F4C"/>
    <w:rsid w:val="004C151A"/>
    <w:rsid w:val="005503AF"/>
    <w:rsid w:val="0056392A"/>
    <w:rsid w:val="00567DC8"/>
    <w:rsid w:val="0061663D"/>
    <w:rsid w:val="006870F2"/>
    <w:rsid w:val="006F0E15"/>
    <w:rsid w:val="00726631"/>
    <w:rsid w:val="0075043C"/>
    <w:rsid w:val="00761E78"/>
    <w:rsid w:val="007978DD"/>
    <w:rsid w:val="007A124A"/>
    <w:rsid w:val="007C2F68"/>
    <w:rsid w:val="00846AF6"/>
    <w:rsid w:val="008B5325"/>
    <w:rsid w:val="008D2801"/>
    <w:rsid w:val="00927098"/>
    <w:rsid w:val="00961ED5"/>
    <w:rsid w:val="00962D83"/>
    <w:rsid w:val="009A053C"/>
    <w:rsid w:val="009A3AE2"/>
    <w:rsid w:val="009B2BEC"/>
    <w:rsid w:val="00A15681"/>
    <w:rsid w:val="00A269DA"/>
    <w:rsid w:val="00A36192"/>
    <w:rsid w:val="00A4458A"/>
    <w:rsid w:val="00A67248"/>
    <w:rsid w:val="00AA1D8D"/>
    <w:rsid w:val="00AA4401"/>
    <w:rsid w:val="00AD569E"/>
    <w:rsid w:val="00AE1D26"/>
    <w:rsid w:val="00B25942"/>
    <w:rsid w:val="00B30455"/>
    <w:rsid w:val="00B47730"/>
    <w:rsid w:val="00BB22BE"/>
    <w:rsid w:val="00BD0663"/>
    <w:rsid w:val="00BD6170"/>
    <w:rsid w:val="00C40BC3"/>
    <w:rsid w:val="00C44AAE"/>
    <w:rsid w:val="00C8732C"/>
    <w:rsid w:val="00CA0156"/>
    <w:rsid w:val="00CB0664"/>
    <w:rsid w:val="00DC293F"/>
    <w:rsid w:val="00E204AE"/>
    <w:rsid w:val="00E36AAC"/>
    <w:rsid w:val="00EE4F52"/>
    <w:rsid w:val="00F44D62"/>
    <w:rsid w:val="00FC693F"/>
    <w:rsid w:val="00FE64B8"/>
    <w:rsid w:val="034D8EB7"/>
    <w:rsid w:val="12AFB820"/>
    <w:rsid w:val="1518396B"/>
    <w:rsid w:val="16C658AA"/>
    <w:rsid w:val="1705C741"/>
    <w:rsid w:val="1ACBEA0D"/>
    <w:rsid w:val="1BAF9254"/>
    <w:rsid w:val="21E64FB5"/>
    <w:rsid w:val="222D17BC"/>
    <w:rsid w:val="22438DBB"/>
    <w:rsid w:val="27E81CDD"/>
    <w:rsid w:val="296AB92C"/>
    <w:rsid w:val="2BF9D2D6"/>
    <w:rsid w:val="2C1C3129"/>
    <w:rsid w:val="2C4D8D55"/>
    <w:rsid w:val="2C97EFDE"/>
    <w:rsid w:val="2D8EA85C"/>
    <w:rsid w:val="36A9EC50"/>
    <w:rsid w:val="3973351F"/>
    <w:rsid w:val="3BC7EF19"/>
    <w:rsid w:val="3DA85B00"/>
    <w:rsid w:val="401E5468"/>
    <w:rsid w:val="42330910"/>
    <w:rsid w:val="480B670F"/>
    <w:rsid w:val="48FEDBED"/>
    <w:rsid w:val="4A943A8A"/>
    <w:rsid w:val="51F78CFC"/>
    <w:rsid w:val="56817EF4"/>
    <w:rsid w:val="659648BA"/>
    <w:rsid w:val="707641DC"/>
    <w:rsid w:val="73DAE798"/>
    <w:rsid w:val="744804B0"/>
    <w:rsid w:val="7801EE5B"/>
    <w:rsid w:val="7D55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20D402"/>
  <w14:defaultImageDpi w14:val="300"/>
  <w15:docId w15:val="{9948150F-4A22-47D7-907C-90513D9CA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80"/>
    </w:pPr>
    <w:rPr>
      <w:rFonts w:ascii="Arial" w:hAnsi="Arial" w:eastAsia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/>
      <w:outlineLvl w:val="0"/>
    </w:pPr>
    <w:rPr>
      <w:rFonts w:asciiTheme="majorHAnsi" w:hAnsiTheme="majorHAnsi" w:eastAsiaTheme="majorEastAsia" w:cstheme="majorBidi"/>
      <w:b/>
      <w:bCs/>
      <w:color w:val="1F4E79"/>
      <w:sz w:val="3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hAnsiTheme="majorHAnsi" w:eastAsiaTheme="majorEastAsia" w:cstheme="majorBidi"/>
      <w:b/>
      <w:bCs/>
      <w:color w:val="1F4E79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hAnsiTheme="majorHAnsi" w:eastAsiaTheme="majorEastAsia" w:cstheme="majorBidi"/>
      <w:b/>
      <w:bCs/>
      <w:color w:val="2F2F2F"/>
      <w:sz w:val="2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har" w:customStyle="1">
    <w:name w:val="Título 7 Char"/>
    <w:basedOn w:val="Fontepargpadro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har" w:customStyle="1">
    <w:name w:val="Título 8 Char"/>
    <w:basedOn w:val="Fontepargpadro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2D4E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D4EA0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2D4EA0"/>
    <w:rPr>
      <w:rFonts w:ascii="Arial" w:hAnsi="Arial" w:eastAsia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D4EA0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2D4EA0"/>
    <w:rPr>
      <w:rFonts w:ascii="Arial" w:hAnsi="Arial" w:eastAsia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png" Id="rId1" /><Relationship Type="http://schemas.openxmlformats.org/officeDocument/2006/relationships/image" Target="/media/image2.png" Id="rId118953617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