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68D6" w:rsidRPr="007955E8" w:rsidRDefault="00C1193D" w:rsidP="00865892">
      <w:pPr>
        <w:rPr>
          <w:rFonts w:ascii="Times New Roman" w:hAnsi="Times New Roman" w:cs="Times New Roman"/>
          <w:b/>
          <w:sz w:val="24"/>
          <w:szCs w:val="24"/>
        </w:rPr>
      </w:pPr>
      <w:r w:rsidRPr="007955E8">
        <w:rPr>
          <w:rFonts w:ascii="Times New Roman" w:hAnsi="Times New Roman" w:cs="Times New Roman"/>
          <w:b/>
          <w:sz w:val="24"/>
          <w:szCs w:val="24"/>
        </w:rPr>
        <w:t>WEBSITE TERMS OF USE</w:t>
      </w:r>
    </w:p>
    <w:p w:rsidR="00DA68D6" w:rsidRPr="00865892" w:rsidRDefault="00C1193D" w:rsidP="00865892">
      <w:pPr>
        <w:rPr>
          <w:rFonts w:ascii="Times New Roman" w:hAnsi="Times New Roman" w:cs="Times New Roman"/>
          <w:sz w:val="24"/>
          <w:szCs w:val="24"/>
        </w:rPr>
      </w:pPr>
      <w:r w:rsidRPr="00865892">
        <w:rPr>
          <w:rFonts w:ascii="Times New Roman" w:hAnsi="Times New Roman" w:cs="Times New Roman"/>
          <w:sz w:val="24"/>
          <w:szCs w:val="24"/>
        </w:rPr>
        <w:t>Last updated: 11 September 2026</w:t>
      </w:r>
    </w:p>
    <w:p w:rsidR="00DA68D6" w:rsidRPr="00865892" w:rsidRDefault="00C1193D" w:rsidP="00865892">
      <w:pPr>
        <w:rPr>
          <w:rFonts w:ascii="Times New Roman" w:hAnsi="Times New Roman" w:cs="Times New Roman"/>
          <w:sz w:val="24"/>
          <w:szCs w:val="24"/>
        </w:rPr>
      </w:pPr>
      <w:r w:rsidRPr="00865892">
        <w:rPr>
          <w:rFonts w:ascii="Times New Roman" w:hAnsi="Times New Roman" w:cs="Times New Roman"/>
          <w:sz w:val="24"/>
          <w:szCs w:val="24"/>
        </w:rPr>
        <w:t xml:space="preserve">These Website Terms of Use (the “Terms”) govern your access to and use of the public website available at </w:t>
      </w:r>
      <w:hyperlink r:id="rId8">
        <w:r w:rsidRPr="00865892">
          <w:rPr>
            <w:rStyle w:val="Hyperlink"/>
            <w:rFonts w:ascii="Times New Roman" w:hAnsi="Times New Roman" w:cs="Times New Roman"/>
            <w:sz w:val="24"/>
            <w:szCs w:val="24"/>
          </w:rPr>
          <w:t>https://www.inxy.io/</w:t>
        </w:r>
      </w:hyperlink>
      <w:r w:rsidRPr="00865892">
        <w:rPr>
          <w:rFonts w:ascii="Times New Roman" w:hAnsi="Times New Roman" w:cs="Times New Roman"/>
          <w:sz w:val="24"/>
          <w:szCs w:val="24"/>
        </w:rPr>
        <w:t>, including its public pages, content, forms and materials (the “Website”). The Website is operated by INXYTECH LTD</w:t>
      </w:r>
      <w:r w:rsidR="00865892" w:rsidRPr="00865892">
        <w:rPr>
          <w:rFonts w:ascii="Times New Roman" w:hAnsi="Times New Roman" w:cs="Times New Roman"/>
          <w:sz w:val="24"/>
          <w:szCs w:val="24"/>
        </w:rPr>
        <w:t xml:space="preserve">, HE 447934 Agias Zonis, 12, Agias Zonis Court, Flat/Office 401, 3027, Limassol, Cyprus </w:t>
      </w:r>
      <w:r w:rsidRPr="00865892">
        <w:rPr>
          <w:rFonts w:ascii="Times New Roman" w:hAnsi="Times New Roman" w:cs="Times New Roman"/>
          <w:sz w:val="24"/>
          <w:szCs w:val="24"/>
        </w:rPr>
        <w:t>(“INXY”, “we”, “us” or “our”). By accessing or using the Website, you agree to these Terms. If you do not agree, please do not use the Website.</w:t>
      </w:r>
    </w:p>
    <w:p w:rsidR="00DA68D6" w:rsidRPr="00865892" w:rsidRDefault="00C1193D" w:rsidP="00865892">
      <w:pPr>
        <w:rPr>
          <w:rFonts w:ascii="Times New Roman" w:hAnsi="Times New Roman" w:cs="Times New Roman"/>
          <w:b/>
          <w:sz w:val="24"/>
          <w:szCs w:val="24"/>
        </w:rPr>
      </w:pPr>
      <w:r w:rsidRPr="00865892">
        <w:rPr>
          <w:rFonts w:ascii="Times New Roman" w:hAnsi="Times New Roman" w:cs="Times New Roman"/>
          <w:b/>
          <w:sz w:val="24"/>
          <w:szCs w:val="24"/>
        </w:rPr>
        <w:t>1. Scope</w:t>
      </w:r>
    </w:p>
    <w:p w:rsidR="00DA68D6" w:rsidRPr="00865892" w:rsidRDefault="00C1193D" w:rsidP="00865892">
      <w:pPr>
        <w:rPr>
          <w:rFonts w:ascii="Times New Roman" w:hAnsi="Times New Roman" w:cs="Times New Roman"/>
          <w:sz w:val="24"/>
          <w:szCs w:val="24"/>
        </w:rPr>
      </w:pPr>
      <w:r w:rsidRPr="00865892">
        <w:rPr>
          <w:rFonts w:ascii="Times New Roman" w:hAnsi="Times New Roman" w:cs="Times New Roman"/>
          <w:sz w:val="24"/>
          <w:szCs w:val="24"/>
        </w:rPr>
        <w:t>These Terms apply only to the publicly accessible Website and to your use of Website content and functionality as a visitor.</w:t>
      </w:r>
    </w:p>
    <w:p w:rsidR="00DA68D6" w:rsidRPr="00865892" w:rsidRDefault="00C1193D" w:rsidP="00865892">
      <w:pPr>
        <w:rPr>
          <w:rFonts w:ascii="Times New Roman" w:hAnsi="Times New Roman" w:cs="Times New Roman"/>
          <w:sz w:val="24"/>
          <w:szCs w:val="24"/>
        </w:rPr>
      </w:pPr>
      <w:r w:rsidRPr="00865892">
        <w:rPr>
          <w:rFonts w:ascii="Times New Roman" w:hAnsi="Times New Roman" w:cs="Times New Roman"/>
          <w:sz w:val="24"/>
          <w:szCs w:val="24"/>
        </w:rPr>
        <w:t>They do not govern access to or use of any customer account, dashboard, API, software platform, payment functionality, crypto-asset functionali</w:t>
      </w:r>
      <w:r w:rsidR="00865892">
        <w:rPr>
          <w:rFonts w:ascii="Times New Roman" w:hAnsi="Times New Roman" w:cs="Times New Roman"/>
          <w:sz w:val="24"/>
          <w:szCs w:val="24"/>
        </w:rPr>
        <w:t>ty or other product or service.</w:t>
      </w:r>
    </w:p>
    <w:p w:rsidR="00DA68D6" w:rsidRPr="00865892" w:rsidRDefault="00C1193D" w:rsidP="00865892">
      <w:pPr>
        <w:rPr>
          <w:rFonts w:ascii="Times New Roman" w:hAnsi="Times New Roman" w:cs="Times New Roman"/>
          <w:b/>
          <w:sz w:val="24"/>
          <w:szCs w:val="24"/>
        </w:rPr>
      </w:pPr>
      <w:r w:rsidRPr="00865892">
        <w:rPr>
          <w:rFonts w:ascii="Times New Roman" w:hAnsi="Times New Roman" w:cs="Times New Roman"/>
          <w:b/>
          <w:sz w:val="24"/>
          <w:szCs w:val="24"/>
        </w:rPr>
        <w:t>2. Website information</w:t>
      </w:r>
    </w:p>
    <w:p w:rsidR="00DA68D6" w:rsidRPr="00865892" w:rsidRDefault="00C1193D" w:rsidP="00865892">
      <w:pPr>
        <w:rPr>
          <w:rFonts w:ascii="Times New Roman" w:hAnsi="Times New Roman" w:cs="Times New Roman"/>
          <w:sz w:val="24"/>
          <w:szCs w:val="24"/>
        </w:rPr>
      </w:pPr>
      <w:r w:rsidRPr="00865892">
        <w:rPr>
          <w:rFonts w:ascii="Times New Roman" w:hAnsi="Times New Roman" w:cs="Times New Roman"/>
          <w:sz w:val="24"/>
          <w:szCs w:val="24"/>
        </w:rPr>
        <w:t>The Website provides general information about INXY, business, technology, products, services</w:t>
      </w:r>
      <w:r w:rsidR="00865892" w:rsidRPr="00865892">
        <w:rPr>
          <w:rFonts w:ascii="Times New Roman" w:hAnsi="Times New Roman" w:cs="Times New Roman"/>
          <w:sz w:val="24"/>
          <w:szCs w:val="24"/>
        </w:rPr>
        <w:t xml:space="preserve"> </w:t>
      </w:r>
      <w:r w:rsidRPr="00865892">
        <w:rPr>
          <w:rFonts w:ascii="Times New Roman" w:hAnsi="Times New Roman" w:cs="Times New Roman"/>
          <w:sz w:val="24"/>
          <w:szCs w:val="24"/>
        </w:rPr>
        <w:t>and related topics. Website content is provided for general informational and marketing purposes only.</w:t>
      </w:r>
    </w:p>
    <w:p w:rsidR="00DA68D6" w:rsidRPr="00865892" w:rsidRDefault="00C1193D" w:rsidP="00865892">
      <w:pPr>
        <w:rPr>
          <w:rFonts w:ascii="Times New Roman" w:hAnsi="Times New Roman" w:cs="Times New Roman"/>
          <w:sz w:val="24"/>
          <w:szCs w:val="24"/>
        </w:rPr>
      </w:pPr>
      <w:r w:rsidRPr="00865892">
        <w:rPr>
          <w:rFonts w:ascii="Times New Roman" w:hAnsi="Times New Roman" w:cs="Times New Roman"/>
          <w:sz w:val="24"/>
          <w:szCs w:val="24"/>
        </w:rPr>
        <w:t>Website content does not constitute legal, financial, investment, tax, accounting or other professional advice, and does not constitute an offer, solicitation, commitment or guarantee that any product or service will be made available to you.</w:t>
      </w:r>
    </w:p>
    <w:p w:rsidR="00DA68D6" w:rsidRPr="00834F83" w:rsidRDefault="00C1193D" w:rsidP="00865892">
      <w:pPr>
        <w:rPr>
          <w:rFonts w:ascii="Times New Roman" w:hAnsi="Times New Roman" w:cs="Times New Roman"/>
          <w:b/>
          <w:sz w:val="24"/>
          <w:szCs w:val="24"/>
        </w:rPr>
      </w:pPr>
      <w:r w:rsidRPr="00834F83">
        <w:rPr>
          <w:rFonts w:ascii="Times New Roman" w:hAnsi="Times New Roman" w:cs="Times New Roman"/>
          <w:b/>
          <w:sz w:val="24"/>
          <w:szCs w:val="24"/>
        </w:rPr>
        <w:t>3. Geographic availability and notices</w:t>
      </w:r>
    </w:p>
    <w:p w:rsidR="00DA68D6" w:rsidRPr="00865892" w:rsidRDefault="00C1193D" w:rsidP="00865892">
      <w:pPr>
        <w:rPr>
          <w:rFonts w:ascii="Times New Roman" w:hAnsi="Times New Roman" w:cs="Times New Roman"/>
          <w:sz w:val="24"/>
          <w:szCs w:val="24"/>
        </w:rPr>
      </w:pPr>
      <w:r w:rsidRPr="00865892">
        <w:rPr>
          <w:rFonts w:ascii="Times New Roman" w:hAnsi="Times New Roman" w:cs="Times New Roman"/>
          <w:sz w:val="24"/>
          <w:szCs w:val="24"/>
        </w:rPr>
        <w:t>The Website may be accessible from locations where some products or services described on it are unavailable, restricted or unlawful. Access to Website content does not mean that a particular product or service is available or suitable in your jurisdiction.</w:t>
      </w:r>
    </w:p>
    <w:p w:rsidR="00DA68D6" w:rsidRPr="00865892" w:rsidRDefault="00C1193D" w:rsidP="00865892">
      <w:pPr>
        <w:rPr>
          <w:rFonts w:ascii="Times New Roman" w:hAnsi="Times New Roman" w:cs="Times New Roman"/>
          <w:sz w:val="24"/>
          <w:szCs w:val="24"/>
        </w:rPr>
      </w:pPr>
      <w:r w:rsidRPr="00865892">
        <w:rPr>
          <w:rFonts w:ascii="Times New Roman" w:hAnsi="Times New Roman" w:cs="Times New Roman"/>
          <w:sz w:val="24"/>
          <w:szCs w:val="24"/>
        </w:rPr>
        <w:t>You are responsible for complying with laws applicable to your access to and use of the Website. Any jurisdiction-specific notice displayed on the Website, including notices addressed to visitors from a particular country, forms part of these Terms for the relevant visitors.</w:t>
      </w:r>
    </w:p>
    <w:p w:rsidR="00DA68D6" w:rsidRPr="00834F83" w:rsidRDefault="00C1193D" w:rsidP="00865892">
      <w:pPr>
        <w:rPr>
          <w:rFonts w:ascii="Times New Roman" w:hAnsi="Times New Roman" w:cs="Times New Roman"/>
          <w:b/>
          <w:sz w:val="24"/>
          <w:szCs w:val="24"/>
        </w:rPr>
      </w:pPr>
      <w:r w:rsidRPr="00834F83">
        <w:rPr>
          <w:rFonts w:ascii="Times New Roman" w:hAnsi="Times New Roman" w:cs="Times New Roman"/>
          <w:b/>
          <w:sz w:val="24"/>
          <w:szCs w:val="24"/>
        </w:rPr>
        <w:t>4. Permitted use</w:t>
      </w:r>
    </w:p>
    <w:p w:rsidR="00DA68D6" w:rsidRPr="00865892" w:rsidRDefault="00C1193D" w:rsidP="00865892">
      <w:pPr>
        <w:rPr>
          <w:rFonts w:ascii="Times New Roman" w:hAnsi="Times New Roman" w:cs="Times New Roman"/>
          <w:sz w:val="24"/>
          <w:szCs w:val="24"/>
        </w:rPr>
      </w:pPr>
      <w:r w:rsidRPr="00865892">
        <w:rPr>
          <w:rFonts w:ascii="Times New Roman" w:hAnsi="Times New Roman" w:cs="Times New Roman"/>
          <w:sz w:val="24"/>
          <w:szCs w:val="24"/>
        </w:rPr>
        <w:t>You may use the Website for lawful purposes, including reviewing information ab</w:t>
      </w:r>
      <w:r w:rsidR="00834F83">
        <w:rPr>
          <w:rFonts w:ascii="Times New Roman" w:hAnsi="Times New Roman" w:cs="Times New Roman"/>
          <w:sz w:val="24"/>
          <w:szCs w:val="24"/>
        </w:rPr>
        <w:t>out INXY and assessing whether</w:t>
      </w:r>
      <w:r w:rsidRPr="00865892">
        <w:rPr>
          <w:rFonts w:ascii="Times New Roman" w:hAnsi="Times New Roman" w:cs="Times New Roman"/>
          <w:sz w:val="24"/>
          <w:szCs w:val="24"/>
        </w:rPr>
        <w:t xml:space="preserve"> products or services may be relevant to your business.</w:t>
      </w:r>
    </w:p>
    <w:p w:rsidR="00DA68D6" w:rsidRPr="00834F83" w:rsidRDefault="00C1193D" w:rsidP="00865892">
      <w:pPr>
        <w:rPr>
          <w:rFonts w:ascii="Times New Roman" w:hAnsi="Times New Roman" w:cs="Times New Roman"/>
          <w:b/>
          <w:sz w:val="24"/>
          <w:szCs w:val="24"/>
        </w:rPr>
      </w:pPr>
      <w:r w:rsidRPr="00834F83">
        <w:rPr>
          <w:rFonts w:ascii="Times New Roman" w:hAnsi="Times New Roman" w:cs="Times New Roman"/>
          <w:b/>
          <w:sz w:val="24"/>
          <w:szCs w:val="24"/>
        </w:rPr>
        <w:t>5. Prohibited use</w:t>
      </w:r>
    </w:p>
    <w:p w:rsidR="00DA68D6" w:rsidRPr="00865892" w:rsidRDefault="00C1193D" w:rsidP="00865892">
      <w:pPr>
        <w:rPr>
          <w:rFonts w:ascii="Times New Roman" w:hAnsi="Times New Roman" w:cs="Times New Roman"/>
          <w:sz w:val="24"/>
          <w:szCs w:val="24"/>
        </w:rPr>
      </w:pPr>
      <w:r w:rsidRPr="00865892">
        <w:rPr>
          <w:rFonts w:ascii="Times New Roman" w:hAnsi="Times New Roman" w:cs="Times New Roman"/>
          <w:sz w:val="24"/>
          <w:szCs w:val="24"/>
        </w:rPr>
        <w:t>You must not use the Website in a way that is unlawful, fraudulent, abusive or harmful; attempt to gain unauthorised access to the Website, systems or networks; interfere with Website operation, availability or security; introduce malware or malicious code; impersonate another person or misrepresent an affiliation; or use Website content in a manner that infringes the rights of INXY or any third party.</w:t>
      </w:r>
    </w:p>
    <w:p w:rsidR="00DA68D6" w:rsidRPr="00865892" w:rsidRDefault="00C1193D" w:rsidP="00865892">
      <w:pPr>
        <w:rPr>
          <w:rFonts w:ascii="Times New Roman" w:hAnsi="Times New Roman" w:cs="Times New Roman"/>
          <w:sz w:val="24"/>
          <w:szCs w:val="24"/>
        </w:rPr>
      </w:pPr>
      <w:r w:rsidRPr="00865892">
        <w:rPr>
          <w:rFonts w:ascii="Times New Roman" w:hAnsi="Times New Roman" w:cs="Times New Roman"/>
          <w:sz w:val="24"/>
          <w:szCs w:val="24"/>
        </w:rPr>
        <w:t>You must not systematically scrape, extract, reproduce or harvest Website content or data using automated means except where permitted by applicable law or with our prior written permission.</w:t>
      </w:r>
    </w:p>
    <w:p w:rsidR="00DA68D6" w:rsidRPr="00865892" w:rsidRDefault="00C1193D" w:rsidP="00865892">
      <w:pPr>
        <w:rPr>
          <w:rFonts w:ascii="Times New Roman" w:hAnsi="Times New Roman" w:cs="Times New Roman"/>
          <w:sz w:val="24"/>
          <w:szCs w:val="24"/>
        </w:rPr>
      </w:pPr>
      <w:r w:rsidRPr="00865892">
        <w:rPr>
          <w:rFonts w:ascii="Times New Roman" w:hAnsi="Times New Roman" w:cs="Times New Roman"/>
          <w:sz w:val="24"/>
          <w:szCs w:val="24"/>
        </w:rPr>
        <w:t>We may restrict or block access where reasonably necessary to protect the Website, our systems, our rights, our users or third parties.</w:t>
      </w:r>
    </w:p>
    <w:p w:rsidR="00834F83" w:rsidRDefault="00C1193D" w:rsidP="00865892">
      <w:pPr>
        <w:rPr>
          <w:rFonts w:ascii="Times New Roman" w:hAnsi="Times New Roman" w:cs="Times New Roman"/>
          <w:b/>
          <w:sz w:val="24"/>
          <w:szCs w:val="24"/>
        </w:rPr>
      </w:pPr>
      <w:r w:rsidRPr="00834F83">
        <w:rPr>
          <w:rFonts w:ascii="Times New Roman" w:hAnsi="Times New Roman" w:cs="Times New Roman"/>
          <w:b/>
          <w:sz w:val="24"/>
          <w:szCs w:val="24"/>
        </w:rPr>
        <w:t>6. Intellectual property</w:t>
      </w:r>
    </w:p>
    <w:p w:rsidR="00DA68D6" w:rsidRPr="00834F83" w:rsidRDefault="00834F83" w:rsidP="00834F83">
      <w:pPr>
        <w:tabs>
          <w:tab w:val="left" w:pos="7224"/>
        </w:tabs>
        <w:rPr>
          <w:rFonts w:ascii="Times New Roman" w:hAnsi="Times New Roman" w:cs="Times New Roman"/>
          <w:sz w:val="24"/>
          <w:szCs w:val="24"/>
        </w:rPr>
      </w:pPr>
      <w:r>
        <w:rPr>
          <w:rFonts w:ascii="Times New Roman" w:hAnsi="Times New Roman" w:cs="Times New Roman"/>
          <w:sz w:val="24"/>
          <w:szCs w:val="24"/>
        </w:rPr>
        <w:tab/>
      </w:r>
    </w:p>
    <w:p w:rsidR="00DA68D6" w:rsidRPr="00865892" w:rsidRDefault="00C1193D" w:rsidP="00865892">
      <w:pPr>
        <w:rPr>
          <w:rFonts w:ascii="Times New Roman" w:hAnsi="Times New Roman" w:cs="Times New Roman"/>
          <w:sz w:val="24"/>
          <w:szCs w:val="24"/>
        </w:rPr>
      </w:pPr>
      <w:r w:rsidRPr="00865892">
        <w:rPr>
          <w:rFonts w:ascii="Times New Roman" w:hAnsi="Times New Roman" w:cs="Times New Roman"/>
          <w:sz w:val="24"/>
          <w:szCs w:val="24"/>
        </w:rPr>
        <w:lastRenderedPageBreak/>
        <w:t>Unless otherwise stated, the Website and its content, including text, graphics, logos, trademarks, designs, software and other materials, are owned by or licensed to INXY and are protected by applicable intellectual property laws.</w:t>
      </w:r>
    </w:p>
    <w:p w:rsidR="00DA68D6" w:rsidRPr="00865892" w:rsidRDefault="00C1193D" w:rsidP="00865892">
      <w:pPr>
        <w:rPr>
          <w:rFonts w:ascii="Times New Roman" w:hAnsi="Times New Roman" w:cs="Times New Roman"/>
          <w:sz w:val="24"/>
          <w:szCs w:val="24"/>
        </w:rPr>
      </w:pPr>
      <w:r w:rsidRPr="00865892">
        <w:rPr>
          <w:rFonts w:ascii="Times New Roman" w:hAnsi="Times New Roman" w:cs="Times New Roman"/>
          <w:sz w:val="24"/>
          <w:szCs w:val="24"/>
        </w:rPr>
        <w:t>You may view and use Website content for your own internal informational or business-evaluation purposes. Except where permitted by law, you may not reproduce, modify, distribute, sell, license, commercially exploit or create derivative works from Website content without our prior written permission.</w:t>
      </w:r>
    </w:p>
    <w:p w:rsidR="00DA68D6" w:rsidRPr="00865892" w:rsidRDefault="00C1193D" w:rsidP="00865892">
      <w:pPr>
        <w:rPr>
          <w:rFonts w:ascii="Times New Roman" w:hAnsi="Times New Roman" w:cs="Times New Roman"/>
          <w:sz w:val="24"/>
          <w:szCs w:val="24"/>
        </w:rPr>
      </w:pPr>
      <w:r w:rsidRPr="00865892">
        <w:rPr>
          <w:rFonts w:ascii="Times New Roman" w:hAnsi="Times New Roman" w:cs="Times New Roman"/>
          <w:sz w:val="24"/>
          <w:szCs w:val="24"/>
        </w:rPr>
        <w:t>No licence or right to use any INXY trademark, trade name, logo or other intellectual property is granted except as expressly stated in these Terms.</w:t>
      </w:r>
    </w:p>
    <w:p w:rsidR="00DA68D6" w:rsidRPr="00834F83" w:rsidRDefault="00C1193D" w:rsidP="00865892">
      <w:pPr>
        <w:rPr>
          <w:rFonts w:ascii="Times New Roman" w:hAnsi="Times New Roman" w:cs="Times New Roman"/>
          <w:b/>
          <w:sz w:val="24"/>
          <w:szCs w:val="24"/>
        </w:rPr>
      </w:pPr>
      <w:r w:rsidRPr="00834F83">
        <w:rPr>
          <w:rFonts w:ascii="Times New Roman" w:hAnsi="Times New Roman" w:cs="Times New Roman"/>
          <w:b/>
          <w:sz w:val="24"/>
          <w:szCs w:val="24"/>
        </w:rPr>
        <w:t>7. Third-party websites and services</w:t>
      </w:r>
    </w:p>
    <w:p w:rsidR="00DA68D6" w:rsidRPr="00865892" w:rsidRDefault="00C1193D" w:rsidP="00865892">
      <w:pPr>
        <w:rPr>
          <w:rFonts w:ascii="Times New Roman" w:hAnsi="Times New Roman" w:cs="Times New Roman"/>
          <w:sz w:val="24"/>
          <w:szCs w:val="24"/>
        </w:rPr>
      </w:pPr>
      <w:r w:rsidRPr="00865892">
        <w:rPr>
          <w:rFonts w:ascii="Times New Roman" w:hAnsi="Times New Roman" w:cs="Times New Roman"/>
          <w:sz w:val="24"/>
          <w:szCs w:val="24"/>
        </w:rPr>
        <w:t>The Website may contain links to or integrations with third-party websites, services or resources. Unless expressly stated otherwise, such links are provided for convenience or information only.</w:t>
      </w:r>
    </w:p>
    <w:p w:rsidR="00DA68D6" w:rsidRPr="00865892" w:rsidRDefault="00C1193D" w:rsidP="00865892">
      <w:pPr>
        <w:rPr>
          <w:rFonts w:ascii="Times New Roman" w:hAnsi="Times New Roman" w:cs="Times New Roman"/>
          <w:sz w:val="24"/>
          <w:szCs w:val="24"/>
        </w:rPr>
      </w:pPr>
      <w:r w:rsidRPr="00865892">
        <w:rPr>
          <w:rFonts w:ascii="Times New Roman" w:hAnsi="Times New Roman" w:cs="Times New Roman"/>
          <w:sz w:val="24"/>
          <w:szCs w:val="24"/>
        </w:rPr>
        <w:t>We do not control third-party websites or services and are not responsible for their availability, security, accuracy, terms, privacy practices or content. Your use of third-party services is governed by the terms applicable to those services.</w:t>
      </w:r>
    </w:p>
    <w:p w:rsidR="00DA68D6" w:rsidRPr="00834F83" w:rsidRDefault="00C1193D" w:rsidP="00865892">
      <w:pPr>
        <w:rPr>
          <w:rFonts w:ascii="Times New Roman" w:hAnsi="Times New Roman" w:cs="Times New Roman"/>
          <w:b/>
          <w:sz w:val="24"/>
          <w:szCs w:val="24"/>
        </w:rPr>
      </w:pPr>
      <w:r w:rsidRPr="00834F83">
        <w:rPr>
          <w:rFonts w:ascii="Times New Roman" w:hAnsi="Times New Roman" w:cs="Times New Roman"/>
          <w:b/>
          <w:sz w:val="24"/>
          <w:szCs w:val="24"/>
        </w:rPr>
        <w:t>8. Availability and accuracy</w:t>
      </w:r>
    </w:p>
    <w:p w:rsidR="00DA68D6" w:rsidRPr="00865892" w:rsidRDefault="00C1193D" w:rsidP="00865892">
      <w:pPr>
        <w:rPr>
          <w:rFonts w:ascii="Times New Roman" w:hAnsi="Times New Roman" w:cs="Times New Roman"/>
          <w:sz w:val="24"/>
          <w:szCs w:val="24"/>
        </w:rPr>
      </w:pPr>
      <w:r w:rsidRPr="00865892">
        <w:rPr>
          <w:rFonts w:ascii="Times New Roman" w:hAnsi="Times New Roman" w:cs="Times New Roman"/>
          <w:sz w:val="24"/>
          <w:szCs w:val="24"/>
        </w:rPr>
        <w:t>We aim to keep the Website available and its information accurate, but we do not guarantee that the Website will always be available, uninterrupted, error-free, complete or current.</w:t>
      </w:r>
    </w:p>
    <w:p w:rsidR="00DA68D6" w:rsidRPr="00865892" w:rsidRDefault="00C1193D" w:rsidP="00865892">
      <w:pPr>
        <w:rPr>
          <w:rFonts w:ascii="Times New Roman" w:hAnsi="Times New Roman" w:cs="Times New Roman"/>
          <w:sz w:val="24"/>
          <w:szCs w:val="24"/>
        </w:rPr>
      </w:pPr>
      <w:r w:rsidRPr="00865892">
        <w:rPr>
          <w:rFonts w:ascii="Times New Roman" w:hAnsi="Times New Roman" w:cs="Times New Roman"/>
          <w:sz w:val="24"/>
          <w:szCs w:val="24"/>
        </w:rPr>
        <w:t>We may update, suspend, remove or discontinue any part of the Website or its content at any time. Information on the Website may become outdated between updates.</w:t>
      </w:r>
    </w:p>
    <w:p w:rsidR="00DA68D6" w:rsidRPr="00834F83" w:rsidRDefault="00C1193D" w:rsidP="00865892">
      <w:pPr>
        <w:rPr>
          <w:rFonts w:ascii="Times New Roman" w:hAnsi="Times New Roman" w:cs="Times New Roman"/>
          <w:b/>
          <w:sz w:val="24"/>
          <w:szCs w:val="24"/>
        </w:rPr>
      </w:pPr>
      <w:r w:rsidRPr="00834F83">
        <w:rPr>
          <w:rFonts w:ascii="Times New Roman" w:hAnsi="Times New Roman" w:cs="Times New Roman"/>
          <w:b/>
          <w:sz w:val="24"/>
          <w:szCs w:val="24"/>
        </w:rPr>
        <w:t>9. Disclaimer and limitation of liability</w:t>
      </w:r>
    </w:p>
    <w:p w:rsidR="00DA68D6" w:rsidRPr="00865892" w:rsidRDefault="00C1193D" w:rsidP="00865892">
      <w:pPr>
        <w:rPr>
          <w:rFonts w:ascii="Times New Roman" w:hAnsi="Times New Roman" w:cs="Times New Roman"/>
          <w:sz w:val="24"/>
          <w:szCs w:val="24"/>
        </w:rPr>
      </w:pPr>
      <w:r w:rsidRPr="00865892">
        <w:rPr>
          <w:rFonts w:ascii="Times New Roman" w:hAnsi="Times New Roman" w:cs="Times New Roman"/>
          <w:sz w:val="24"/>
          <w:szCs w:val="24"/>
        </w:rPr>
        <w:t>The Website is provided on an “as is” and “as available” basis. To the maximum extent permitted by law, we exclude warranties and representations that are not expressly stated in these Terms.</w:t>
      </w:r>
    </w:p>
    <w:p w:rsidR="00DA68D6" w:rsidRPr="00865892" w:rsidRDefault="00C1193D" w:rsidP="00865892">
      <w:pPr>
        <w:rPr>
          <w:rFonts w:ascii="Times New Roman" w:hAnsi="Times New Roman" w:cs="Times New Roman"/>
          <w:sz w:val="24"/>
          <w:szCs w:val="24"/>
        </w:rPr>
      </w:pPr>
      <w:r w:rsidRPr="00865892">
        <w:rPr>
          <w:rFonts w:ascii="Times New Roman" w:hAnsi="Times New Roman" w:cs="Times New Roman"/>
          <w:sz w:val="24"/>
          <w:szCs w:val="24"/>
        </w:rPr>
        <w:t>To the maximum extent permitted by law, INXY will not be liable for indirect, incidental, special, punitive or consequential loss arising from use of, inability to use, or reliance on the Website or third-party content linked from it.</w:t>
      </w:r>
    </w:p>
    <w:p w:rsidR="00DA68D6" w:rsidRPr="00865892" w:rsidRDefault="00C1193D" w:rsidP="00865892">
      <w:pPr>
        <w:rPr>
          <w:rFonts w:ascii="Times New Roman" w:hAnsi="Times New Roman" w:cs="Times New Roman"/>
          <w:sz w:val="24"/>
          <w:szCs w:val="24"/>
        </w:rPr>
      </w:pPr>
      <w:r w:rsidRPr="00865892">
        <w:rPr>
          <w:rFonts w:ascii="Times New Roman" w:hAnsi="Times New Roman" w:cs="Times New Roman"/>
          <w:sz w:val="24"/>
          <w:szCs w:val="24"/>
        </w:rPr>
        <w:t>Nothing in these Terms excludes or limits liability that cannot lawfully be excluded or limited.</w:t>
      </w:r>
    </w:p>
    <w:p w:rsidR="00DA68D6" w:rsidRPr="00834F83" w:rsidRDefault="00C1193D" w:rsidP="00865892">
      <w:pPr>
        <w:rPr>
          <w:rFonts w:ascii="Times New Roman" w:hAnsi="Times New Roman" w:cs="Times New Roman"/>
          <w:b/>
          <w:sz w:val="24"/>
          <w:szCs w:val="24"/>
        </w:rPr>
      </w:pPr>
      <w:r w:rsidRPr="00834F83">
        <w:rPr>
          <w:rFonts w:ascii="Times New Roman" w:hAnsi="Times New Roman" w:cs="Times New Roman"/>
          <w:b/>
          <w:sz w:val="24"/>
          <w:szCs w:val="24"/>
        </w:rPr>
        <w:t>10. Privacy and cookies</w:t>
      </w:r>
    </w:p>
    <w:p w:rsidR="00DA68D6" w:rsidRPr="00865892" w:rsidRDefault="00C1193D" w:rsidP="00865892">
      <w:pPr>
        <w:rPr>
          <w:rFonts w:ascii="Times New Roman" w:hAnsi="Times New Roman" w:cs="Times New Roman"/>
          <w:sz w:val="24"/>
          <w:szCs w:val="24"/>
        </w:rPr>
      </w:pPr>
      <w:r w:rsidRPr="00865892">
        <w:rPr>
          <w:rFonts w:ascii="Times New Roman" w:hAnsi="Times New Roman" w:cs="Times New Roman"/>
          <w:sz w:val="24"/>
          <w:szCs w:val="24"/>
        </w:rPr>
        <w:t>Personal data collected through or in connection with the Website is processed in accordance wi</w:t>
      </w:r>
      <w:r w:rsidR="00834F83">
        <w:rPr>
          <w:rFonts w:ascii="Times New Roman" w:hAnsi="Times New Roman" w:cs="Times New Roman"/>
          <w:sz w:val="24"/>
          <w:szCs w:val="24"/>
        </w:rPr>
        <w:t xml:space="preserve">th the Website Privacy </w:t>
      </w:r>
      <w:r w:rsidRPr="00865892">
        <w:rPr>
          <w:rFonts w:ascii="Times New Roman" w:hAnsi="Times New Roman" w:cs="Times New Roman"/>
          <w:sz w:val="24"/>
          <w:szCs w:val="24"/>
        </w:rPr>
        <w:t>Policy. The Website may use cookies and similar technologies, subject to the choices and controls described in that policy and in the Website’s cookie-management tools.</w:t>
      </w:r>
    </w:p>
    <w:p w:rsidR="00DA68D6" w:rsidRPr="00834F83" w:rsidRDefault="00C1193D" w:rsidP="00865892">
      <w:pPr>
        <w:rPr>
          <w:rFonts w:ascii="Times New Roman" w:hAnsi="Times New Roman" w:cs="Times New Roman"/>
          <w:b/>
          <w:sz w:val="24"/>
          <w:szCs w:val="24"/>
        </w:rPr>
      </w:pPr>
      <w:r w:rsidRPr="00834F83">
        <w:rPr>
          <w:rFonts w:ascii="Times New Roman" w:hAnsi="Times New Roman" w:cs="Times New Roman"/>
          <w:b/>
          <w:sz w:val="24"/>
          <w:szCs w:val="24"/>
        </w:rPr>
        <w:t>11. Changes to these Terms</w:t>
      </w:r>
    </w:p>
    <w:p w:rsidR="00DA68D6" w:rsidRPr="00865892" w:rsidRDefault="00C1193D" w:rsidP="00865892">
      <w:pPr>
        <w:rPr>
          <w:rFonts w:ascii="Times New Roman" w:hAnsi="Times New Roman" w:cs="Times New Roman"/>
          <w:sz w:val="24"/>
          <w:szCs w:val="24"/>
        </w:rPr>
      </w:pPr>
      <w:r w:rsidRPr="00865892">
        <w:rPr>
          <w:rFonts w:ascii="Times New Roman" w:hAnsi="Times New Roman" w:cs="Times New Roman"/>
          <w:sz w:val="24"/>
          <w:szCs w:val="24"/>
        </w:rPr>
        <w:t xml:space="preserve">We may update these Terms from time to time, including to reflect changes to the Website, our business or legal requirements. The updated version will be posted on the Website with a revised “Last </w:t>
      </w:r>
      <w:r w:rsidR="00834F83">
        <w:rPr>
          <w:rFonts w:ascii="Times New Roman" w:hAnsi="Times New Roman" w:cs="Times New Roman"/>
          <w:sz w:val="24"/>
          <w:szCs w:val="24"/>
        </w:rPr>
        <w:t>updated</w:t>
      </w:r>
      <w:r w:rsidRPr="00865892">
        <w:rPr>
          <w:rFonts w:ascii="Times New Roman" w:hAnsi="Times New Roman" w:cs="Times New Roman"/>
          <w:sz w:val="24"/>
          <w:szCs w:val="24"/>
        </w:rPr>
        <w:t>” date.</w:t>
      </w:r>
    </w:p>
    <w:p w:rsidR="00DA68D6" w:rsidRPr="00865892" w:rsidRDefault="00C1193D" w:rsidP="00865892">
      <w:pPr>
        <w:rPr>
          <w:rFonts w:ascii="Times New Roman" w:hAnsi="Times New Roman" w:cs="Times New Roman"/>
          <w:sz w:val="24"/>
          <w:szCs w:val="24"/>
        </w:rPr>
      </w:pPr>
      <w:r w:rsidRPr="00865892">
        <w:rPr>
          <w:rFonts w:ascii="Times New Roman" w:hAnsi="Times New Roman" w:cs="Times New Roman"/>
          <w:sz w:val="24"/>
          <w:szCs w:val="24"/>
        </w:rPr>
        <w:t>Your continued use of the Website after an updated version is posted means that the updated Terms will apply to your subsequent use of the Website.</w:t>
      </w:r>
    </w:p>
    <w:p w:rsidR="00DA68D6" w:rsidRPr="00834F83" w:rsidRDefault="00C1193D" w:rsidP="00865892">
      <w:pPr>
        <w:rPr>
          <w:rFonts w:ascii="Times New Roman" w:hAnsi="Times New Roman" w:cs="Times New Roman"/>
          <w:b/>
          <w:sz w:val="24"/>
          <w:szCs w:val="24"/>
        </w:rPr>
      </w:pPr>
      <w:r w:rsidRPr="00834F83">
        <w:rPr>
          <w:rFonts w:ascii="Times New Roman" w:hAnsi="Times New Roman" w:cs="Times New Roman"/>
          <w:b/>
          <w:sz w:val="24"/>
          <w:szCs w:val="24"/>
        </w:rPr>
        <w:t>12. Governing law and jurisdiction</w:t>
      </w:r>
    </w:p>
    <w:p w:rsidR="00DA68D6" w:rsidRPr="00865892" w:rsidRDefault="00C1193D" w:rsidP="00865892">
      <w:pPr>
        <w:rPr>
          <w:rFonts w:ascii="Times New Roman" w:hAnsi="Times New Roman" w:cs="Times New Roman"/>
          <w:sz w:val="24"/>
          <w:szCs w:val="24"/>
        </w:rPr>
      </w:pPr>
      <w:r w:rsidRPr="00865892">
        <w:rPr>
          <w:rFonts w:ascii="Times New Roman" w:hAnsi="Times New Roman" w:cs="Times New Roman"/>
          <w:sz w:val="24"/>
          <w:szCs w:val="24"/>
        </w:rPr>
        <w:t>These Terms and any non-contractual obligations arising out of or in connection with them are governed by the laws of the Republic of Cyprus.</w:t>
      </w:r>
    </w:p>
    <w:p w:rsidR="00DA68D6" w:rsidRPr="00865892" w:rsidRDefault="00C1193D" w:rsidP="00865892">
      <w:pPr>
        <w:rPr>
          <w:rFonts w:ascii="Times New Roman" w:hAnsi="Times New Roman" w:cs="Times New Roman"/>
          <w:sz w:val="24"/>
          <w:szCs w:val="24"/>
        </w:rPr>
      </w:pPr>
      <w:r w:rsidRPr="00865892">
        <w:rPr>
          <w:rFonts w:ascii="Times New Roman" w:hAnsi="Times New Roman" w:cs="Times New Roman"/>
          <w:sz w:val="24"/>
          <w:szCs w:val="24"/>
        </w:rPr>
        <w:lastRenderedPageBreak/>
        <w:t>Subject to any mandatory rights or jurisdiction rules that apply under applicable law, the courts of Cyprus shall have jurisdiction over disputes arising out of or in connection with these Terms or use of the Website.</w:t>
      </w:r>
    </w:p>
    <w:p w:rsidR="00DA68D6" w:rsidRPr="00834F83" w:rsidRDefault="00C1193D" w:rsidP="00865892">
      <w:pPr>
        <w:rPr>
          <w:rFonts w:ascii="Times New Roman" w:hAnsi="Times New Roman" w:cs="Times New Roman"/>
          <w:b/>
          <w:sz w:val="24"/>
          <w:szCs w:val="24"/>
        </w:rPr>
      </w:pPr>
      <w:r w:rsidRPr="00834F83">
        <w:rPr>
          <w:rFonts w:ascii="Times New Roman" w:hAnsi="Times New Roman" w:cs="Times New Roman"/>
          <w:b/>
          <w:sz w:val="24"/>
          <w:szCs w:val="24"/>
        </w:rPr>
        <w:t>13. Contact</w:t>
      </w:r>
    </w:p>
    <w:p w:rsidR="00DA68D6" w:rsidRPr="00865892" w:rsidRDefault="00C1193D" w:rsidP="00865892">
      <w:pPr>
        <w:rPr>
          <w:rFonts w:ascii="Times New Roman" w:hAnsi="Times New Roman" w:cs="Times New Roman"/>
          <w:sz w:val="24"/>
          <w:szCs w:val="24"/>
        </w:rPr>
      </w:pPr>
      <w:r w:rsidRPr="00865892">
        <w:rPr>
          <w:rFonts w:ascii="Times New Roman" w:hAnsi="Times New Roman" w:cs="Times New Roman"/>
          <w:sz w:val="24"/>
          <w:szCs w:val="24"/>
        </w:rPr>
        <w:t xml:space="preserve">If you have questions about these Terms or the Website, you may contact INXYTECH LTD at its registered office stated above or through the </w:t>
      </w:r>
      <w:r w:rsidR="00F735C4">
        <w:rPr>
          <w:rFonts w:ascii="Times New Roman" w:hAnsi="Times New Roman" w:cs="Times New Roman"/>
          <w:sz w:val="24"/>
          <w:szCs w:val="24"/>
        </w:rPr>
        <w:t>email</w:t>
      </w:r>
      <w:r w:rsidR="00F735C4" w:rsidRPr="00F735C4">
        <w:rPr>
          <w:rFonts w:ascii="Times New Roman" w:hAnsi="Times New Roman" w:cs="Times New Roman"/>
          <w:sz w:val="24"/>
          <w:szCs w:val="24"/>
        </w:rPr>
        <w:t>:</w:t>
      </w:r>
      <w:r w:rsidR="00F735C4">
        <w:rPr>
          <w:rFonts w:ascii="Times New Roman" w:hAnsi="Times New Roman" w:cs="Times New Roman"/>
          <w:sz w:val="24"/>
          <w:szCs w:val="24"/>
        </w:rPr>
        <w:t xml:space="preserve"> </w:t>
      </w:r>
      <w:r w:rsidR="00F735C4" w:rsidRPr="00F735C4">
        <w:rPr>
          <w:rFonts w:ascii="Times New Roman" w:hAnsi="Times New Roman" w:cs="Times New Roman"/>
          <w:sz w:val="24"/>
          <w:szCs w:val="24"/>
        </w:rPr>
        <w:t>sup</w:t>
      </w:r>
      <w:bookmarkStart w:id="0" w:name="_GoBack"/>
      <w:bookmarkEnd w:id="0"/>
      <w:r w:rsidR="00F735C4" w:rsidRPr="00F735C4">
        <w:rPr>
          <w:rFonts w:ascii="Times New Roman" w:hAnsi="Times New Roman" w:cs="Times New Roman"/>
          <w:sz w:val="24"/>
          <w:szCs w:val="24"/>
        </w:rPr>
        <w:t>port@inxy.io</w:t>
      </w:r>
      <w:r w:rsidRPr="00865892">
        <w:rPr>
          <w:rFonts w:ascii="Times New Roman" w:hAnsi="Times New Roman" w:cs="Times New Roman"/>
          <w:sz w:val="24"/>
          <w:szCs w:val="24"/>
        </w:rPr>
        <w:t>.</w:t>
      </w:r>
    </w:p>
    <w:sectPr w:rsidR="00DA68D6" w:rsidRPr="00865892" w:rsidSect="00034616">
      <w:pgSz w:w="12240" w:h="15840"/>
      <w:pgMar w:top="979" w:right="1123" w:bottom="936"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3EA5" w:rsidRDefault="00D13EA5">
      <w:pPr>
        <w:spacing w:after="0" w:line="240" w:lineRule="auto"/>
        <w:rPr>
          <w:rFonts w:hint="eastAsia"/>
        </w:rPr>
      </w:pPr>
      <w:r>
        <w:separator/>
      </w:r>
    </w:p>
  </w:endnote>
  <w:endnote w:type="continuationSeparator" w:id="0">
    <w:p w:rsidR="00D13EA5" w:rsidRDefault="00D13EA5">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3EA5" w:rsidRDefault="00D13EA5">
      <w:pPr>
        <w:spacing w:after="0" w:line="240" w:lineRule="auto"/>
        <w:rPr>
          <w:rFonts w:hint="eastAsia"/>
        </w:rPr>
      </w:pPr>
      <w:r>
        <w:separator/>
      </w:r>
    </w:p>
  </w:footnote>
  <w:footnote w:type="continuationSeparator" w:id="0">
    <w:p w:rsidR="00D13EA5" w:rsidRDefault="00D13EA5">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7955E8"/>
    <w:rsid w:val="00834F83"/>
    <w:rsid w:val="00865892"/>
    <w:rsid w:val="00AA1D8D"/>
    <w:rsid w:val="00B47730"/>
    <w:rsid w:val="00C1193D"/>
    <w:rsid w:val="00CB0664"/>
    <w:rsid w:val="00D13EA5"/>
    <w:rsid w:val="00DA68D6"/>
    <w:rsid w:val="00F735C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664E48"/>
  <w14:defaultImageDpi w14:val="300"/>
  <w15:docId w15:val="{601F03D6-4769-4171-A1F3-A89F0068E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00" w:line="259" w:lineRule="auto"/>
    </w:pPr>
    <w:rPr>
      <w:rFonts w:ascii="Aptos" w:hAnsi="Aptos"/>
      <w:color w:val="101828"/>
      <w:sz w:val="19"/>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8283A"/>
      <w:sz w:val="27"/>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color w:val="2864DC"/>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18283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ta">
    <w:name w:val="Meta"/>
    <w:pPr>
      <w:spacing w:after="40"/>
    </w:pPr>
    <w:rPr>
      <w:rFonts w:ascii="Aptos" w:hAnsi="Aptos"/>
      <w:color w:val="667085"/>
      <w:sz w:val="17"/>
    </w:rPr>
  </w:style>
  <w:style w:type="character" w:styleId="Hyperlink">
    <w:name w:val="Hyperlink"/>
    <w:basedOn w:val="DefaultParagraphFont"/>
    <w:uiPriority w:val="99"/>
    <w:unhideWhenUsed/>
    <w:rsid w:val="008658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xy.i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A36FEC-4D3D-4B0F-915C-B74F6120C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930</Words>
  <Characters>5305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Legal</cp:lastModifiedBy>
  <cp:revision>5</cp:revision>
  <dcterms:created xsi:type="dcterms:W3CDTF">2026-09-11T13:59:00Z</dcterms:created>
  <dcterms:modified xsi:type="dcterms:W3CDTF">2026-09-11T14:20:00Z</dcterms:modified>
  <cp:category/>
</cp:coreProperties>
</file>