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Registro de discrepancias y corroboración</w:t>
      </w:r>
    </w:p>
    <w:p>
      <w:pPr>
        <w:pStyle w:val="Subtitle"/>
      </w:pPr>
      <w:r>
        <w:t>Plantilla en blanco</w:t>
      </w:r>
    </w:p>
    <w:p>
      <w:r>
        <w:t>Trabaja un criterio por ficha. Conserva requisito y versión antes de interpretar. Registra los antecedentes sin datos personales y acuerda responsable y revisión. No restes niveles ordinales ni conviertas ausencia de evidencia en cero. Este recurso no calcula una nota ni prescribe capacitación.</w:t>
      </w:r>
    </w:p>
    <w:p>
      <w:pPr>
        <w:pStyle w:val="Heading2"/>
      </w:pPr>
      <w:r>
        <w:t>Ficha del criterio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448"/>
        <w:gridCol w:w="5832"/>
      </w:tblGrid>
      <w:tr>
        <w:trPr>
          <w:cantSplit/>
          <w:tblHeader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/>
                <w:color w:val="FFFFFF"/>
                <w:sz w:val="20"/>
              </w:rPr>
              <w:t>Campo</w:t>
            </w:r>
          </w:p>
        </w:tc>
        <w:tc>
          <w:tcPr>
            <w:tcW w:type="dxa" w:w="5832"/>
            <w:shd w:fill="35234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/>
                <w:color w:val="FFFFFF"/>
                <w:sz w:val="20"/>
              </w:rPr>
              <w:t>Registro</w:t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Criterio</w:t>
            </w:r>
          </w:p>
        </w:tc>
        <w:tc>
          <w:tcPr>
            <w:tcW w:type="dxa" w:w="5832"/>
            <w:shd w:fill="FFFF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Requisito y versión</w:t>
            </w:r>
          </w:p>
        </w:tc>
        <w:tc>
          <w:tcPr>
            <w:tcW w:type="dxa" w:w="5832"/>
            <w:shd w:fill="F4EE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Evidencia</w:t>
            </w:r>
          </w:p>
        </w:tc>
        <w:tc>
          <w:tcPr>
            <w:tcW w:type="dxa" w:w="5832"/>
            <w:shd w:fill="FFFF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Oportunidad</w:t>
            </w:r>
          </w:p>
        </w:tc>
        <w:tc>
          <w:tcPr>
            <w:tcW w:type="dxa" w:w="5832"/>
            <w:shd w:fill="F4EE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Comparabilidad</w:t>
            </w:r>
          </w:p>
        </w:tc>
        <w:tc>
          <w:tcPr>
            <w:tcW w:type="dxa" w:w="5832"/>
            <w:shd w:fill="FFFF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Estado</w:t>
            </w:r>
          </w:p>
        </w:tc>
        <w:tc>
          <w:tcPr>
            <w:tcW w:type="dxa" w:w="5832"/>
            <w:shd w:fill="F4EE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Responsable de corroborar</w:t>
            </w:r>
          </w:p>
        </w:tc>
        <w:tc>
          <w:tcPr>
            <w:tcW w:type="dxa" w:w="5832"/>
            <w:shd w:fill="FFFF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  <w:tr>
        <w:trPr>
          <w:cantSplit/>
          <w:trHeight w:val="576"/>
        </w:trPr>
        <w:tc>
          <w:tcPr>
            <w:tcW w:type="dxa" w:w="2448"/>
            <w:shd w:fill="8B3D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FFFFFF"/>
                <w:sz w:val="20"/>
              </w:rPr>
              <w:t>Revisión</w:t>
            </w:r>
          </w:p>
        </w:tc>
        <w:tc>
          <w:tcPr>
            <w:tcW w:type="dxa" w:w="5832"/>
            <w:shd w:fill="F4EEFF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 w:line="264" w:lineRule="auto"/>
            </w:pPr>
            <w:r>
              <w:rPr>
                <w:b w:val="0"/>
                <w:color w:val="20252D"/>
                <w:sz w:val="20"/>
              </w:rPr>
            </w:r>
          </w:p>
        </w:tc>
      </w:tr>
    </w:tbl>
    <w:p>
      <w:r>
        <w:t>Control antes de concluir: identifica evidencia y oportunidad; comprueba comparabilidad; conserva contradicciones; limita el juicio a los antecedentes; acuerda qué corroborar y cuándo. Revisa la pertinencia del recurso con quienes conocen el trabajo antes de aplicarlo.</w:t>
      </w:r>
    </w:p>
    <w:sectPr w:rsidR="00FC693F" w:rsidRPr="0006063C" w:rsidSect="00034616">
      <w:footerReference w:type="default" r:id="rId12"/>
      <w:pgSz w:w="11909" w:h="16834"/>
      <w:pgMar w:top="1008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40"/>
    </w:pPr>
    <w:rPr>
      <w:rFonts w:ascii="Carlito" w:hAnsi="Carlito" w:eastAsia="Carlito" w:cs="Carlito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rlito" w:hAnsi="Carlito" w:eastAsia="Carlito" w:cs="Carlito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Carlito" w:hAnsi="Carlito" w:eastAsia="Carlito" w:cs="Carlito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rlito" w:hAnsi="Carlito" w:eastAsia="Carlito" w:cs="Carlito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Carlito" w:hAnsi="Carlito" w:eastAsia="Carlito" w:cs="Carlito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cstheme="majorBidi" w:ascii="Carlito" w:hAnsi="Carlito" w:eastAsia="Carlito" w:cs="Carlito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80" w:after="200"/>
      <w:outlineLvl w:val="1"/>
    </w:pPr>
    <w:rPr>
      <w:rFonts w:cstheme="majorBidi" w:ascii="Carlito" w:hAnsi="Carlito" w:eastAsia="Carlito" w:cs="Carlito"/>
      <w:b/>
      <w:bCs/>
      <w:color w:val="35234F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200"/>
      <w:outlineLvl w:val="2"/>
    </w:pPr>
    <w:rPr>
      <w:rFonts w:cstheme="majorBidi" w:ascii="Carlito" w:hAnsi="Carlito" w:eastAsia="Carlito" w:cs="Carlito"/>
      <w:b/>
      <w:bCs/>
      <w:color w:val="35234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 w:ascii="Carlito" w:hAnsi="Carlito" w:eastAsia="Carlito" w:cs="Carlito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 w:ascii="Carlito" w:hAnsi="Carlito" w:eastAsia="Carlito" w:cs="Carlito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 w:ascii="Carlito" w:hAnsi="Carlito" w:eastAsia="Carlito" w:cs="Carlito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 w:ascii="Carlito" w:hAnsi="Carlito" w:eastAsia="Carlito" w:cs="Carlito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 w:ascii="Carlito" w:hAnsi="Carlito" w:eastAsia="Carlito" w:cs="Carlito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 w:ascii="Carlito" w:hAnsi="Carlito" w:eastAsia="Carlito" w:cs="Carlito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Carlito" w:hAnsi="Carlito" w:eastAsia="Carlito" w:cs="Carlito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rlito" w:hAnsi="Carlito" w:eastAsia="Carlito" w:cs="Carlito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Carlito" w:hAnsi="Carlito" w:eastAsia="Carlito" w:cs="Carlito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Carlito" w:hAnsi="Carlito" w:eastAsia="Carlito" w:cs="Carlito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Carlito" w:hAnsi="Carlito" w:eastAsia="Carlito" w:cs="Carlito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60" w:line="240" w:lineRule="auto" w:before="0"/>
      <w:contextualSpacing/>
    </w:pPr>
    <w:rPr>
      <w:rFonts w:cstheme="majorBidi" w:ascii="Carlito" w:hAnsi="Carlito" w:eastAsia="Carlito" w:cs="Carlito"/>
      <w:b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cstheme="majorBidi" w:ascii="Carlito" w:hAnsi="Carlito" w:eastAsia="Carlito" w:cs="Carlito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cstheme="majorBidi" w:ascii="Carlito" w:hAnsi="Carlito" w:eastAsia="Carlito" w:cs="Carlito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cstheme="majorBidi" w:ascii="Carlito" w:hAnsi="Carlito" w:eastAsia="Carlito" w:cs="Carlito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rlito" w:hAnsi="Carlito" w:eastAsia="Carlito" w:cs="Carlito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rlito" w:hAnsi="Carlito" w:eastAsia="Carlito" w:cs="Carlito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Carlito" w:hAnsi="Carlito" w:eastAsia="Carlito" w:cs="Carlito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rlito" w:hAnsi="Carlito" w:eastAsia="Carlito" w:cs="Carlito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Carlito" w:hAnsi="Carlito" w:eastAsia="Carlito" w:cs="Carlito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rlito" w:hAnsi="Carlito" w:eastAsia="Carlito" w:cs="Carlito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Carlito" w:hAnsi="Carlito" w:eastAsia="Carlito" w:cs="Carlito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rlito" w:hAnsi="Carlito" w:eastAsia="Carlito" w:cs="Carlito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rlito" w:hAnsi="Carlito" w:eastAsia="Carlito" w:cs="Carlito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rlito" w:hAnsi="Carlito" w:eastAsia="Carlito" w:cs="Carlito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40" w:line="300" w:lineRule="auto"/>
      <w:contextualSpacing/>
    </w:pPr>
    <w:rPr>
      <w:rFonts w:ascii="Carlito" w:hAnsi="Carlito" w:eastAsia="Carlito" w:cs="Carlito"/>
      <w:sz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rlito" w:hAnsi="Carlito" w:eastAsia="Carlito" w:cs="Carlito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rlito" w:hAnsi="Carlito" w:eastAsia="Carlito" w:cs="Carlito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140" w:line="300" w:lineRule="auto"/>
      <w:contextualSpacing/>
    </w:pPr>
    <w:rPr>
      <w:rFonts w:ascii="Carlito" w:hAnsi="Carlito" w:eastAsia="Carlito" w:cs="Carlito"/>
      <w:sz w:val="22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rlito" w:hAnsi="Carlito" w:eastAsia="Carlito" w:cs="Carlito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rlito" w:hAnsi="Carlito" w:eastAsia="Carlito" w:cs="Carlito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rlito" w:hAnsi="Carlito" w:eastAsia="Carlito" w:cs="Carlito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rlito" w:hAnsi="Carlito" w:eastAsia="Carlito" w:cs="Carlito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rlito" w:hAnsi="Carlito" w:eastAsia="Carlito" w:cs="Carlito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rlito" w:hAnsi="Carlito" w:eastAsia="Carlito" w:cs="Carlito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arlito" w:hAnsi="Carlito" w:eastAsia="Carlito" w:cs="Carli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rlito" w:hAnsi="Carlito" w:eastAsia="Carlito" w:cs="Carlito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Carlito" w:hAnsi="Carlito" w:eastAsia="Carlito" w:cs="Carlito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cstheme="majorBidi" w:ascii="Carlito" w:hAnsi="Carlito" w:eastAsia="Carlito" w:cs="Carlito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cstheme="majorBidi" w:ascii="Carlito" w:hAnsi="Carlito" w:eastAsia="Carlito" w:cs="Carlito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cstheme="majorBidi" w:ascii="Carlito" w:hAnsi="Carlito" w:eastAsia="Carlito" w:cs="Carlito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cstheme="majorBidi" w:ascii="Carlito" w:hAnsi="Carlito" w:eastAsia="Carlito" w:cs="Carlito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cstheme="majorBidi" w:ascii="Carlito" w:hAnsi="Carlito" w:eastAsia="Carlito" w:cs="Carlito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cstheme="majorBidi" w:ascii="Carlito" w:hAnsi="Carlito" w:eastAsia="Carlito" w:cs="Carlito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rlito" w:hAnsi="Carlito" w:eastAsia="Carlito" w:cs="Carlito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Carlito" w:hAnsi="Carlito" w:eastAsia="Carlito" w:cs="Carlito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Carlito" w:hAnsi="Carlito" w:eastAsia="Carlito" w:cs="Carlito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rlito" w:hAnsi="Carlito" w:eastAsia="Carlito" w:cs="Carlito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Carlito" w:hAnsi="Carlito" w:eastAsia="Carlito" w:cs="Carlito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Carlito" w:hAnsi="Carlito" w:eastAsia="Carlito" w:cs="Carlito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Carlito" w:hAnsi="Carlito" w:eastAsia="Carlito" w:cs="Carlito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Carlito" w:hAnsi="Carlito" w:eastAsia="Carlito" w:cs="Carlito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Carlito" w:hAnsi="Carlito" w:eastAsia="Carlito" w:cs="Carlito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Carlito" w:hAnsi="Carlito" w:eastAsia="Carlito" w:cs="Carlito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rlito" w:hAnsi="Carlito" w:eastAsia="Carlito" w:cs="Carlito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www.opm.gov/policy-data-oversight/assessment-and-selection/competencies/" TargetMode="External"/><Relationship Id="rId11" Type="http://schemas.openxmlformats.org/officeDocument/2006/relationships/hyperlink" Target="https://www.opm.gov/policy-data-oversight/performance-management/reference-materials/articles/developing-performance-standards/" TargetMode="External"/><Relationship Id="rId1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Evaluación de desempeño por competencias: criterios y ejemplo por cargo</dc:title>
  <dc:subject/>
  <dc:creator>Ralun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